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33714" w14:textId="59216261" w:rsidR="009773B9" w:rsidRPr="00F53990" w:rsidRDefault="001457E4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noProof/>
          <w:sz w:val="20"/>
          <w:szCs w:val="20"/>
          <w:lang w:val="ru-RU"/>
        </w:rPr>
        <w:drawing>
          <wp:inline distT="0" distB="0" distL="0" distR="0" wp14:anchorId="70C80577" wp14:editId="7AA97F65">
            <wp:extent cx="3881028" cy="551060"/>
            <wp:effectExtent l="0" t="0" r="571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925" cy="55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5A148" w14:textId="5744AEF6" w:rsidR="009773B9" w:rsidRPr="001457E4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proofErr w:type="spellStart"/>
      <w:r w:rsidRPr="00F53990">
        <w:rPr>
          <w:rFonts w:asciiTheme="majorBidi" w:hAnsiTheme="majorBidi" w:cstheme="majorBidi"/>
          <w:color w:val="667085"/>
          <w:sz w:val="20"/>
          <w:szCs w:val="20"/>
        </w:rPr>
        <w:t>Единый</w:t>
      </w:r>
      <w:proofErr w:type="spellEnd"/>
      <w:r w:rsidRPr="00F53990">
        <w:rPr>
          <w:rFonts w:asciiTheme="majorBidi" w:hAnsiTheme="majorBidi" w:cstheme="majorBidi"/>
          <w:color w:val="667085"/>
          <w:sz w:val="20"/>
          <w:szCs w:val="20"/>
        </w:rPr>
        <w:t xml:space="preserve"> </w:t>
      </w:r>
      <w:proofErr w:type="spellStart"/>
      <w:r w:rsidRPr="00F53990">
        <w:rPr>
          <w:rFonts w:asciiTheme="majorBidi" w:hAnsiTheme="majorBidi" w:cstheme="majorBidi"/>
          <w:color w:val="667085"/>
          <w:sz w:val="20"/>
          <w:szCs w:val="20"/>
        </w:rPr>
        <w:t>прайс</w:t>
      </w:r>
      <w:proofErr w:type="spellEnd"/>
      <w:r w:rsidRPr="00F53990">
        <w:rPr>
          <w:rFonts w:asciiTheme="majorBidi" w:hAnsiTheme="majorBidi" w:cstheme="majorBidi"/>
          <w:color w:val="667085"/>
          <w:sz w:val="20"/>
          <w:szCs w:val="20"/>
        </w:rPr>
        <w:t xml:space="preserve"> 202</w:t>
      </w:r>
      <w:r w:rsidR="001457E4">
        <w:rPr>
          <w:rFonts w:asciiTheme="majorBidi" w:hAnsiTheme="majorBidi" w:cstheme="majorBidi"/>
          <w:color w:val="667085"/>
          <w:sz w:val="20"/>
          <w:szCs w:val="20"/>
          <w:lang w:val="ru-RU"/>
        </w:rPr>
        <w:t>7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096"/>
        <w:gridCol w:w="5098"/>
      </w:tblGrid>
      <w:tr w:rsidR="009773B9" w:rsidRPr="000D51A2" w14:paraId="721DD09E" w14:textId="77777777" w:rsidTr="000054D5">
        <w:tc>
          <w:tcPr>
            <w:tcW w:w="5159" w:type="dxa"/>
            <w:shd w:val="clear" w:color="auto" w:fill="EAF3F9"/>
            <w:vAlign w:val="center"/>
          </w:tcPr>
          <w:p w14:paraId="138903DA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МЫ ПЕЧАТАЕМ ВСЁ,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br/>
              <w:t>КРОМЕ ДЕНЕГ!</w:t>
            </w:r>
          </w:p>
        </w:tc>
        <w:tc>
          <w:tcPr>
            <w:tcW w:w="5159" w:type="dxa"/>
            <w:shd w:val="clear" w:color="auto" w:fill="EAF3F9"/>
            <w:vAlign w:val="center"/>
          </w:tcPr>
          <w:p w14:paraId="0A657A9F" w14:textId="01732DF4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ПЕЧАТЬ • ДИЗАЙН • ФОТО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br/>
              <w:t xml:space="preserve">ВИЗИТКИ • НАКЛЕЙКИ• </w:t>
            </w:r>
            <w: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РУЧКИ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 xml:space="preserve">• </w:t>
            </w:r>
            <w: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КРУЖКИ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br/>
              <w:t>БАННЕРЫ • ДТФ • ПЕРЕПЛЁТ• ФОТО</w:t>
            </w:r>
            <w: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 xml:space="preserve"> НА ХОЛСТЕ</w:t>
            </w:r>
          </w:p>
        </w:tc>
      </w:tr>
    </w:tbl>
    <w:p w14:paraId="3487956B" w14:textId="339A3B96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W w:w="10393" w:type="dxa"/>
        <w:jc w:val="center"/>
        <w:tblLook w:val="04A0" w:firstRow="1" w:lastRow="0" w:firstColumn="1" w:lastColumn="0" w:noHBand="0" w:noVBand="1"/>
      </w:tblPr>
      <w:tblGrid>
        <w:gridCol w:w="10393"/>
      </w:tblGrid>
      <w:tr w:rsidR="009773B9" w:rsidRPr="00F53990" w14:paraId="3F42BED3" w14:textId="77777777" w:rsidTr="009773B9">
        <w:trPr>
          <w:trHeight w:val="645"/>
          <w:jc w:val="center"/>
        </w:trPr>
        <w:tc>
          <w:tcPr>
            <w:tcW w:w="10393" w:type="dxa"/>
            <w:shd w:val="clear" w:color="auto" w:fill="1F4E78"/>
            <w:vAlign w:val="center"/>
          </w:tcPr>
          <w:p w14:paraId="507BFA6B" w14:textId="77777777" w:rsidR="009773B9" w:rsidRPr="00F53990" w:rsidRDefault="009773B9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>01 / НАВИГАЦИЯ</w:t>
            </w:r>
          </w:p>
        </w:tc>
      </w:tr>
    </w:tbl>
    <w:tbl>
      <w:tblPr>
        <w:tblStyle w:val="aff0"/>
        <w:tblW w:w="10420" w:type="dxa"/>
        <w:jc w:val="center"/>
        <w:tblLook w:val="04A0" w:firstRow="1" w:lastRow="0" w:firstColumn="1" w:lastColumn="0" w:noHBand="0" w:noVBand="1"/>
      </w:tblPr>
      <w:tblGrid>
        <w:gridCol w:w="2148"/>
        <w:gridCol w:w="8272"/>
      </w:tblGrid>
      <w:tr w:rsidR="009773B9" w:rsidRPr="00F53990" w14:paraId="66E93E87" w14:textId="77777777" w:rsidTr="0051402A">
        <w:trPr>
          <w:trHeight w:val="281"/>
          <w:jc w:val="center"/>
        </w:trPr>
        <w:tc>
          <w:tcPr>
            <w:tcW w:w="2148" w:type="dxa"/>
            <w:shd w:val="clear" w:color="auto" w:fill="1F4E78"/>
            <w:vAlign w:val="center"/>
          </w:tcPr>
          <w:p w14:paraId="7E9F8A54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>№</w:t>
            </w:r>
          </w:p>
        </w:tc>
        <w:tc>
          <w:tcPr>
            <w:tcW w:w="8272" w:type="dxa"/>
            <w:shd w:val="clear" w:color="auto" w:fill="1F4E78"/>
            <w:vAlign w:val="center"/>
          </w:tcPr>
          <w:p w14:paraId="498AA503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>Раздел</w:t>
            </w:r>
            <w:proofErr w:type="spellEnd"/>
          </w:p>
        </w:tc>
      </w:tr>
      <w:tr w:rsidR="009773B9" w:rsidRPr="00F53990" w14:paraId="5EA9E2DF" w14:textId="77777777" w:rsidTr="0051402A">
        <w:trPr>
          <w:trHeight w:val="273"/>
          <w:jc w:val="center"/>
        </w:trPr>
        <w:tc>
          <w:tcPr>
            <w:tcW w:w="2148" w:type="dxa"/>
            <w:shd w:val="clear" w:color="auto" w:fill="FFFFFF"/>
            <w:vAlign w:val="center"/>
          </w:tcPr>
          <w:p w14:paraId="1D10A41A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01</w:t>
            </w:r>
          </w:p>
        </w:tc>
        <w:tc>
          <w:tcPr>
            <w:tcW w:w="8272" w:type="dxa"/>
            <w:shd w:val="clear" w:color="auto" w:fill="FFFFFF"/>
            <w:vAlign w:val="center"/>
          </w:tcPr>
          <w:p w14:paraId="227431DE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Фотопечать</w:t>
            </w:r>
            <w:proofErr w:type="spellEnd"/>
          </w:p>
        </w:tc>
      </w:tr>
      <w:tr w:rsidR="009773B9" w:rsidRPr="00F53990" w14:paraId="683775B9" w14:textId="77777777" w:rsidTr="0051402A">
        <w:trPr>
          <w:trHeight w:val="281"/>
          <w:jc w:val="center"/>
        </w:trPr>
        <w:tc>
          <w:tcPr>
            <w:tcW w:w="2148" w:type="dxa"/>
            <w:shd w:val="clear" w:color="auto" w:fill="F6F8FA"/>
            <w:vAlign w:val="center"/>
          </w:tcPr>
          <w:p w14:paraId="36715AF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02</w:t>
            </w:r>
          </w:p>
        </w:tc>
        <w:tc>
          <w:tcPr>
            <w:tcW w:w="8272" w:type="dxa"/>
            <w:shd w:val="clear" w:color="auto" w:fill="F6F8FA"/>
            <w:vAlign w:val="center"/>
          </w:tcPr>
          <w:p w14:paraId="35BB2998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Листовки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и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визитки</w:t>
            </w:r>
            <w:proofErr w:type="spellEnd"/>
          </w:p>
        </w:tc>
      </w:tr>
      <w:tr w:rsidR="009773B9" w:rsidRPr="00F53990" w14:paraId="235F45B1" w14:textId="77777777" w:rsidTr="0051402A">
        <w:trPr>
          <w:trHeight w:val="273"/>
          <w:jc w:val="center"/>
        </w:trPr>
        <w:tc>
          <w:tcPr>
            <w:tcW w:w="2148" w:type="dxa"/>
            <w:shd w:val="clear" w:color="auto" w:fill="FFFFFF"/>
            <w:vAlign w:val="center"/>
          </w:tcPr>
          <w:p w14:paraId="32AC1B5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03</w:t>
            </w:r>
          </w:p>
        </w:tc>
        <w:tc>
          <w:tcPr>
            <w:tcW w:w="8272" w:type="dxa"/>
            <w:shd w:val="clear" w:color="auto" w:fill="FFFFFF"/>
            <w:vAlign w:val="center"/>
          </w:tcPr>
          <w:p w14:paraId="0FA0B57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Печать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А4 / А3</w:t>
            </w:r>
          </w:p>
        </w:tc>
      </w:tr>
      <w:tr w:rsidR="001457E4" w:rsidRPr="00F53990" w14:paraId="79E39AD2" w14:textId="77777777" w:rsidTr="0051402A">
        <w:trPr>
          <w:trHeight w:val="281"/>
          <w:jc w:val="center"/>
        </w:trPr>
        <w:tc>
          <w:tcPr>
            <w:tcW w:w="2148" w:type="dxa"/>
            <w:shd w:val="clear" w:color="auto" w:fill="FFFFFF"/>
            <w:vAlign w:val="center"/>
          </w:tcPr>
          <w:p w14:paraId="5C434118" w14:textId="37C4E6C7" w:rsidR="001457E4" w:rsidRPr="001457E4" w:rsidRDefault="001457E4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04</w:t>
            </w:r>
          </w:p>
        </w:tc>
        <w:tc>
          <w:tcPr>
            <w:tcW w:w="8272" w:type="dxa"/>
            <w:shd w:val="clear" w:color="auto" w:fill="FFFFFF"/>
            <w:vAlign w:val="center"/>
          </w:tcPr>
          <w:p w14:paraId="1B251D59" w14:textId="67554641" w:rsidR="001457E4" w:rsidRPr="001457E4" w:rsidRDefault="001457E4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Дополнительные услуги</w:t>
            </w:r>
          </w:p>
        </w:tc>
      </w:tr>
      <w:tr w:rsidR="009773B9" w:rsidRPr="00F53990" w14:paraId="404AAE0A" w14:textId="77777777" w:rsidTr="0051402A">
        <w:trPr>
          <w:trHeight w:val="281"/>
          <w:jc w:val="center"/>
        </w:trPr>
        <w:tc>
          <w:tcPr>
            <w:tcW w:w="2148" w:type="dxa"/>
            <w:shd w:val="clear" w:color="auto" w:fill="F6F8FA"/>
            <w:vAlign w:val="center"/>
          </w:tcPr>
          <w:p w14:paraId="19016381" w14:textId="4EE5157C" w:rsidR="009773B9" w:rsidRPr="00D16BBF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0</w:t>
            </w:r>
            <w:r w:rsidR="00D16BBF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5</w:t>
            </w:r>
          </w:p>
        </w:tc>
        <w:tc>
          <w:tcPr>
            <w:tcW w:w="8272" w:type="dxa"/>
            <w:shd w:val="clear" w:color="auto" w:fill="F6F8FA"/>
            <w:vAlign w:val="center"/>
          </w:tcPr>
          <w:p w14:paraId="65531B4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Широкоформатная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печать</w:t>
            </w:r>
            <w:proofErr w:type="spellEnd"/>
          </w:p>
        </w:tc>
      </w:tr>
      <w:tr w:rsidR="009773B9" w:rsidRPr="00F53990" w14:paraId="248C925D" w14:textId="77777777" w:rsidTr="0051402A">
        <w:trPr>
          <w:trHeight w:val="273"/>
          <w:jc w:val="center"/>
        </w:trPr>
        <w:tc>
          <w:tcPr>
            <w:tcW w:w="2148" w:type="dxa"/>
            <w:shd w:val="clear" w:color="auto" w:fill="FFFFFF"/>
            <w:vAlign w:val="center"/>
          </w:tcPr>
          <w:p w14:paraId="0C038C67" w14:textId="5BAB7BE3" w:rsidR="009773B9" w:rsidRPr="00D16BBF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0</w:t>
            </w:r>
            <w:r w:rsidR="00D16BBF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6</w:t>
            </w:r>
          </w:p>
        </w:tc>
        <w:tc>
          <w:tcPr>
            <w:tcW w:w="8272" w:type="dxa"/>
            <w:shd w:val="clear" w:color="auto" w:fill="FFFFFF"/>
            <w:vAlign w:val="center"/>
          </w:tcPr>
          <w:p w14:paraId="7F2E0BE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ДТФ</w:t>
            </w:r>
          </w:p>
        </w:tc>
      </w:tr>
      <w:tr w:rsidR="009773B9" w:rsidRPr="00F53990" w14:paraId="3EE1ECDC" w14:textId="77777777" w:rsidTr="0051402A">
        <w:trPr>
          <w:trHeight w:val="281"/>
          <w:jc w:val="center"/>
        </w:trPr>
        <w:tc>
          <w:tcPr>
            <w:tcW w:w="2148" w:type="dxa"/>
            <w:shd w:val="clear" w:color="auto" w:fill="F6F8FA"/>
            <w:vAlign w:val="center"/>
          </w:tcPr>
          <w:p w14:paraId="3FD7B8A6" w14:textId="4BC475A2" w:rsidR="009773B9" w:rsidRPr="00D16BBF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0</w:t>
            </w:r>
            <w:r w:rsidR="00D16BBF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7</w:t>
            </w:r>
          </w:p>
        </w:tc>
        <w:tc>
          <w:tcPr>
            <w:tcW w:w="8272" w:type="dxa"/>
            <w:shd w:val="clear" w:color="auto" w:fill="F6F8FA"/>
            <w:vAlign w:val="center"/>
          </w:tcPr>
          <w:p w14:paraId="51D3A15A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Наклейки</w:t>
            </w:r>
            <w:proofErr w:type="spellEnd"/>
          </w:p>
        </w:tc>
      </w:tr>
      <w:tr w:rsidR="009773B9" w:rsidRPr="00F53990" w14:paraId="1E8649E3" w14:textId="77777777" w:rsidTr="0051402A">
        <w:trPr>
          <w:trHeight w:val="281"/>
          <w:jc w:val="center"/>
        </w:trPr>
        <w:tc>
          <w:tcPr>
            <w:tcW w:w="2148" w:type="dxa"/>
            <w:shd w:val="clear" w:color="auto" w:fill="FFFFFF"/>
            <w:vAlign w:val="center"/>
          </w:tcPr>
          <w:p w14:paraId="7C4894BA" w14:textId="4CB178B9" w:rsidR="009773B9" w:rsidRPr="00D16BBF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0</w:t>
            </w:r>
            <w:r w:rsidR="00D16BBF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8</w:t>
            </w:r>
          </w:p>
        </w:tc>
        <w:tc>
          <w:tcPr>
            <w:tcW w:w="8272" w:type="dxa"/>
            <w:shd w:val="clear" w:color="auto" w:fill="FFFFFF"/>
            <w:vAlign w:val="center"/>
          </w:tcPr>
          <w:p w14:paraId="077E977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Переплёт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и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дополнительные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услуги</w:t>
            </w:r>
            <w:proofErr w:type="spellEnd"/>
          </w:p>
        </w:tc>
      </w:tr>
      <w:tr w:rsidR="009773B9" w:rsidRPr="00F53990" w14:paraId="629F0508" w14:textId="77777777" w:rsidTr="0051402A">
        <w:trPr>
          <w:trHeight w:val="273"/>
          <w:jc w:val="center"/>
        </w:trPr>
        <w:tc>
          <w:tcPr>
            <w:tcW w:w="2148" w:type="dxa"/>
            <w:shd w:val="clear" w:color="auto" w:fill="FFFFFF"/>
            <w:vAlign w:val="center"/>
          </w:tcPr>
          <w:p w14:paraId="20CD5B24" w14:textId="4425962D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0</w:t>
            </w:r>
            <w:r w:rsidR="00D16BBF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9</w:t>
            </w:r>
          </w:p>
        </w:tc>
        <w:tc>
          <w:tcPr>
            <w:tcW w:w="8272" w:type="dxa"/>
            <w:shd w:val="clear" w:color="auto" w:fill="FFFFFF"/>
            <w:vAlign w:val="center"/>
          </w:tcPr>
          <w:p w14:paraId="012E271C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Ручки с логотипом</w:t>
            </w:r>
          </w:p>
        </w:tc>
      </w:tr>
      <w:tr w:rsidR="00D16BBF" w:rsidRPr="00F53990" w14:paraId="37A82E7F" w14:textId="77777777" w:rsidTr="0051402A">
        <w:trPr>
          <w:trHeight w:val="273"/>
          <w:jc w:val="center"/>
        </w:trPr>
        <w:tc>
          <w:tcPr>
            <w:tcW w:w="2148" w:type="dxa"/>
            <w:shd w:val="clear" w:color="auto" w:fill="FFFFFF"/>
            <w:vAlign w:val="center"/>
          </w:tcPr>
          <w:p w14:paraId="6AD6DE20" w14:textId="19C0843E" w:rsidR="00D16BBF" w:rsidRPr="00F53990" w:rsidRDefault="00D16BBF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10</w:t>
            </w:r>
          </w:p>
        </w:tc>
        <w:tc>
          <w:tcPr>
            <w:tcW w:w="8272" w:type="dxa"/>
            <w:shd w:val="clear" w:color="auto" w:fill="FFFFFF"/>
            <w:vAlign w:val="center"/>
          </w:tcPr>
          <w:p w14:paraId="50145906" w14:textId="40223073" w:rsidR="00D16BBF" w:rsidRPr="00F53990" w:rsidRDefault="00D16BBF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Печать на кружках</w:t>
            </w:r>
          </w:p>
        </w:tc>
      </w:tr>
      <w:tr w:rsidR="006D7C77" w:rsidRPr="00F53990" w14:paraId="07EE1A15" w14:textId="77777777" w:rsidTr="0051402A">
        <w:trPr>
          <w:trHeight w:val="273"/>
          <w:jc w:val="center"/>
        </w:trPr>
        <w:tc>
          <w:tcPr>
            <w:tcW w:w="2148" w:type="dxa"/>
            <w:shd w:val="clear" w:color="auto" w:fill="FFFFFF"/>
            <w:vAlign w:val="center"/>
          </w:tcPr>
          <w:p w14:paraId="25DC5A1D" w14:textId="33EDB3D1" w:rsidR="006D7C77" w:rsidRPr="006D7C77" w:rsidRDefault="006D7C77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11</w:t>
            </w:r>
          </w:p>
        </w:tc>
        <w:tc>
          <w:tcPr>
            <w:tcW w:w="8272" w:type="dxa"/>
            <w:shd w:val="clear" w:color="auto" w:fill="FFFFFF"/>
            <w:vAlign w:val="center"/>
          </w:tcPr>
          <w:p w14:paraId="1179C7AE" w14:textId="241F4CDF" w:rsidR="006D7C77" w:rsidRPr="006D7C77" w:rsidRDefault="006D7C77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Таблички</w:t>
            </w:r>
          </w:p>
        </w:tc>
      </w:tr>
    </w:tbl>
    <w:p w14:paraId="0990F607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</w:rPr>
      </w:pPr>
    </w:p>
    <w:p w14:paraId="193B1BA0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 xml:space="preserve">Цены указаны в рублях. Итоговая стоимость может зависеть от тиража, материала, формата, </w:t>
      </w:r>
      <w:proofErr w:type="spellStart"/>
      <w:r w:rsidRPr="00F53990">
        <w:rPr>
          <w:rFonts w:asciiTheme="majorBidi" w:hAnsiTheme="majorBidi" w:cstheme="majorBidi"/>
          <w:sz w:val="20"/>
          <w:szCs w:val="20"/>
          <w:lang w:val="ru-RU"/>
        </w:rPr>
        <w:t>постпечатной</w:t>
      </w:r>
      <w:proofErr w:type="spellEnd"/>
      <w:r w:rsidRPr="00F53990">
        <w:rPr>
          <w:rFonts w:asciiTheme="majorBidi" w:hAnsiTheme="majorBidi" w:cstheme="majorBidi"/>
          <w:sz w:val="20"/>
          <w:szCs w:val="20"/>
          <w:lang w:val="ru-RU"/>
        </w:rPr>
        <w:t xml:space="preserve"> обработки и сложности макета.</w:t>
      </w:r>
    </w:p>
    <w:p w14:paraId="0B9F7BA1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019F28B" w14:textId="08C88BE0" w:rsidR="006D7C77" w:rsidRDefault="00B74FA7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Заказы выполняются по макетам предоставленным заказчиком</w:t>
      </w:r>
      <w:r w:rsidR="00C20F69">
        <w:rPr>
          <w:rFonts w:asciiTheme="majorBidi" w:hAnsiTheme="majorBidi" w:cstheme="majorBidi"/>
          <w:sz w:val="20"/>
          <w:szCs w:val="20"/>
          <w:lang w:val="ru-RU"/>
        </w:rPr>
        <w:t xml:space="preserve"> и выполненные нашими дизайнерами.</w:t>
      </w:r>
    </w:p>
    <w:p w14:paraId="04223D1C" w14:textId="2F1B177D" w:rsidR="00C20F69" w:rsidRDefault="00C20F69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 xml:space="preserve">Стоимость дизайна определяет менеджер, в зависимости от сложности макета. </w:t>
      </w:r>
    </w:p>
    <w:p w14:paraId="476CC145" w14:textId="36C86B59" w:rsidR="00C20F69" w:rsidRDefault="00C20F69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Примерная стоимость дизайнерских услуг.</w:t>
      </w:r>
    </w:p>
    <w:p w14:paraId="234EBC79" w14:textId="790F2CA1" w:rsidR="00C20F69" w:rsidRDefault="00C20F69" w:rsidP="00C20F6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Макет визитки: 1 сторона-600, 2 стороны-1000</w:t>
      </w:r>
    </w:p>
    <w:p w14:paraId="3BD2D354" w14:textId="537AAA8D" w:rsidR="00C20F69" w:rsidRDefault="00C20F69" w:rsidP="00C20F6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Макет листовки: 1 сторона-800, 2 стороны-1200</w:t>
      </w:r>
    </w:p>
    <w:p w14:paraId="14EB0CE9" w14:textId="0521C17F" w:rsidR="00C20F69" w:rsidRDefault="00C20F69" w:rsidP="00C20F6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Макет баннера-от 1000</w:t>
      </w:r>
    </w:p>
    <w:p w14:paraId="37F7EBB6" w14:textId="26665827" w:rsidR="006D7C77" w:rsidRDefault="00C20F69" w:rsidP="00C20F6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Простой макет-номер телефона, надпись «Продам» или подобные-300</w:t>
      </w:r>
    </w:p>
    <w:p w14:paraId="3D03C8FC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6BEDE74E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538E9C7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6C25503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91EC698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94FC5DF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E0BF9F8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1703377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00C117E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77D19DF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BBF1D81" w14:textId="79ED14D0" w:rsidR="006D7C77" w:rsidRDefault="00630EFC" w:rsidP="00630EFC">
      <w:pPr>
        <w:tabs>
          <w:tab w:val="left" w:pos="5778"/>
        </w:tabs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4"/>
      </w:tblGrid>
      <w:tr w:rsidR="009773B9" w:rsidRPr="00F53990" w14:paraId="145DB336" w14:textId="77777777" w:rsidTr="00C20F69">
        <w:trPr>
          <w:jc w:val="center"/>
        </w:trPr>
        <w:tc>
          <w:tcPr>
            <w:tcW w:w="10204" w:type="dxa"/>
            <w:shd w:val="clear" w:color="auto" w:fill="1F4E78"/>
            <w:vAlign w:val="center"/>
          </w:tcPr>
          <w:p w14:paraId="0056934D" w14:textId="77777777" w:rsidR="009773B9" w:rsidRPr="00F53990" w:rsidRDefault="009773B9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lastRenderedPageBreak/>
              <w:t>0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1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 xml:space="preserve"> / ФОТОПЕЧАТЬ</w:t>
            </w:r>
          </w:p>
        </w:tc>
      </w:tr>
    </w:tbl>
    <w:p w14:paraId="250B76AF" w14:textId="77777777" w:rsidR="001457E4" w:rsidRDefault="001457E4" w:rsidP="001457E4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69B0E7F9" w14:textId="759D0D13" w:rsidR="009773B9" w:rsidRPr="00F53990" w:rsidRDefault="009773B9" w:rsidP="001457E4">
      <w:pPr>
        <w:jc w:val="center"/>
        <w:rPr>
          <w:rFonts w:asciiTheme="majorBidi" w:hAnsiTheme="majorBidi" w:cstheme="majorBidi"/>
          <w:sz w:val="20"/>
          <w:szCs w:val="20"/>
        </w:rPr>
      </w:pP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Печать</w:t>
      </w:r>
      <w:proofErr w:type="spellEnd"/>
      <w:r w:rsidRPr="00F53990">
        <w:rPr>
          <w:rFonts w:asciiTheme="majorBidi" w:hAnsiTheme="majorBidi" w:cstheme="majorBidi"/>
          <w:color w:val="1F4E78"/>
          <w:sz w:val="20"/>
          <w:szCs w:val="20"/>
        </w:rPr>
        <w:t xml:space="preserve"> </w:t>
      </w: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фотографий</w:t>
      </w:r>
      <w:proofErr w:type="spellEnd"/>
      <w:r w:rsidRPr="00F53990">
        <w:rPr>
          <w:rFonts w:asciiTheme="majorBidi" w:hAnsiTheme="majorBidi" w:cstheme="majorBidi"/>
          <w:color w:val="1F4E78"/>
          <w:sz w:val="20"/>
          <w:szCs w:val="20"/>
        </w:rPr>
        <w:t xml:space="preserve"> </w:t>
      </w: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на</w:t>
      </w:r>
      <w:proofErr w:type="spellEnd"/>
      <w:r w:rsidRPr="00F53990">
        <w:rPr>
          <w:rFonts w:asciiTheme="majorBidi" w:hAnsiTheme="majorBidi" w:cstheme="majorBidi"/>
          <w:color w:val="1F4E78"/>
          <w:sz w:val="20"/>
          <w:szCs w:val="20"/>
        </w:rPr>
        <w:t xml:space="preserve"> </w:t>
      </w: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фотобумаге</w:t>
      </w:r>
      <w:proofErr w:type="spellEnd"/>
    </w:p>
    <w:tbl>
      <w:tblPr>
        <w:tblStyle w:val="aff0"/>
        <w:tblW w:w="10295" w:type="dxa"/>
        <w:jc w:val="center"/>
        <w:tblLook w:val="04A0" w:firstRow="1" w:lastRow="0" w:firstColumn="1" w:lastColumn="0" w:noHBand="0" w:noVBand="1"/>
      </w:tblPr>
      <w:tblGrid>
        <w:gridCol w:w="998"/>
        <w:gridCol w:w="1285"/>
        <w:gridCol w:w="1263"/>
        <w:gridCol w:w="1129"/>
        <w:gridCol w:w="1124"/>
        <w:gridCol w:w="1124"/>
        <w:gridCol w:w="1124"/>
        <w:gridCol w:w="1124"/>
        <w:gridCol w:w="1124"/>
      </w:tblGrid>
      <w:tr w:rsidR="006D7C77" w:rsidRPr="001457E4" w14:paraId="6C616615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FC700"/>
          </w:tcPr>
          <w:p w14:paraId="42C01CFF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Формат</w:t>
            </w:r>
          </w:p>
        </w:tc>
        <w:tc>
          <w:tcPr>
            <w:tcW w:w="1285" w:type="dxa"/>
            <w:shd w:val="clear" w:color="auto" w:fill="FFC700"/>
            <w:vAlign w:val="center"/>
          </w:tcPr>
          <w:p w14:paraId="5F253103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Размер, см</w:t>
            </w:r>
          </w:p>
        </w:tc>
        <w:tc>
          <w:tcPr>
            <w:tcW w:w="1263" w:type="dxa"/>
            <w:shd w:val="clear" w:color="auto" w:fill="FFC700"/>
            <w:vAlign w:val="center"/>
          </w:tcPr>
          <w:p w14:paraId="30D619C8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Бумага</w:t>
            </w:r>
            <w:proofErr w:type="spellEnd"/>
          </w:p>
        </w:tc>
        <w:tc>
          <w:tcPr>
            <w:tcW w:w="1129" w:type="dxa"/>
            <w:shd w:val="clear" w:color="auto" w:fill="FFC700"/>
            <w:vAlign w:val="center"/>
          </w:tcPr>
          <w:p w14:paraId="20A7D165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1124" w:type="dxa"/>
            <w:shd w:val="clear" w:color="auto" w:fill="FFC700"/>
            <w:vAlign w:val="center"/>
          </w:tcPr>
          <w:p w14:paraId="6118CAF5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от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10</w:t>
            </w: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1124" w:type="dxa"/>
            <w:shd w:val="clear" w:color="auto" w:fill="FFC700"/>
            <w:vAlign w:val="center"/>
          </w:tcPr>
          <w:p w14:paraId="0F2F0CD9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от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25</w:t>
            </w:r>
          </w:p>
        </w:tc>
        <w:tc>
          <w:tcPr>
            <w:tcW w:w="1124" w:type="dxa"/>
            <w:shd w:val="clear" w:color="auto" w:fill="FFC700"/>
            <w:vAlign w:val="center"/>
          </w:tcPr>
          <w:p w14:paraId="1B0C8D44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от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50</w:t>
            </w:r>
          </w:p>
        </w:tc>
        <w:tc>
          <w:tcPr>
            <w:tcW w:w="1124" w:type="dxa"/>
            <w:shd w:val="clear" w:color="auto" w:fill="FFC700"/>
            <w:vAlign w:val="center"/>
          </w:tcPr>
          <w:p w14:paraId="4B943887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от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100</w:t>
            </w:r>
          </w:p>
        </w:tc>
        <w:tc>
          <w:tcPr>
            <w:tcW w:w="1124" w:type="dxa"/>
            <w:shd w:val="clear" w:color="auto" w:fill="FFC700"/>
            <w:vAlign w:val="center"/>
          </w:tcPr>
          <w:p w14:paraId="1049702F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от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200</w:t>
            </w:r>
          </w:p>
        </w:tc>
      </w:tr>
      <w:tr w:rsidR="006D7C77" w:rsidRPr="00F53990" w14:paraId="4C1882D9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FFFFF"/>
          </w:tcPr>
          <w:p w14:paraId="6F961781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</w:p>
        </w:tc>
        <w:tc>
          <w:tcPr>
            <w:tcW w:w="1285" w:type="dxa"/>
            <w:shd w:val="clear" w:color="auto" w:fill="FFFFFF"/>
            <w:vAlign w:val="center"/>
          </w:tcPr>
          <w:p w14:paraId="6C10B502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9*13 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57FD0563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/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</w:p>
        </w:tc>
        <w:tc>
          <w:tcPr>
            <w:tcW w:w="1129" w:type="dxa"/>
            <w:shd w:val="clear" w:color="auto" w:fill="FFFFFF"/>
            <w:vAlign w:val="center"/>
          </w:tcPr>
          <w:p w14:paraId="20C483F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2E06EB1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18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A75240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17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AF3D82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16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7B7AE6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14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3CA975C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13 </w:t>
            </w:r>
          </w:p>
        </w:tc>
      </w:tr>
      <w:tr w:rsidR="006D7C77" w:rsidRPr="00F53990" w14:paraId="5A4F616A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6F8FA"/>
          </w:tcPr>
          <w:p w14:paraId="6360AF13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А6</w:t>
            </w:r>
          </w:p>
        </w:tc>
        <w:tc>
          <w:tcPr>
            <w:tcW w:w="1285" w:type="dxa"/>
            <w:shd w:val="clear" w:color="auto" w:fill="F6F8FA"/>
            <w:vAlign w:val="center"/>
          </w:tcPr>
          <w:p w14:paraId="0F29497E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10*15 </w:t>
            </w:r>
          </w:p>
        </w:tc>
        <w:tc>
          <w:tcPr>
            <w:tcW w:w="1263" w:type="dxa"/>
            <w:shd w:val="clear" w:color="auto" w:fill="F6F8FA"/>
            <w:vAlign w:val="center"/>
          </w:tcPr>
          <w:p w14:paraId="3DF5153B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/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</w:p>
        </w:tc>
        <w:tc>
          <w:tcPr>
            <w:tcW w:w="1129" w:type="dxa"/>
            <w:shd w:val="clear" w:color="auto" w:fill="F6F8FA"/>
            <w:vAlign w:val="center"/>
          </w:tcPr>
          <w:p w14:paraId="7E3C439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25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68F9B27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23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4E3FC16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21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7EEBDEF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19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39D5934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18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5180EEA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16 </w:t>
            </w:r>
          </w:p>
        </w:tc>
      </w:tr>
      <w:tr w:rsidR="006D7C77" w:rsidRPr="00F53990" w14:paraId="13CDE912" w14:textId="77777777" w:rsidTr="006D7C77">
        <w:trPr>
          <w:trHeight w:val="378"/>
          <w:jc w:val="center"/>
        </w:trPr>
        <w:tc>
          <w:tcPr>
            <w:tcW w:w="998" w:type="dxa"/>
            <w:shd w:val="clear" w:color="auto" w:fill="FFFFFF"/>
          </w:tcPr>
          <w:p w14:paraId="325911ED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А6</w:t>
            </w:r>
          </w:p>
        </w:tc>
        <w:tc>
          <w:tcPr>
            <w:tcW w:w="1285" w:type="dxa"/>
            <w:shd w:val="clear" w:color="auto" w:fill="FFFFFF"/>
            <w:vAlign w:val="center"/>
          </w:tcPr>
          <w:p w14:paraId="1E117296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10*15 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1E65B4E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Сатин</w:t>
            </w:r>
            <w:proofErr w:type="spellEnd"/>
          </w:p>
        </w:tc>
        <w:tc>
          <w:tcPr>
            <w:tcW w:w="1129" w:type="dxa"/>
            <w:shd w:val="clear" w:color="auto" w:fill="FFFFFF"/>
            <w:vAlign w:val="center"/>
          </w:tcPr>
          <w:p w14:paraId="3ED964D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34FEA06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28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275BE1B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25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0AEEE49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23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09C4A77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21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85A1B1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20 </w:t>
            </w:r>
          </w:p>
        </w:tc>
      </w:tr>
      <w:tr w:rsidR="006D7C77" w:rsidRPr="00F53990" w14:paraId="127D4F3D" w14:textId="77777777" w:rsidTr="006D7C77">
        <w:trPr>
          <w:trHeight w:val="474"/>
          <w:jc w:val="center"/>
        </w:trPr>
        <w:tc>
          <w:tcPr>
            <w:tcW w:w="998" w:type="dxa"/>
            <w:shd w:val="clear" w:color="auto" w:fill="F6F8FA"/>
          </w:tcPr>
          <w:p w14:paraId="5D73155A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</w:p>
        </w:tc>
        <w:tc>
          <w:tcPr>
            <w:tcW w:w="1285" w:type="dxa"/>
            <w:shd w:val="clear" w:color="auto" w:fill="F6F8FA"/>
            <w:vAlign w:val="center"/>
          </w:tcPr>
          <w:p w14:paraId="23071848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Полароид</w:t>
            </w:r>
            <w:proofErr w:type="spellEnd"/>
          </w:p>
        </w:tc>
        <w:tc>
          <w:tcPr>
            <w:tcW w:w="1263" w:type="dxa"/>
            <w:shd w:val="clear" w:color="auto" w:fill="F6F8FA"/>
            <w:vAlign w:val="center"/>
          </w:tcPr>
          <w:p w14:paraId="623B3BE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Глянец</w:t>
            </w:r>
          </w:p>
        </w:tc>
        <w:tc>
          <w:tcPr>
            <w:tcW w:w="1129" w:type="dxa"/>
            <w:shd w:val="clear" w:color="auto" w:fill="F6F8FA"/>
            <w:vAlign w:val="center"/>
          </w:tcPr>
          <w:p w14:paraId="1576CEA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09E301E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F6F8FA"/>
            <w:vAlign w:val="center"/>
          </w:tcPr>
          <w:p w14:paraId="64CC28C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F6F8FA"/>
            <w:vAlign w:val="center"/>
          </w:tcPr>
          <w:p w14:paraId="0745F0F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F6F8FA"/>
            <w:vAlign w:val="center"/>
          </w:tcPr>
          <w:p w14:paraId="2139882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F6F8FA"/>
            <w:vAlign w:val="center"/>
          </w:tcPr>
          <w:p w14:paraId="3727F20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D7C77" w:rsidRPr="00F53990" w14:paraId="0884C248" w14:textId="77777777" w:rsidTr="006D7C77">
        <w:trPr>
          <w:trHeight w:val="474"/>
          <w:jc w:val="center"/>
        </w:trPr>
        <w:tc>
          <w:tcPr>
            <w:tcW w:w="998" w:type="dxa"/>
            <w:shd w:val="clear" w:color="auto" w:fill="FFFFFF"/>
          </w:tcPr>
          <w:p w14:paraId="6C559653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</w:p>
        </w:tc>
        <w:tc>
          <w:tcPr>
            <w:tcW w:w="1285" w:type="dxa"/>
            <w:shd w:val="clear" w:color="auto" w:fill="FFFFFF"/>
            <w:vAlign w:val="center"/>
          </w:tcPr>
          <w:p w14:paraId="2A74CCB7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Инстаграмм</w:t>
            </w:r>
            <w:proofErr w:type="spellEnd"/>
          </w:p>
        </w:tc>
        <w:tc>
          <w:tcPr>
            <w:tcW w:w="1263" w:type="dxa"/>
            <w:shd w:val="clear" w:color="auto" w:fill="FFFFFF"/>
            <w:vAlign w:val="center"/>
          </w:tcPr>
          <w:p w14:paraId="5DDE44F2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Глянец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3307E82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162241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3D1067B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3967C8F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5D96BF9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B4105B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D7C77" w:rsidRPr="00F53990" w14:paraId="4BCA5F91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6F8FA"/>
          </w:tcPr>
          <w:p w14:paraId="681DE93E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</w:p>
        </w:tc>
        <w:tc>
          <w:tcPr>
            <w:tcW w:w="1285" w:type="dxa"/>
            <w:shd w:val="clear" w:color="auto" w:fill="F6F8FA"/>
            <w:vAlign w:val="center"/>
          </w:tcPr>
          <w:p w14:paraId="5E89EC5A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13*18 </w:t>
            </w:r>
          </w:p>
        </w:tc>
        <w:tc>
          <w:tcPr>
            <w:tcW w:w="1263" w:type="dxa"/>
            <w:shd w:val="clear" w:color="auto" w:fill="F6F8FA"/>
            <w:vAlign w:val="center"/>
          </w:tcPr>
          <w:p w14:paraId="6C3D2A0F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/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</w:p>
        </w:tc>
        <w:tc>
          <w:tcPr>
            <w:tcW w:w="1129" w:type="dxa"/>
            <w:shd w:val="clear" w:color="auto" w:fill="F6F8FA"/>
            <w:vAlign w:val="center"/>
          </w:tcPr>
          <w:p w14:paraId="01837AD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2C0C211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37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685EFFF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34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1F8DC4E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31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1CC806A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29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40B3C64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26 </w:t>
            </w:r>
          </w:p>
        </w:tc>
      </w:tr>
      <w:tr w:rsidR="006D7C77" w:rsidRPr="00F53990" w14:paraId="25B93C4C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FFFFF"/>
          </w:tcPr>
          <w:p w14:paraId="2DC12C59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А5</w:t>
            </w:r>
          </w:p>
        </w:tc>
        <w:tc>
          <w:tcPr>
            <w:tcW w:w="1285" w:type="dxa"/>
            <w:shd w:val="clear" w:color="auto" w:fill="FFFFFF"/>
            <w:vAlign w:val="center"/>
          </w:tcPr>
          <w:p w14:paraId="66CF10AC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15*21 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30BF751F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/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</w:p>
        </w:tc>
        <w:tc>
          <w:tcPr>
            <w:tcW w:w="1129" w:type="dxa"/>
            <w:shd w:val="clear" w:color="auto" w:fill="FFFFFF"/>
            <w:vAlign w:val="center"/>
          </w:tcPr>
          <w:p w14:paraId="3BFCE98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70987E0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55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2528523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51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16E63F1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47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1A0E9FD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43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3E177A3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40 </w:t>
            </w:r>
          </w:p>
        </w:tc>
      </w:tr>
      <w:tr w:rsidR="006D7C77" w:rsidRPr="00F53990" w14:paraId="76D4AA38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6F8FA"/>
          </w:tcPr>
          <w:p w14:paraId="4E4AE3AF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А4</w:t>
            </w:r>
          </w:p>
        </w:tc>
        <w:tc>
          <w:tcPr>
            <w:tcW w:w="1285" w:type="dxa"/>
            <w:shd w:val="clear" w:color="auto" w:fill="F6F8FA"/>
            <w:vAlign w:val="center"/>
          </w:tcPr>
          <w:p w14:paraId="2A0D93A2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21*30 </w:t>
            </w:r>
          </w:p>
        </w:tc>
        <w:tc>
          <w:tcPr>
            <w:tcW w:w="1263" w:type="dxa"/>
            <w:shd w:val="clear" w:color="auto" w:fill="F6F8FA"/>
            <w:vAlign w:val="center"/>
          </w:tcPr>
          <w:p w14:paraId="65E5664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/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</w:p>
        </w:tc>
        <w:tc>
          <w:tcPr>
            <w:tcW w:w="1129" w:type="dxa"/>
            <w:shd w:val="clear" w:color="auto" w:fill="F6F8FA"/>
            <w:vAlign w:val="center"/>
          </w:tcPr>
          <w:p w14:paraId="2C915CA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90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5F9C489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83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099A6FA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76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04B916A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4BA5FF9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64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3A4B53A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59 </w:t>
            </w:r>
          </w:p>
        </w:tc>
      </w:tr>
      <w:tr w:rsidR="006D7C77" w:rsidRPr="00F53990" w14:paraId="343A7D0C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FFFFF"/>
          </w:tcPr>
          <w:p w14:paraId="579318E8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А4</w:t>
            </w:r>
          </w:p>
        </w:tc>
        <w:tc>
          <w:tcPr>
            <w:tcW w:w="1285" w:type="dxa"/>
            <w:shd w:val="clear" w:color="auto" w:fill="FFFFFF"/>
            <w:vAlign w:val="center"/>
          </w:tcPr>
          <w:p w14:paraId="412F722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21*3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543AC49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300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129" w:type="dxa"/>
            <w:shd w:val="clear" w:color="auto" w:fill="FFFFFF"/>
            <w:vAlign w:val="center"/>
          </w:tcPr>
          <w:p w14:paraId="6D93C15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100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86C4E0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92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DFABB2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85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26EAF27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78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1E642ED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72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0465109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66 </w:t>
            </w:r>
          </w:p>
        </w:tc>
      </w:tr>
      <w:tr w:rsidR="006D7C77" w:rsidRPr="00F53990" w14:paraId="6AF6821E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6F8FA"/>
          </w:tcPr>
          <w:p w14:paraId="42DC096E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А3</w:t>
            </w:r>
          </w:p>
        </w:tc>
        <w:tc>
          <w:tcPr>
            <w:tcW w:w="1285" w:type="dxa"/>
            <w:shd w:val="clear" w:color="auto" w:fill="F6F8FA"/>
            <w:vAlign w:val="center"/>
          </w:tcPr>
          <w:p w14:paraId="0E62932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30*42</w:t>
            </w:r>
          </w:p>
        </w:tc>
        <w:tc>
          <w:tcPr>
            <w:tcW w:w="1263" w:type="dxa"/>
            <w:shd w:val="clear" w:color="auto" w:fill="F6F8FA"/>
            <w:vAlign w:val="center"/>
          </w:tcPr>
          <w:p w14:paraId="76B4495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/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</w:t>
            </w:r>
            <w:proofErr w:type="spellEnd"/>
          </w:p>
        </w:tc>
        <w:tc>
          <w:tcPr>
            <w:tcW w:w="1129" w:type="dxa"/>
            <w:shd w:val="clear" w:color="auto" w:fill="F6F8FA"/>
            <w:vAlign w:val="center"/>
          </w:tcPr>
          <w:p w14:paraId="7D6E3FF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200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0999750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184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5F2A3B5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169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7234721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156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6109E09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143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52FA64B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132 </w:t>
            </w:r>
          </w:p>
        </w:tc>
      </w:tr>
      <w:tr w:rsidR="006D7C77" w:rsidRPr="00F53990" w14:paraId="7017C87F" w14:textId="77777777" w:rsidTr="006D7C77">
        <w:trPr>
          <w:trHeight w:val="378"/>
          <w:jc w:val="center"/>
        </w:trPr>
        <w:tc>
          <w:tcPr>
            <w:tcW w:w="998" w:type="dxa"/>
            <w:shd w:val="clear" w:color="auto" w:fill="FFFFFF"/>
          </w:tcPr>
          <w:p w14:paraId="0DEA973D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А3</w:t>
            </w:r>
          </w:p>
        </w:tc>
        <w:tc>
          <w:tcPr>
            <w:tcW w:w="1285" w:type="dxa"/>
            <w:shd w:val="clear" w:color="auto" w:fill="FFFFFF"/>
            <w:vAlign w:val="center"/>
          </w:tcPr>
          <w:p w14:paraId="7BB8A6A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30*42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75DDFD93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Сатин</w:t>
            </w:r>
            <w:proofErr w:type="spellEnd"/>
          </w:p>
        </w:tc>
        <w:tc>
          <w:tcPr>
            <w:tcW w:w="1129" w:type="dxa"/>
            <w:shd w:val="clear" w:color="auto" w:fill="FFFFFF"/>
            <w:vAlign w:val="center"/>
          </w:tcPr>
          <w:p w14:paraId="6055F77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300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D04B02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276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17E6D36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254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0D48432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234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2845D06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215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19586B4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198 </w:t>
            </w:r>
          </w:p>
        </w:tc>
      </w:tr>
      <w:tr w:rsidR="006D7C77" w:rsidRPr="00F53990" w14:paraId="219477CF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6F8FA"/>
          </w:tcPr>
          <w:p w14:paraId="5B73A433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</w:p>
        </w:tc>
        <w:tc>
          <w:tcPr>
            <w:tcW w:w="1285" w:type="dxa"/>
            <w:shd w:val="clear" w:color="auto" w:fill="F6F8FA"/>
            <w:vAlign w:val="center"/>
          </w:tcPr>
          <w:p w14:paraId="7E6F204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50*70</w:t>
            </w:r>
          </w:p>
        </w:tc>
        <w:tc>
          <w:tcPr>
            <w:tcW w:w="1263" w:type="dxa"/>
            <w:shd w:val="clear" w:color="auto" w:fill="F6F8FA"/>
            <w:vAlign w:val="center"/>
          </w:tcPr>
          <w:p w14:paraId="083719C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</w:p>
        </w:tc>
        <w:tc>
          <w:tcPr>
            <w:tcW w:w="1129" w:type="dxa"/>
            <w:shd w:val="clear" w:color="auto" w:fill="F6F8FA"/>
            <w:vAlign w:val="center"/>
          </w:tcPr>
          <w:p w14:paraId="44E44E5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800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059E4D2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736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25029A1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677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6FDD9AA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623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2381D02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573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461B54E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527 </w:t>
            </w:r>
          </w:p>
        </w:tc>
      </w:tr>
      <w:tr w:rsidR="006D7C77" w:rsidRPr="00F53990" w14:paraId="155146F7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FFFFF"/>
          </w:tcPr>
          <w:p w14:paraId="57C516E4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</w:p>
        </w:tc>
        <w:tc>
          <w:tcPr>
            <w:tcW w:w="1285" w:type="dxa"/>
            <w:shd w:val="clear" w:color="auto" w:fill="FFFFFF"/>
            <w:vAlign w:val="center"/>
          </w:tcPr>
          <w:p w14:paraId="3F0C08B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50*70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4BB8015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Матовая</w:t>
            </w:r>
            <w:proofErr w:type="spellEnd"/>
          </w:p>
        </w:tc>
        <w:tc>
          <w:tcPr>
            <w:tcW w:w="1129" w:type="dxa"/>
            <w:shd w:val="clear" w:color="auto" w:fill="FFFFFF"/>
            <w:vAlign w:val="center"/>
          </w:tcPr>
          <w:p w14:paraId="6D17654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700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3595415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644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39F96E4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592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31080C9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545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1CD8715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501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3681316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461 </w:t>
            </w:r>
          </w:p>
        </w:tc>
      </w:tr>
      <w:tr w:rsidR="006D7C77" w:rsidRPr="00F53990" w14:paraId="00960FE7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6F8FA"/>
          </w:tcPr>
          <w:p w14:paraId="6A1C1F96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А2</w:t>
            </w:r>
          </w:p>
        </w:tc>
        <w:tc>
          <w:tcPr>
            <w:tcW w:w="1285" w:type="dxa"/>
            <w:shd w:val="clear" w:color="auto" w:fill="F6F8FA"/>
            <w:vAlign w:val="center"/>
          </w:tcPr>
          <w:p w14:paraId="53F49DA0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42*60</w:t>
            </w:r>
          </w:p>
        </w:tc>
        <w:tc>
          <w:tcPr>
            <w:tcW w:w="1263" w:type="dxa"/>
            <w:shd w:val="clear" w:color="auto" w:fill="F6F8FA"/>
            <w:vAlign w:val="center"/>
          </w:tcPr>
          <w:p w14:paraId="6A4FDEAF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</w:p>
        </w:tc>
        <w:tc>
          <w:tcPr>
            <w:tcW w:w="1129" w:type="dxa"/>
            <w:shd w:val="clear" w:color="auto" w:fill="F6F8FA"/>
            <w:vAlign w:val="center"/>
          </w:tcPr>
          <w:p w14:paraId="151EDE6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600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5C47E94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552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4DCDB91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508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68426ED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467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57A2EC8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430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20588FE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395 </w:t>
            </w:r>
          </w:p>
        </w:tc>
      </w:tr>
      <w:tr w:rsidR="006D7C77" w:rsidRPr="00F53990" w14:paraId="7CF7F395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FFFFF"/>
          </w:tcPr>
          <w:p w14:paraId="17ECC91E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А2</w:t>
            </w:r>
          </w:p>
        </w:tc>
        <w:tc>
          <w:tcPr>
            <w:tcW w:w="1285" w:type="dxa"/>
            <w:shd w:val="clear" w:color="auto" w:fill="FFFFFF"/>
            <w:vAlign w:val="center"/>
          </w:tcPr>
          <w:p w14:paraId="71EC4037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42*60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0F686BCB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Матовая</w:t>
            </w:r>
            <w:proofErr w:type="spellEnd"/>
          </w:p>
        </w:tc>
        <w:tc>
          <w:tcPr>
            <w:tcW w:w="1129" w:type="dxa"/>
            <w:shd w:val="clear" w:color="auto" w:fill="FFFFFF"/>
            <w:vAlign w:val="center"/>
          </w:tcPr>
          <w:p w14:paraId="33FBF28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550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6394368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506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7FDB5A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466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6B2FDB1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428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25F48CA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394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31C5667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362 </w:t>
            </w:r>
          </w:p>
        </w:tc>
      </w:tr>
      <w:tr w:rsidR="006D7C77" w:rsidRPr="00F53990" w14:paraId="30D3E981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6F8FA"/>
          </w:tcPr>
          <w:p w14:paraId="4F48A8F8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А1</w:t>
            </w:r>
          </w:p>
        </w:tc>
        <w:tc>
          <w:tcPr>
            <w:tcW w:w="1285" w:type="dxa"/>
            <w:shd w:val="clear" w:color="auto" w:fill="F6F8FA"/>
            <w:vAlign w:val="center"/>
          </w:tcPr>
          <w:p w14:paraId="31870617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60*84</w:t>
            </w:r>
          </w:p>
        </w:tc>
        <w:tc>
          <w:tcPr>
            <w:tcW w:w="1263" w:type="dxa"/>
            <w:shd w:val="clear" w:color="auto" w:fill="F6F8FA"/>
            <w:vAlign w:val="center"/>
          </w:tcPr>
          <w:p w14:paraId="24016B96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Матовая</w:t>
            </w:r>
            <w:proofErr w:type="spellEnd"/>
          </w:p>
        </w:tc>
        <w:tc>
          <w:tcPr>
            <w:tcW w:w="1129" w:type="dxa"/>
            <w:shd w:val="clear" w:color="auto" w:fill="F6F8FA"/>
            <w:vAlign w:val="center"/>
          </w:tcPr>
          <w:p w14:paraId="65891B0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700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57DFBF7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644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3DC0970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592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206F229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545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628DD68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501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766C390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461 </w:t>
            </w:r>
          </w:p>
        </w:tc>
      </w:tr>
      <w:tr w:rsidR="006D7C77" w:rsidRPr="00F53990" w14:paraId="213573EE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FFFFF"/>
          </w:tcPr>
          <w:p w14:paraId="4CB1C35E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А1</w:t>
            </w:r>
          </w:p>
        </w:tc>
        <w:tc>
          <w:tcPr>
            <w:tcW w:w="1285" w:type="dxa"/>
            <w:shd w:val="clear" w:color="auto" w:fill="FFFFFF"/>
            <w:vAlign w:val="center"/>
          </w:tcPr>
          <w:p w14:paraId="5AA0CE4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60*84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66157D0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</w:p>
        </w:tc>
        <w:tc>
          <w:tcPr>
            <w:tcW w:w="1129" w:type="dxa"/>
            <w:shd w:val="clear" w:color="auto" w:fill="FFFFFF"/>
            <w:vAlign w:val="center"/>
          </w:tcPr>
          <w:p w14:paraId="616AB1E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800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5382A3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736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66B8290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677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20B532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623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781D5E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573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AF918B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527 </w:t>
            </w:r>
          </w:p>
        </w:tc>
      </w:tr>
      <w:tr w:rsidR="006D7C77" w:rsidRPr="00F53990" w14:paraId="4C8742D0" w14:textId="77777777" w:rsidTr="006D7C77">
        <w:trPr>
          <w:trHeight w:val="378"/>
          <w:jc w:val="center"/>
        </w:trPr>
        <w:tc>
          <w:tcPr>
            <w:tcW w:w="998" w:type="dxa"/>
            <w:shd w:val="clear" w:color="auto" w:fill="F6F8FA"/>
          </w:tcPr>
          <w:p w14:paraId="1AAD3054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А0</w:t>
            </w:r>
          </w:p>
        </w:tc>
        <w:tc>
          <w:tcPr>
            <w:tcW w:w="1285" w:type="dxa"/>
            <w:shd w:val="clear" w:color="auto" w:fill="F6F8FA"/>
            <w:vAlign w:val="center"/>
          </w:tcPr>
          <w:p w14:paraId="0123C93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84*120</w:t>
            </w:r>
          </w:p>
        </w:tc>
        <w:tc>
          <w:tcPr>
            <w:tcW w:w="1263" w:type="dxa"/>
            <w:shd w:val="clear" w:color="auto" w:fill="F6F8FA"/>
            <w:vAlign w:val="center"/>
          </w:tcPr>
          <w:p w14:paraId="54EA9CB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Матовая</w:t>
            </w:r>
            <w:proofErr w:type="spellEnd"/>
          </w:p>
        </w:tc>
        <w:tc>
          <w:tcPr>
            <w:tcW w:w="1129" w:type="dxa"/>
            <w:shd w:val="clear" w:color="auto" w:fill="F6F8FA"/>
            <w:vAlign w:val="center"/>
          </w:tcPr>
          <w:p w14:paraId="478A131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1 000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170BF23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920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4056ED2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846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61D6046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779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6A74E06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716 </w:t>
            </w:r>
          </w:p>
        </w:tc>
        <w:tc>
          <w:tcPr>
            <w:tcW w:w="1124" w:type="dxa"/>
            <w:shd w:val="clear" w:color="auto" w:fill="F6F8FA"/>
            <w:vAlign w:val="center"/>
          </w:tcPr>
          <w:p w14:paraId="20D2A81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659 </w:t>
            </w:r>
          </w:p>
        </w:tc>
      </w:tr>
      <w:tr w:rsidR="006D7C77" w:rsidRPr="00F53990" w14:paraId="35474CD8" w14:textId="77777777" w:rsidTr="006D7C77">
        <w:trPr>
          <w:trHeight w:val="357"/>
          <w:jc w:val="center"/>
        </w:trPr>
        <w:tc>
          <w:tcPr>
            <w:tcW w:w="998" w:type="dxa"/>
            <w:shd w:val="clear" w:color="auto" w:fill="FFFFFF"/>
          </w:tcPr>
          <w:p w14:paraId="7C1AF1D6" w14:textId="77777777" w:rsidR="009773B9" w:rsidRPr="00F53990" w:rsidRDefault="009773B9" w:rsidP="000054D5">
            <w:pPr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А0</w:t>
            </w:r>
          </w:p>
        </w:tc>
        <w:tc>
          <w:tcPr>
            <w:tcW w:w="1285" w:type="dxa"/>
            <w:shd w:val="clear" w:color="auto" w:fill="FFFFFF"/>
            <w:vAlign w:val="center"/>
          </w:tcPr>
          <w:p w14:paraId="30BC9B80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84*120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4EA6419C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Глянец</w:t>
            </w:r>
            <w:proofErr w:type="spellEnd"/>
          </w:p>
        </w:tc>
        <w:tc>
          <w:tcPr>
            <w:tcW w:w="1129" w:type="dxa"/>
            <w:shd w:val="clear" w:color="auto" w:fill="FFFFFF"/>
            <w:vAlign w:val="center"/>
          </w:tcPr>
          <w:p w14:paraId="5B2FDBC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1 200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60F66E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1 104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27EB0D8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1 016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7F71A4B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934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5C8E9A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860 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7B992F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791 </w:t>
            </w:r>
          </w:p>
        </w:tc>
      </w:tr>
    </w:tbl>
    <w:p w14:paraId="0B5BC8C6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</w:rPr>
      </w:pPr>
    </w:p>
    <w:p w14:paraId="020AD9EC" w14:textId="155E12E2" w:rsidR="009773B9" w:rsidRDefault="00B74FA7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Печать на одном листе:</w:t>
      </w:r>
    </w:p>
    <w:p w14:paraId="0E0A1F4F" w14:textId="38DD7B23" w:rsidR="00B74FA7" w:rsidRDefault="00B74FA7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2 фото-+20% к стоимости</w:t>
      </w:r>
    </w:p>
    <w:p w14:paraId="0FC29B35" w14:textId="3D76AE31" w:rsidR="00B74FA7" w:rsidRDefault="00B74FA7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4 фото-+30% к стоимости</w:t>
      </w:r>
    </w:p>
    <w:p w14:paraId="20A86FCF" w14:textId="5994F9F7" w:rsidR="00B74FA7" w:rsidRDefault="00B74FA7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8 фото-+40% к стоимости</w:t>
      </w:r>
    </w:p>
    <w:p w14:paraId="43AE208B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57022B7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8194DF8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38868BD6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1BDDA9D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615AD32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D0BB567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65F6CCC8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1C84FEC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CF6E040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417205C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4"/>
      </w:tblGrid>
      <w:tr w:rsidR="009773B9" w:rsidRPr="00F53990" w14:paraId="49844AE5" w14:textId="77777777" w:rsidTr="00B1047D">
        <w:trPr>
          <w:jc w:val="center"/>
        </w:trPr>
        <w:tc>
          <w:tcPr>
            <w:tcW w:w="10204" w:type="dxa"/>
            <w:shd w:val="clear" w:color="auto" w:fill="1F4E78"/>
            <w:vAlign w:val="center"/>
          </w:tcPr>
          <w:p w14:paraId="1ADA7341" w14:textId="77777777" w:rsidR="009773B9" w:rsidRPr="00F53990" w:rsidRDefault="009773B9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lastRenderedPageBreak/>
              <w:t>0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2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 xml:space="preserve"> / ЛИСТОВКИ И ВИЗИТКИ</w:t>
            </w:r>
          </w:p>
        </w:tc>
      </w:tr>
    </w:tbl>
    <w:p w14:paraId="733A1B90" w14:textId="77777777" w:rsidR="009773B9" w:rsidRPr="00F53990" w:rsidRDefault="009773B9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1740647E" w14:textId="77777777" w:rsidR="009773B9" w:rsidRPr="00F53990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  <w:bookmarkStart w:id="0" w:name="_Hlk241826371"/>
      <w:r w:rsidRPr="00F53990">
        <w:rPr>
          <w:rFonts w:asciiTheme="majorBidi" w:hAnsiTheme="majorBidi" w:cstheme="majorBidi"/>
          <w:color w:val="1F4E78"/>
          <w:sz w:val="20"/>
          <w:szCs w:val="20"/>
          <w:lang w:val="ru-RU"/>
        </w:rPr>
        <w:t>Листовки</w:t>
      </w:r>
      <w:bookmarkStart w:id="1" w:name="_Hlk241752825"/>
      <w:r w:rsidRPr="00F53990">
        <w:rPr>
          <w:rFonts w:asciiTheme="majorBidi" w:hAnsiTheme="majorBidi" w:cstheme="majorBidi"/>
          <w:color w:val="1F4E78"/>
          <w:sz w:val="20"/>
          <w:szCs w:val="20"/>
          <w:lang w:val="ru-RU"/>
        </w:rPr>
        <w:t>, оперативная печать</w:t>
      </w:r>
      <w:bookmarkEnd w:id="1"/>
      <w:r w:rsidRPr="00F53990">
        <w:rPr>
          <w:rFonts w:asciiTheme="majorBidi" w:hAnsiTheme="majorBidi" w:cstheme="majorBidi"/>
          <w:color w:val="1F4E78"/>
          <w:sz w:val="20"/>
          <w:szCs w:val="20"/>
          <w:lang w:val="ru-RU"/>
        </w:rPr>
        <w:t>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039"/>
        <w:gridCol w:w="924"/>
        <w:gridCol w:w="924"/>
        <w:gridCol w:w="924"/>
        <w:gridCol w:w="924"/>
        <w:gridCol w:w="924"/>
        <w:gridCol w:w="924"/>
        <w:gridCol w:w="924"/>
        <w:gridCol w:w="924"/>
      </w:tblGrid>
      <w:tr w:rsidR="001457E4" w:rsidRPr="001457E4" w14:paraId="398FC0DC" w14:textId="77777777" w:rsidTr="001457E4">
        <w:trPr>
          <w:trHeight w:val="244"/>
          <w:jc w:val="center"/>
        </w:trPr>
        <w:tc>
          <w:tcPr>
            <w:tcW w:w="1039" w:type="dxa"/>
            <w:shd w:val="clear" w:color="auto" w:fill="FFC700"/>
            <w:vAlign w:val="center"/>
          </w:tcPr>
          <w:p w14:paraId="1C5BEEF2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Тираж</w:t>
            </w:r>
            <w:proofErr w:type="spellEnd"/>
          </w:p>
        </w:tc>
        <w:tc>
          <w:tcPr>
            <w:tcW w:w="924" w:type="dxa"/>
            <w:shd w:val="clear" w:color="auto" w:fill="FFC700"/>
            <w:vAlign w:val="center"/>
          </w:tcPr>
          <w:p w14:paraId="0DEA8419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А6 4+0</w:t>
            </w:r>
          </w:p>
        </w:tc>
        <w:tc>
          <w:tcPr>
            <w:tcW w:w="924" w:type="dxa"/>
            <w:shd w:val="clear" w:color="auto" w:fill="FFC700"/>
            <w:vAlign w:val="center"/>
          </w:tcPr>
          <w:p w14:paraId="78DA5FD0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А6 4+4</w:t>
            </w:r>
          </w:p>
        </w:tc>
        <w:tc>
          <w:tcPr>
            <w:tcW w:w="924" w:type="dxa"/>
            <w:shd w:val="clear" w:color="auto" w:fill="FFC700"/>
            <w:vAlign w:val="center"/>
          </w:tcPr>
          <w:p w14:paraId="6C9A9942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А5 4+0</w:t>
            </w:r>
          </w:p>
        </w:tc>
        <w:tc>
          <w:tcPr>
            <w:tcW w:w="924" w:type="dxa"/>
            <w:shd w:val="clear" w:color="auto" w:fill="FFC700"/>
            <w:vAlign w:val="center"/>
          </w:tcPr>
          <w:p w14:paraId="01F66BFF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А5 4+4</w:t>
            </w:r>
          </w:p>
        </w:tc>
        <w:tc>
          <w:tcPr>
            <w:tcW w:w="924" w:type="dxa"/>
            <w:shd w:val="clear" w:color="auto" w:fill="FFC700"/>
            <w:vAlign w:val="center"/>
          </w:tcPr>
          <w:p w14:paraId="6599C238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А4 4+0</w:t>
            </w:r>
          </w:p>
        </w:tc>
        <w:tc>
          <w:tcPr>
            <w:tcW w:w="924" w:type="dxa"/>
            <w:shd w:val="clear" w:color="auto" w:fill="FFC700"/>
            <w:vAlign w:val="center"/>
          </w:tcPr>
          <w:p w14:paraId="56BCBB1B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А4 4+4</w:t>
            </w:r>
          </w:p>
        </w:tc>
        <w:tc>
          <w:tcPr>
            <w:tcW w:w="924" w:type="dxa"/>
            <w:shd w:val="clear" w:color="auto" w:fill="FFC700"/>
            <w:vAlign w:val="center"/>
          </w:tcPr>
          <w:p w14:paraId="2162E6B5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DL 4+0</w:t>
            </w:r>
          </w:p>
        </w:tc>
        <w:tc>
          <w:tcPr>
            <w:tcW w:w="924" w:type="dxa"/>
            <w:shd w:val="clear" w:color="auto" w:fill="FFC700"/>
            <w:vAlign w:val="center"/>
          </w:tcPr>
          <w:p w14:paraId="6A3976CF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DL 4+4</w:t>
            </w:r>
          </w:p>
        </w:tc>
      </w:tr>
      <w:tr w:rsidR="009773B9" w:rsidRPr="00F53990" w14:paraId="1C3318C1" w14:textId="77777777" w:rsidTr="000054D5">
        <w:trPr>
          <w:trHeight w:val="232"/>
          <w:jc w:val="center"/>
        </w:trPr>
        <w:tc>
          <w:tcPr>
            <w:tcW w:w="1039" w:type="dxa"/>
            <w:shd w:val="clear" w:color="auto" w:fill="FFFFFF"/>
            <w:vAlign w:val="center"/>
          </w:tcPr>
          <w:p w14:paraId="5AE693B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5ABD742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311DB72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1100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5C0791A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1100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296CA37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1600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47C8E61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1900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0130384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2400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31ECDF6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67434EC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1400</w:t>
            </w:r>
          </w:p>
        </w:tc>
      </w:tr>
      <w:tr w:rsidR="009773B9" w:rsidRPr="00F53990" w14:paraId="52EE30D5" w14:textId="77777777" w:rsidTr="000054D5">
        <w:trPr>
          <w:trHeight w:val="244"/>
          <w:jc w:val="center"/>
        </w:trPr>
        <w:tc>
          <w:tcPr>
            <w:tcW w:w="1039" w:type="dxa"/>
            <w:shd w:val="clear" w:color="auto" w:fill="F6F8FA"/>
            <w:vAlign w:val="center"/>
          </w:tcPr>
          <w:p w14:paraId="6F49731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200</w:t>
            </w:r>
          </w:p>
        </w:tc>
        <w:tc>
          <w:tcPr>
            <w:tcW w:w="924" w:type="dxa"/>
            <w:shd w:val="clear" w:color="auto" w:fill="F6F8FA"/>
            <w:vAlign w:val="center"/>
          </w:tcPr>
          <w:p w14:paraId="6FD0FE1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1100</w:t>
            </w:r>
          </w:p>
        </w:tc>
        <w:tc>
          <w:tcPr>
            <w:tcW w:w="924" w:type="dxa"/>
            <w:shd w:val="clear" w:color="auto" w:fill="F6F8FA"/>
            <w:vAlign w:val="center"/>
          </w:tcPr>
          <w:p w14:paraId="3FAF9B6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1700</w:t>
            </w:r>
          </w:p>
        </w:tc>
        <w:tc>
          <w:tcPr>
            <w:tcW w:w="924" w:type="dxa"/>
            <w:shd w:val="clear" w:color="auto" w:fill="F6F8FA"/>
            <w:vAlign w:val="center"/>
          </w:tcPr>
          <w:p w14:paraId="4EE8C3E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1900</w:t>
            </w:r>
          </w:p>
        </w:tc>
        <w:tc>
          <w:tcPr>
            <w:tcW w:w="924" w:type="dxa"/>
            <w:shd w:val="clear" w:color="auto" w:fill="F6F8FA"/>
            <w:vAlign w:val="center"/>
          </w:tcPr>
          <w:p w14:paraId="52B09C2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2400</w:t>
            </w:r>
          </w:p>
        </w:tc>
        <w:tc>
          <w:tcPr>
            <w:tcW w:w="924" w:type="dxa"/>
            <w:shd w:val="clear" w:color="auto" w:fill="F6F8FA"/>
            <w:vAlign w:val="center"/>
          </w:tcPr>
          <w:p w14:paraId="5C63948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3300</w:t>
            </w:r>
          </w:p>
        </w:tc>
        <w:tc>
          <w:tcPr>
            <w:tcW w:w="924" w:type="dxa"/>
            <w:shd w:val="clear" w:color="auto" w:fill="F6F8FA"/>
            <w:vAlign w:val="center"/>
          </w:tcPr>
          <w:p w14:paraId="7346E63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4300</w:t>
            </w:r>
          </w:p>
        </w:tc>
        <w:tc>
          <w:tcPr>
            <w:tcW w:w="924" w:type="dxa"/>
            <w:shd w:val="clear" w:color="auto" w:fill="F6F8FA"/>
            <w:vAlign w:val="center"/>
          </w:tcPr>
          <w:p w14:paraId="01FBF6D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1500</w:t>
            </w:r>
          </w:p>
        </w:tc>
        <w:tc>
          <w:tcPr>
            <w:tcW w:w="924" w:type="dxa"/>
            <w:shd w:val="clear" w:color="auto" w:fill="F6F8FA"/>
            <w:vAlign w:val="center"/>
          </w:tcPr>
          <w:p w14:paraId="3A39B55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2200</w:t>
            </w:r>
          </w:p>
        </w:tc>
      </w:tr>
      <w:tr w:rsidR="009773B9" w:rsidRPr="00F53990" w14:paraId="426890F1" w14:textId="77777777" w:rsidTr="000054D5">
        <w:trPr>
          <w:trHeight w:val="244"/>
          <w:jc w:val="center"/>
        </w:trPr>
        <w:tc>
          <w:tcPr>
            <w:tcW w:w="1039" w:type="dxa"/>
            <w:shd w:val="clear" w:color="auto" w:fill="FFFFFF"/>
            <w:vAlign w:val="center"/>
          </w:tcPr>
          <w:p w14:paraId="16D439A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66B40F6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1700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24BF156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2400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51A481A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2800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2F0EEC3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6A87C55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4950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75AA03D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6500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1661AD7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1900</w:t>
            </w:r>
          </w:p>
        </w:tc>
        <w:tc>
          <w:tcPr>
            <w:tcW w:w="924" w:type="dxa"/>
            <w:shd w:val="clear" w:color="auto" w:fill="FFFFFF"/>
            <w:vAlign w:val="center"/>
          </w:tcPr>
          <w:p w14:paraId="3C4872C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2400</w:t>
            </w:r>
          </w:p>
        </w:tc>
      </w:tr>
    </w:tbl>
    <w:bookmarkEnd w:id="0"/>
    <w:p w14:paraId="408D340F" w14:textId="77777777" w:rsidR="009773B9" w:rsidRPr="00F53990" w:rsidRDefault="009773B9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  <w:r>
        <w:rPr>
          <w:rFonts w:asciiTheme="majorBidi" w:hAnsiTheme="majorBidi" w:cstheme="majorBidi"/>
          <w:color w:val="1F4E78"/>
          <w:sz w:val="20"/>
          <w:szCs w:val="20"/>
          <w:lang w:val="ru-RU"/>
        </w:rPr>
        <w:t>Оперативная печать выполняется от 2 -х часов до 2 дней</w:t>
      </w:r>
    </w:p>
    <w:p w14:paraId="0412FA5F" w14:textId="77777777" w:rsidR="009773B9" w:rsidRPr="00F53990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color w:val="1F4E78"/>
          <w:sz w:val="20"/>
          <w:szCs w:val="20"/>
          <w:lang w:val="ru-RU"/>
        </w:rPr>
        <w:t>Листовки, офсетная печать.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039"/>
        <w:gridCol w:w="1079"/>
        <w:gridCol w:w="1079"/>
        <w:gridCol w:w="1079"/>
        <w:gridCol w:w="1079"/>
        <w:gridCol w:w="1101"/>
        <w:gridCol w:w="1101"/>
      </w:tblGrid>
      <w:tr w:rsidR="001457E4" w:rsidRPr="001457E4" w14:paraId="524B3D97" w14:textId="77777777" w:rsidTr="001457E4">
        <w:trPr>
          <w:trHeight w:val="244"/>
          <w:jc w:val="center"/>
        </w:trPr>
        <w:tc>
          <w:tcPr>
            <w:tcW w:w="1039" w:type="dxa"/>
            <w:shd w:val="clear" w:color="auto" w:fill="FFC700"/>
            <w:vAlign w:val="center"/>
          </w:tcPr>
          <w:p w14:paraId="671BB699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Тираж</w:t>
            </w:r>
            <w:proofErr w:type="spellEnd"/>
          </w:p>
        </w:tc>
        <w:tc>
          <w:tcPr>
            <w:tcW w:w="1079" w:type="dxa"/>
            <w:shd w:val="clear" w:color="auto" w:fill="FFC700"/>
          </w:tcPr>
          <w:p w14:paraId="2D38EC3E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А7 4+0/4</w:t>
            </w:r>
          </w:p>
        </w:tc>
        <w:tc>
          <w:tcPr>
            <w:tcW w:w="1079" w:type="dxa"/>
            <w:shd w:val="clear" w:color="auto" w:fill="FFC700"/>
            <w:vAlign w:val="center"/>
          </w:tcPr>
          <w:p w14:paraId="7BCBC622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А6 4+0</w:t>
            </w: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/4</w:t>
            </w:r>
          </w:p>
        </w:tc>
        <w:tc>
          <w:tcPr>
            <w:tcW w:w="1079" w:type="dxa"/>
            <w:shd w:val="clear" w:color="auto" w:fill="FFC700"/>
            <w:vAlign w:val="center"/>
          </w:tcPr>
          <w:p w14:paraId="537D0EB8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А5 4+0</w:t>
            </w: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/4</w:t>
            </w:r>
          </w:p>
        </w:tc>
        <w:tc>
          <w:tcPr>
            <w:tcW w:w="1079" w:type="dxa"/>
            <w:shd w:val="clear" w:color="auto" w:fill="FFC700"/>
            <w:vAlign w:val="center"/>
          </w:tcPr>
          <w:p w14:paraId="7FAA9928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А4 4+0</w:t>
            </w: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/4</w:t>
            </w:r>
          </w:p>
        </w:tc>
        <w:tc>
          <w:tcPr>
            <w:tcW w:w="1101" w:type="dxa"/>
            <w:shd w:val="clear" w:color="auto" w:fill="FFC700"/>
            <w:vAlign w:val="center"/>
          </w:tcPr>
          <w:p w14:paraId="4EC29E73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DL 4+0</w:t>
            </w: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/4</w:t>
            </w:r>
          </w:p>
        </w:tc>
        <w:tc>
          <w:tcPr>
            <w:tcW w:w="1101" w:type="dxa"/>
            <w:shd w:val="clear" w:color="auto" w:fill="FFC700"/>
          </w:tcPr>
          <w:p w14:paraId="1B4572A1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Мини 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>DL</w:t>
            </w:r>
          </w:p>
        </w:tc>
      </w:tr>
      <w:tr w:rsidR="009773B9" w:rsidRPr="00F53990" w14:paraId="25B3A7DA" w14:textId="77777777" w:rsidTr="000054D5">
        <w:trPr>
          <w:trHeight w:val="232"/>
          <w:jc w:val="center"/>
        </w:trPr>
        <w:tc>
          <w:tcPr>
            <w:tcW w:w="1039" w:type="dxa"/>
            <w:shd w:val="clear" w:color="auto" w:fill="FFFFFF"/>
            <w:vAlign w:val="center"/>
          </w:tcPr>
          <w:p w14:paraId="2B869F0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500</w:t>
            </w:r>
          </w:p>
        </w:tc>
        <w:tc>
          <w:tcPr>
            <w:tcW w:w="1079" w:type="dxa"/>
            <w:shd w:val="clear" w:color="auto" w:fill="FFFFFF"/>
          </w:tcPr>
          <w:p w14:paraId="66907D5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1800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14:paraId="5025D86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2850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14:paraId="56EC118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5400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14:paraId="3968682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10600</w:t>
            </w:r>
          </w:p>
        </w:tc>
        <w:tc>
          <w:tcPr>
            <w:tcW w:w="1101" w:type="dxa"/>
            <w:shd w:val="clear" w:color="auto" w:fill="FFFFFF"/>
            <w:vAlign w:val="center"/>
          </w:tcPr>
          <w:p w14:paraId="7570049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3670</w:t>
            </w:r>
          </w:p>
        </w:tc>
        <w:tc>
          <w:tcPr>
            <w:tcW w:w="1101" w:type="dxa"/>
            <w:shd w:val="clear" w:color="auto" w:fill="FFFFFF"/>
          </w:tcPr>
          <w:p w14:paraId="656D1B0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2850</w:t>
            </w:r>
          </w:p>
        </w:tc>
      </w:tr>
      <w:tr w:rsidR="009773B9" w:rsidRPr="00F53990" w14:paraId="183A93BD" w14:textId="77777777" w:rsidTr="000054D5">
        <w:trPr>
          <w:trHeight w:val="244"/>
          <w:jc w:val="center"/>
        </w:trPr>
        <w:tc>
          <w:tcPr>
            <w:tcW w:w="1039" w:type="dxa"/>
            <w:shd w:val="clear" w:color="auto" w:fill="F6F8FA"/>
            <w:vAlign w:val="center"/>
          </w:tcPr>
          <w:p w14:paraId="783B1FC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1000</w:t>
            </w:r>
          </w:p>
        </w:tc>
        <w:tc>
          <w:tcPr>
            <w:tcW w:w="1079" w:type="dxa"/>
            <w:shd w:val="clear" w:color="auto" w:fill="F6F8FA"/>
          </w:tcPr>
          <w:p w14:paraId="0F3ED70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1900</w:t>
            </w:r>
          </w:p>
        </w:tc>
        <w:tc>
          <w:tcPr>
            <w:tcW w:w="1079" w:type="dxa"/>
            <w:shd w:val="clear" w:color="auto" w:fill="F6F8FA"/>
            <w:vAlign w:val="center"/>
          </w:tcPr>
          <w:p w14:paraId="78CB26B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3110</w:t>
            </w:r>
          </w:p>
        </w:tc>
        <w:tc>
          <w:tcPr>
            <w:tcW w:w="1079" w:type="dxa"/>
            <w:shd w:val="clear" w:color="auto" w:fill="F6F8FA"/>
            <w:vAlign w:val="center"/>
          </w:tcPr>
          <w:p w14:paraId="249A17A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6000</w:t>
            </w:r>
          </w:p>
        </w:tc>
        <w:tc>
          <w:tcPr>
            <w:tcW w:w="1079" w:type="dxa"/>
            <w:shd w:val="clear" w:color="auto" w:fill="F6F8FA"/>
            <w:vAlign w:val="center"/>
          </w:tcPr>
          <w:p w14:paraId="4689FFD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11800</w:t>
            </w:r>
          </w:p>
        </w:tc>
        <w:tc>
          <w:tcPr>
            <w:tcW w:w="1101" w:type="dxa"/>
            <w:shd w:val="clear" w:color="auto" w:fill="F6F8FA"/>
            <w:vAlign w:val="center"/>
          </w:tcPr>
          <w:p w14:paraId="3729A2D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4060</w:t>
            </w:r>
          </w:p>
        </w:tc>
        <w:tc>
          <w:tcPr>
            <w:tcW w:w="1101" w:type="dxa"/>
            <w:shd w:val="clear" w:color="auto" w:fill="F6F8FA"/>
          </w:tcPr>
          <w:p w14:paraId="5358FEF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3100</w:t>
            </w:r>
          </w:p>
        </w:tc>
      </w:tr>
      <w:tr w:rsidR="009773B9" w:rsidRPr="00F53990" w14:paraId="29E2847D" w14:textId="77777777" w:rsidTr="000054D5">
        <w:trPr>
          <w:trHeight w:val="244"/>
          <w:jc w:val="center"/>
        </w:trPr>
        <w:tc>
          <w:tcPr>
            <w:tcW w:w="1039" w:type="dxa"/>
            <w:shd w:val="clear" w:color="auto" w:fill="FFFFFF"/>
            <w:vAlign w:val="center"/>
          </w:tcPr>
          <w:p w14:paraId="1A42881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2500</w:t>
            </w:r>
          </w:p>
        </w:tc>
        <w:tc>
          <w:tcPr>
            <w:tcW w:w="1079" w:type="dxa"/>
            <w:shd w:val="clear" w:color="auto" w:fill="FFFFFF"/>
          </w:tcPr>
          <w:p w14:paraId="056C7AD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2900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14:paraId="2DB0FCF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5260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14:paraId="79E67E4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10300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14:paraId="1A875A1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20400</w:t>
            </w:r>
          </w:p>
        </w:tc>
        <w:tc>
          <w:tcPr>
            <w:tcW w:w="1101" w:type="dxa"/>
            <w:shd w:val="clear" w:color="auto" w:fill="FFFFFF"/>
            <w:vAlign w:val="center"/>
          </w:tcPr>
          <w:p w14:paraId="5598C8C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6940</w:t>
            </w:r>
          </w:p>
        </w:tc>
        <w:tc>
          <w:tcPr>
            <w:tcW w:w="1101" w:type="dxa"/>
            <w:shd w:val="clear" w:color="auto" w:fill="FFFFFF"/>
          </w:tcPr>
          <w:p w14:paraId="615C382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5250</w:t>
            </w:r>
          </w:p>
        </w:tc>
      </w:tr>
    </w:tbl>
    <w:p w14:paraId="720166DB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3AD3C948" w14:textId="77777777" w:rsidR="009773B9" w:rsidRDefault="009773B9" w:rsidP="009773B9">
      <w:pPr>
        <w:spacing w:after="40"/>
        <w:ind w:firstLine="720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 xml:space="preserve">В прайс листе указана стоимость стандартных листовок плотностью 115 </w:t>
      </w:r>
      <w:proofErr w:type="spellStart"/>
      <w:r w:rsidRPr="00F53990">
        <w:rPr>
          <w:rFonts w:asciiTheme="majorBidi" w:hAnsiTheme="majorBidi" w:cstheme="majorBidi"/>
          <w:sz w:val="20"/>
          <w:szCs w:val="20"/>
          <w:lang w:val="ru-RU"/>
        </w:rPr>
        <w:t>гр</w:t>
      </w:r>
      <w:proofErr w:type="spellEnd"/>
      <w:r w:rsidRPr="00F53990">
        <w:rPr>
          <w:rFonts w:asciiTheme="majorBidi" w:hAnsiTheme="majorBidi" w:cstheme="majorBidi"/>
          <w:sz w:val="20"/>
          <w:szCs w:val="20"/>
          <w:lang w:val="ru-RU"/>
        </w:rPr>
        <w:t>/м</w:t>
      </w:r>
      <w:r w:rsidRPr="00F53990">
        <w:rPr>
          <w:rFonts w:asciiTheme="majorBidi" w:hAnsiTheme="majorBidi" w:cstheme="majorBidi"/>
          <w:sz w:val="20"/>
          <w:szCs w:val="20"/>
          <w:vertAlign w:val="superscript"/>
          <w:lang w:val="ru-RU"/>
        </w:rPr>
        <w:t xml:space="preserve">2 </w:t>
      </w:r>
      <w:r w:rsidRPr="00F53990">
        <w:rPr>
          <w:rFonts w:asciiTheme="majorBidi" w:hAnsiTheme="majorBidi" w:cstheme="majorBidi"/>
          <w:sz w:val="20"/>
          <w:szCs w:val="20"/>
          <w:lang w:val="ru-RU"/>
        </w:rPr>
        <w:t>и с максимальным сроком изготовления</w:t>
      </w:r>
      <w:r>
        <w:rPr>
          <w:rFonts w:asciiTheme="majorBidi" w:hAnsiTheme="majorBidi" w:cstheme="majorBidi"/>
          <w:sz w:val="20"/>
          <w:szCs w:val="20"/>
          <w:lang w:val="ru-RU"/>
        </w:rPr>
        <w:t xml:space="preserve"> (примерно 7 рабочих дней), изготовление за 2-4 рабочих днях считается индивидуально</w:t>
      </w:r>
      <w:r w:rsidRPr="00F53990">
        <w:rPr>
          <w:rFonts w:asciiTheme="majorBidi" w:hAnsiTheme="majorBidi" w:cstheme="majorBidi"/>
          <w:sz w:val="20"/>
          <w:szCs w:val="20"/>
          <w:lang w:val="ru-RU"/>
        </w:rPr>
        <w:t xml:space="preserve">. </w:t>
      </w:r>
    </w:p>
    <w:p w14:paraId="69DDB462" w14:textId="77777777" w:rsidR="009773B9" w:rsidRPr="00F53990" w:rsidRDefault="009773B9" w:rsidP="009773B9">
      <w:pPr>
        <w:spacing w:after="40"/>
        <w:ind w:firstLine="720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>Листовки также изготавливаются с плотностью бумаги 130, 80, 150, 200, 300 гр./м</w:t>
      </w:r>
      <w:r w:rsidRPr="00F53990">
        <w:rPr>
          <w:rFonts w:asciiTheme="majorBidi" w:hAnsiTheme="majorBidi" w:cstheme="majorBidi"/>
          <w:sz w:val="20"/>
          <w:szCs w:val="20"/>
          <w:vertAlign w:val="superscript"/>
          <w:lang w:val="ru-RU"/>
        </w:rPr>
        <w:t>2</w:t>
      </w:r>
      <w:r w:rsidRPr="00F53990">
        <w:rPr>
          <w:rFonts w:asciiTheme="majorBidi" w:hAnsiTheme="majorBidi" w:cstheme="majorBidi"/>
          <w:sz w:val="20"/>
          <w:szCs w:val="20"/>
          <w:lang w:val="ru-RU"/>
        </w:rPr>
        <w:t>, и с более быстрыми сроками изготовления.</w:t>
      </w:r>
    </w:p>
    <w:p w14:paraId="795DFCA6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ab/>
        <w:t xml:space="preserve">Листовки также изготавливаются в виде </w:t>
      </w:r>
      <w:proofErr w:type="spellStart"/>
      <w:r w:rsidRPr="00F53990">
        <w:rPr>
          <w:rFonts w:asciiTheme="majorBidi" w:hAnsiTheme="majorBidi" w:cstheme="majorBidi"/>
          <w:sz w:val="20"/>
          <w:szCs w:val="20"/>
          <w:lang w:val="ru-RU"/>
        </w:rPr>
        <w:t>лифлетов</w:t>
      </w:r>
      <w:proofErr w:type="spellEnd"/>
      <w:r w:rsidRPr="00F53990">
        <w:rPr>
          <w:rFonts w:asciiTheme="majorBidi" w:hAnsiTheme="majorBidi" w:cstheme="majorBidi"/>
          <w:sz w:val="20"/>
          <w:szCs w:val="20"/>
          <w:lang w:val="ru-RU"/>
        </w:rPr>
        <w:t xml:space="preserve"> (2.3 фальца-гармошка, накидка), буклетов, открыток.</w:t>
      </w:r>
    </w:p>
    <w:p w14:paraId="25B25F79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342C9FD7" w14:textId="77777777" w:rsidR="009773B9" w:rsidRPr="00F53990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  <w:bookmarkStart w:id="2" w:name="_Hlk241827810"/>
      <w:r w:rsidRPr="00F53990">
        <w:rPr>
          <w:rFonts w:asciiTheme="majorBidi" w:hAnsiTheme="majorBidi" w:cstheme="majorBidi"/>
          <w:color w:val="1F4E78"/>
          <w:sz w:val="20"/>
          <w:szCs w:val="20"/>
          <w:lang w:val="ru-RU"/>
        </w:rPr>
        <w:t>Визитки, оперативная печать.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907"/>
        <w:gridCol w:w="907"/>
        <w:gridCol w:w="1447"/>
        <w:gridCol w:w="1447"/>
        <w:gridCol w:w="907"/>
        <w:gridCol w:w="907"/>
        <w:gridCol w:w="907"/>
        <w:gridCol w:w="907"/>
      </w:tblGrid>
      <w:tr w:rsidR="001457E4" w:rsidRPr="001457E4" w14:paraId="6C50A68F" w14:textId="77777777" w:rsidTr="001457E4">
        <w:trPr>
          <w:jc w:val="center"/>
        </w:trPr>
        <w:tc>
          <w:tcPr>
            <w:tcW w:w="1020" w:type="dxa"/>
            <w:shd w:val="clear" w:color="auto" w:fill="FFC700"/>
            <w:vAlign w:val="center"/>
          </w:tcPr>
          <w:p w14:paraId="2EFCD0C0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Тираж</w:t>
            </w:r>
            <w:proofErr w:type="spellEnd"/>
          </w:p>
        </w:tc>
        <w:tc>
          <w:tcPr>
            <w:tcW w:w="907" w:type="dxa"/>
            <w:shd w:val="clear" w:color="auto" w:fill="FFC700"/>
            <w:vAlign w:val="center"/>
          </w:tcPr>
          <w:p w14:paraId="33E120D4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300 г 4+0</w:t>
            </w:r>
          </w:p>
        </w:tc>
        <w:tc>
          <w:tcPr>
            <w:tcW w:w="907" w:type="dxa"/>
            <w:shd w:val="clear" w:color="auto" w:fill="FFC700"/>
            <w:vAlign w:val="center"/>
          </w:tcPr>
          <w:p w14:paraId="5EB53F01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300 г 4+4</w:t>
            </w:r>
          </w:p>
        </w:tc>
        <w:tc>
          <w:tcPr>
            <w:tcW w:w="907" w:type="dxa"/>
            <w:shd w:val="clear" w:color="auto" w:fill="FFC700"/>
            <w:vAlign w:val="center"/>
          </w:tcPr>
          <w:p w14:paraId="6A3EE8F8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Диз</w:t>
            </w: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айнерская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>. 4+0</w:t>
            </w:r>
          </w:p>
        </w:tc>
        <w:tc>
          <w:tcPr>
            <w:tcW w:w="907" w:type="dxa"/>
            <w:shd w:val="clear" w:color="auto" w:fill="FFC700"/>
            <w:vAlign w:val="center"/>
          </w:tcPr>
          <w:p w14:paraId="0A7C699C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Диз</w:t>
            </w: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айнерская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>. 4+4</w:t>
            </w:r>
          </w:p>
        </w:tc>
        <w:tc>
          <w:tcPr>
            <w:tcW w:w="907" w:type="dxa"/>
            <w:shd w:val="clear" w:color="auto" w:fill="FFC700"/>
            <w:vAlign w:val="center"/>
          </w:tcPr>
          <w:p w14:paraId="61EC2E48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Soft touch 4+0</w:t>
            </w:r>
          </w:p>
        </w:tc>
        <w:tc>
          <w:tcPr>
            <w:tcW w:w="907" w:type="dxa"/>
            <w:shd w:val="clear" w:color="auto" w:fill="FFC700"/>
            <w:vAlign w:val="center"/>
          </w:tcPr>
          <w:p w14:paraId="3CB86B3B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Soft touch 4+4</w:t>
            </w:r>
          </w:p>
        </w:tc>
        <w:tc>
          <w:tcPr>
            <w:tcW w:w="907" w:type="dxa"/>
            <w:shd w:val="clear" w:color="auto" w:fill="FFC700"/>
            <w:vAlign w:val="center"/>
          </w:tcPr>
          <w:p w14:paraId="09F67F91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Фольга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50889BF1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4+0</w:t>
            </w:r>
          </w:p>
        </w:tc>
        <w:tc>
          <w:tcPr>
            <w:tcW w:w="907" w:type="dxa"/>
            <w:shd w:val="clear" w:color="auto" w:fill="FFC700"/>
            <w:vAlign w:val="center"/>
          </w:tcPr>
          <w:p w14:paraId="23D34438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Фольга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7AECDFBF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4+4</w:t>
            </w:r>
          </w:p>
        </w:tc>
      </w:tr>
      <w:tr w:rsidR="009773B9" w:rsidRPr="00F53990" w14:paraId="4AD8EFD7" w14:textId="77777777" w:rsidTr="000054D5">
        <w:trPr>
          <w:jc w:val="center"/>
        </w:trPr>
        <w:tc>
          <w:tcPr>
            <w:tcW w:w="1020" w:type="dxa"/>
            <w:shd w:val="clear" w:color="auto" w:fill="FFFFFF"/>
            <w:vAlign w:val="center"/>
          </w:tcPr>
          <w:p w14:paraId="6D12A5AC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7F6A9CB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380ADB3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1389AD5F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FFFFFF"/>
            <w:vAlign w:val="center"/>
          </w:tcPr>
          <w:p w14:paraId="23CCD2CE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FFFFFF"/>
            <w:vAlign w:val="center"/>
          </w:tcPr>
          <w:p w14:paraId="03BFF2A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1100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75CC543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1200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3AC6DB1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FFFFFF"/>
            <w:vAlign w:val="center"/>
          </w:tcPr>
          <w:p w14:paraId="79D065A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773B9" w:rsidRPr="00F53990" w14:paraId="1737CCD8" w14:textId="77777777" w:rsidTr="000054D5">
        <w:trPr>
          <w:jc w:val="center"/>
        </w:trPr>
        <w:tc>
          <w:tcPr>
            <w:tcW w:w="1020" w:type="dxa"/>
            <w:shd w:val="clear" w:color="auto" w:fill="F6F8FA"/>
            <w:vAlign w:val="center"/>
          </w:tcPr>
          <w:p w14:paraId="7F75F73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6B9A4A0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1916E65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900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1E8FF59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1800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13CE8FF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2000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7675708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1900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126A288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2000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0DA0D1A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2500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6D98BA8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773B9" w:rsidRPr="00F53990" w14:paraId="45ECBA07" w14:textId="77777777" w:rsidTr="000054D5">
        <w:trPr>
          <w:jc w:val="center"/>
        </w:trPr>
        <w:tc>
          <w:tcPr>
            <w:tcW w:w="1020" w:type="dxa"/>
            <w:shd w:val="clear" w:color="auto" w:fill="FFFFFF"/>
            <w:vAlign w:val="center"/>
          </w:tcPr>
          <w:p w14:paraId="52BA3630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4CBDA05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1500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21BDC9D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1600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08F5A7A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3100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532CB9D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3300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75E2F5C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1EFAB5D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3200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131FEDE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4000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4AF57740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773B9" w:rsidRPr="00F53990" w14:paraId="4F718F75" w14:textId="77777777" w:rsidTr="000054D5">
        <w:trPr>
          <w:jc w:val="center"/>
        </w:trPr>
        <w:tc>
          <w:tcPr>
            <w:tcW w:w="1020" w:type="dxa"/>
            <w:shd w:val="clear" w:color="auto" w:fill="F6F8FA"/>
            <w:vAlign w:val="center"/>
          </w:tcPr>
          <w:p w14:paraId="25A967FA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6F069598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F6F8FA"/>
            <w:vAlign w:val="center"/>
          </w:tcPr>
          <w:p w14:paraId="6AA5D5C3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F6F8FA"/>
            <w:vAlign w:val="center"/>
          </w:tcPr>
          <w:p w14:paraId="7706894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4400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50CC86A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4650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5155F72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4400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69F7682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4600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5362DFC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5500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1330BA8E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bookmarkEnd w:id="2"/>
    </w:tbl>
    <w:p w14:paraId="52996C58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</w:rPr>
      </w:pPr>
    </w:p>
    <w:p w14:paraId="62DE5AF0" w14:textId="77777777" w:rsidR="009773B9" w:rsidRPr="00F53990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color w:val="1F4E78"/>
          <w:sz w:val="20"/>
          <w:szCs w:val="20"/>
          <w:lang w:val="ru-RU"/>
        </w:rPr>
        <w:t>Визитки, офсетная печать.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907"/>
        <w:gridCol w:w="907"/>
      </w:tblGrid>
      <w:tr w:rsidR="001457E4" w:rsidRPr="001457E4" w14:paraId="1C6ED3C1" w14:textId="77777777" w:rsidTr="001457E4">
        <w:trPr>
          <w:jc w:val="center"/>
        </w:trPr>
        <w:tc>
          <w:tcPr>
            <w:tcW w:w="1020" w:type="dxa"/>
            <w:shd w:val="clear" w:color="auto" w:fill="FFC700"/>
            <w:vAlign w:val="center"/>
          </w:tcPr>
          <w:p w14:paraId="07538368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Тираж</w:t>
            </w:r>
            <w:proofErr w:type="spellEnd"/>
          </w:p>
        </w:tc>
        <w:tc>
          <w:tcPr>
            <w:tcW w:w="907" w:type="dxa"/>
            <w:shd w:val="clear" w:color="auto" w:fill="FFC700"/>
            <w:vAlign w:val="center"/>
          </w:tcPr>
          <w:p w14:paraId="29E4D492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300 г 4+0</w:t>
            </w: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/4</w:t>
            </w:r>
          </w:p>
        </w:tc>
        <w:tc>
          <w:tcPr>
            <w:tcW w:w="907" w:type="dxa"/>
            <w:shd w:val="clear" w:color="auto" w:fill="FFC700"/>
            <w:vAlign w:val="center"/>
          </w:tcPr>
          <w:p w14:paraId="4ABBA9D3" w14:textId="77777777" w:rsidR="009773B9" w:rsidRPr="001457E4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</w:rPr>
              <w:t>Soft touch 4+0</w:t>
            </w: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/4</w:t>
            </w:r>
          </w:p>
        </w:tc>
      </w:tr>
      <w:tr w:rsidR="009773B9" w:rsidRPr="00F53990" w14:paraId="53077698" w14:textId="77777777" w:rsidTr="000054D5">
        <w:trPr>
          <w:jc w:val="center"/>
        </w:trPr>
        <w:tc>
          <w:tcPr>
            <w:tcW w:w="1020" w:type="dxa"/>
            <w:shd w:val="clear" w:color="auto" w:fill="FFFFFF"/>
            <w:vAlign w:val="center"/>
          </w:tcPr>
          <w:p w14:paraId="62BE4D4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50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39A6B50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2050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4B7B44B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12000</w:t>
            </w:r>
          </w:p>
        </w:tc>
      </w:tr>
      <w:tr w:rsidR="009773B9" w:rsidRPr="00F53990" w14:paraId="3E47AEF3" w14:textId="77777777" w:rsidTr="000054D5">
        <w:trPr>
          <w:jc w:val="center"/>
        </w:trPr>
        <w:tc>
          <w:tcPr>
            <w:tcW w:w="1020" w:type="dxa"/>
            <w:shd w:val="clear" w:color="auto" w:fill="F6F8FA"/>
            <w:vAlign w:val="center"/>
          </w:tcPr>
          <w:p w14:paraId="605D90D0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100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0089757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2070</w:t>
            </w:r>
          </w:p>
        </w:tc>
        <w:tc>
          <w:tcPr>
            <w:tcW w:w="907" w:type="dxa"/>
            <w:shd w:val="clear" w:color="auto" w:fill="F6F8FA"/>
            <w:vAlign w:val="center"/>
          </w:tcPr>
          <w:p w14:paraId="346C6AB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13350</w:t>
            </w:r>
          </w:p>
        </w:tc>
      </w:tr>
      <w:tr w:rsidR="009773B9" w:rsidRPr="00F53990" w14:paraId="0AF333AB" w14:textId="77777777" w:rsidTr="000054D5">
        <w:trPr>
          <w:jc w:val="center"/>
        </w:trPr>
        <w:tc>
          <w:tcPr>
            <w:tcW w:w="1020" w:type="dxa"/>
            <w:shd w:val="clear" w:color="auto" w:fill="FFFFFF"/>
            <w:vAlign w:val="center"/>
          </w:tcPr>
          <w:p w14:paraId="5F0F80E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000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70D0C6D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3700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1468939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17900</w:t>
            </w:r>
          </w:p>
        </w:tc>
      </w:tr>
    </w:tbl>
    <w:p w14:paraId="2F11EDDB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DDEB004" w14:textId="77777777" w:rsidR="009773B9" w:rsidRPr="00F53990" w:rsidRDefault="009773B9" w:rsidP="009773B9">
      <w:pPr>
        <w:ind w:firstLine="720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 xml:space="preserve">В прайсе указана стоимость на визитки стандартных размеров 90 на 50 мм. </w:t>
      </w:r>
    </w:p>
    <w:p w14:paraId="431371E7" w14:textId="77777777" w:rsidR="009773B9" w:rsidRPr="00F53990" w:rsidRDefault="009773B9" w:rsidP="009773B9">
      <w:pPr>
        <w:ind w:firstLine="720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 xml:space="preserve">Есть возможность изготовления визиток размером Евро 85 на 55 мм, двойные с </w:t>
      </w:r>
      <w:proofErr w:type="spellStart"/>
      <w:r w:rsidRPr="00F53990">
        <w:rPr>
          <w:rFonts w:asciiTheme="majorBidi" w:hAnsiTheme="majorBidi" w:cstheme="majorBidi"/>
          <w:sz w:val="20"/>
          <w:szCs w:val="20"/>
          <w:lang w:val="ru-RU"/>
        </w:rPr>
        <w:t>бигом</w:t>
      </w:r>
      <w:proofErr w:type="spellEnd"/>
      <w:r w:rsidRPr="00F53990">
        <w:rPr>
          <w:rFonts w:asciiTheme="majorBidi" w:hAnsiTheme="majorBidi" w:cstheme="majorBidi"/>
          <w:sz w:val="20"/>
          <w:szCs w:val="20"/>
          <w:lang w:val="ru-RU"/>
        </w:rPr>
        <w:t xml:space="preserve"> (или без него) 90 на 100 мм, 180 на 50 мм, 170 на 55 мм, 110 на 85 мм, мини визитки размером 40 на 75 мм.</w:t>
      </w:r>
    </w:p>
    <w:p w14:paraId="5C058CB3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BF38A70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912DB9B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37F98E2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E69DF39" w14:textId="77777777" w:rsidR="00B74FA7" w:rsidRDefault="00B74FA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6118EC31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42A08B1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3A579C64" w14:textId="77777777" w:rsidR="00B1047D" w:rsidRPr="00F53990" w:rsidRDefault="00B1047D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4"/>
      </w:tblGrid>
      <w:tr w:rsidR="009773B9" w:rsidRPr="00F53990" w14:paraId="31701901" w14:textId="77777777" w:rsidTr="00315C5E">
        <w:trPr>
          <w:jc w:val="center"/>
        </w:trPr>
        <w:tc>
          <w:tcPr>
            <w:tcW w:w="10204" w:type="dxa"/>
            <w:shd w:val="clear" w:color="auto" w:fill="1F4E78"/>
            <w:vAlign w:val="center"/>
          </w:tcPr>
          <w:p w14:paraId="21D9892C" w14:textId="77777777" w:rsidR="009773B9" w:rsidRPr="00F53990" w:rsidRDefault="009773B9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lastRenderedPageBreak/>
              <w:t>0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3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 xml:space="preserve"> / ПЕЧАТЬ А4 И А3</w:t>
            </w:r>
          </w:p>
        </w:tc>
      </w:tr>
    </w:tbl>
    <w:p w14:paraId="347C01CC" w14:textId="77777777" w:rsidR="009773B9" w:rsidRPr="00F53990" w:rsidRDefault="009773B9" w:rsidP="009773B9">
      <w:pPr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145DBF10" w14:textId="77777777" w:rsidR="009773B9" w:rsidRPr="00F53990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color w:val="1F4E78"/>
          <w:sz w:val="20"/>
          <w:szCs w:val="20"/>
          <w:lang w:val="ru-RU"/>
        </w:rPr>
        <w:t>Цветная и чёрно-белая печать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21"/>
        <w:gridCol w:w="2383"/>
        <w:gridCol w:w="899"/>
        <w:gridCol w:w="839"/>
        <w:gridCol w:w="839"/>
        <w:gridCol w:w="839"/>
        <w:gridCol w:w="839"/>
        <w:gridCol w:w="839"/>
      </w:tblGrid>
      <w:tr w:rsidR="001457E4" w:rsidRPr="001457E4" w14:paraId="323FA6B2" w14:textId="77777777" w:rsidTr="001457E4">
        <w:trPr>
          <w:trHeight w:val="461"/>
          <w:jc w:val="center"/>
        </w:trPr>
        <w:tc>
          <w:tcPr>
            <w:tcW w:w="1397" w:type="dxa"/>
            <w:shd w:val="clear" w:color="auto" w:fill="FFC700"/>
            <w:vAlign w:val="center"/>
          </w:tcPr>
          <w:p w14:paraId="6B777505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3" w:name="_Hlk241753718"/>
            <w:bookmarkStart w:id="4" w:name="_Hlk241753028"/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Формат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бумага</w:t>
            </w:r>
            <w:proofErr w:type="spellEnd"/>
          </w:p>
        </w:tc>
        <w:tc>
          <w:tcPr>
            <w:tcW w:w="2383" w:type="dxa"/>
            <w:shd w:val="clear" w:color="auto" w:fill="FFC700"/>
            <w:vAlign w:val="center"/>
          </w:tcPr>
          <w:p w14:paraId="60D12119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Вид</w:t>
            </w:r>
            <w:proofErr w:type="spellEnd"/>
          </w:p>
        </w:tc>
        <w:tc>
          <w:tcPr>
            <w:tcW w:w="899" w:type="dxa"/>
            <w:shd w:val="clear" w:color="auto" w:fill="FFC700"/>
            <w:vAlign w:val="center"/>
          </w:tcPr>
          <w:p w14:paraId="51EFA5A8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839" w:type="dxa"/>
            <w:shd w:val="clear" w:color="auto" w:fill="FFC700"/>
            <w:vAlign w:val="center"/>
          </w:tcPr>
          <w:p w14:paraId="71B2F53F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От 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11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  <w:tc>
          <w:tcPr>
            <w:tcW w:w="839" w:type="dxa"/>
            <w:shd w:val="clear" w:color="auto" w:fill="FFC700"/>
            <w:vAlign w:val="center"/>
          </w:tcPr>
          <w:p w14:paraId="79775C35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 25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  <w:tc>
          <w:tcPr>
            <w:tcW w:w="839" w:type="dxa"/>
            <w:shd w:val="clear" w:color="auto" w:fill="FFC700"/>
            <w:vAlign w:val="center"/>
          </w:tcPr>
          <w:p w14:paraId="731953DD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 50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  <w:tc>
          <w:tcPr>
            <w:tcW w:w="839" w:type="dxa"/>
            <w:shd w:val="clear" w:color="auto" w:fill="FFC700"/>
            <w:vAlign w:val="center"/>
          </w:tcPr>
          <w:p w14:paraId="2DB333CE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 100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  <w:tc>
          <w:tcPr>
            <w:tcW w:w="839" w:type="dxa"/>
            <w:shd w:val="clear" w:color="auto" w:fill="FFC700"/>
            <w:vAlign w:val="center"/>
          </w:tcPr>
          <w:p w14:paraId="4ED73CAD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 200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</w:tr>
      <w:bookmarkEnd w:id="3"/>
      <w:tr w:rsidR="009773B9" w:rsidRPr="00F53990" w14:paraId="5E0FB78C" w14:textId="77777777" w:rsidTr="000054D5">
        <w:trPr>
          <w:trHeight w:val="235"/>
          <w:jc w:val="center"/>
        </w:trPr>
        <w:tc>
          <w:tcPr>
            <w:tcW w:w="1397" w:type="dxa"/>
            <w:shd w:val="clear" w:color="auto" w:fill="FFFFFF"/>
            <w:vAlign w:val="center"/>
          </w:tcPr>
          <w:p w14:paraId="4EEAB914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80 г</w:t>
            </w:r>
          </w:p>
        </w:tc>
        <w:tc>
          <w:tcPr>
            <w:tcW w:w="2383" w:type="dxa"/>
            <w:shd w:val="clear" w:color="auto" w:fill="FFFFFF"/>
            <w:vAlign w:val="center"/>
          </w:tcPr>
          <w:p w14:paraId="1DCB19DF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Цветная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,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обычный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документ</w:t>
            </w:r>
            <w:proofErr w:type="spellEnd"/>
          </w:p>
        </w:tc>
        <w:tc>
          <w:tcPr>
            <w:tcW w:w="899" w:type="dxa"/>
            <w:shd w:val="clear" w:color="auto" w:fill="FFFFFF"/>
            <w:vAlign w:val="center"/>
          </w:tcPr>
          <w:p w14:paraId="13AC3F2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25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52007FE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24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7837C9F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23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0F4BC4A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21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68C4E04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20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63DE312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19</w:t>
            </w:r>
          </w:p>
        </w:tc>
      </w:tr>
      <w:tr w:rsidR="009773B9" w:rsidRPr="00F53990" w14:paraId="4167D4FF" w14:textId="77777777" w:rsidTr="000054D5">
        <w:trPr>
          <w:trHeight w:val="225"/>
          <w:jc w:val="center"/>
        </w:trPr>
        <w:tc>
          <w:tcPr>
            <w:tcW w:w="1397" w:type="dxa"/>
            <w:shd w:val="clear" w:color="auto" w:fill="F6F8FA"/>
            <w:vAlign w:val="center"/>
          </w:tcPr>
          <w:p w14:paraId="1C0159AB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80 г</w:t>
            </w:r>
          </w:p>
        </w:tc>
        <w:tc>
          <w:tcPr>
            <w:tcW w:w="2383" w:type="dxa"/>
            <w:shd w:val="clear" w:color="auto" w:fill="F6F8FA"/>
            <w:vAlign w:val="center"/>
          </w:tcPr>
          <w:p w14:paraId="7AD9A67F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Цветная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,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картинка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до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1/2</w:t>
            </w:r>
          </w:p>
        </w:tc>
        <w:tc>
          <w:tcPr>
            <w:tcW w:w="899" w:type="dxa"/>
            <w:shd w:val="clear" w:color="auto" w:fill="F6F8FA"/>
            <w:vAlign w:val="center"/>
          </w:tcPr>
          <w:p w14:paraId="0AD54AE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33A64D3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29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0DED08A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27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5971C80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26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7D14B5A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24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1E8A799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23</w:t>
            </w:r>
          </w:p>
        </w:tc>
      </w:tr>
      <w:tr w:rsidR="009773B9" w:rsidRPr="00F53990" w14:paraId="1CE77159" w14:textId="77777777" w:rsidTr="000054D5">
        <w:trPr>
          <w:trHeight w:val="235"/>
          <w:jc w:val="center"/>
        </w:trPr>
        <w:tc>
          <w:tcPr>
            <w:tcW w:w="1397" w:type="dxa"/>
            <w:shd w:val="clear" w:color="auto" w:fill="F6F8FA"/>
            <w:vAlign w:val="center"/>
          </w:tcPr>
          <w:p w14:paraId="4763227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80 г</w:t>
            </w:r>
          </w:p>
        </w:tc>
        <w:tc>
          <w:tcPr>
            <w:tcW w:w="2383" w:type="dxa"/>
            <w:shd w:val="clear" w:color="auto" w:fill="F6F8FA"/>
            <w:vAlign w:val="center"/>
          </w:tcPr>
          <w:p w14:paraId="412EE5CF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Цветная, картинка на весь лист</w:t>
            </w:r>
          </w:p>
        </w:tc>
        <w:tc>
          <w:tcPr>
            <w:tcW w:w="899" w:type="dxa"/>
            <w:shd w:val="clear" w:color="auto" w:fill="F6F8FA"/>
            <w:vAlign w:val="center"/>
          </w:tcPr>
          <w:p w14:paraId="3F330C3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35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246887E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59326E4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7EBE617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29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68AD850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27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63D5D20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26</w:t>
            </w:r>
          </w:p>
        </w:tc>
      </w:tr>
      <w:tr w:rsidR="009773B9" w:rsidRPr="00F53990" w14:paraId="30D6A4B6" w14:textId="77777777" w:rsidTr="000054D5">
        <w:trPr>
          <w:trHeight w:val="225"/>
          <w:jc w:val="center"/>
        </w:trPr>
        <w:tc>
          <w:tcPr>
            <w:tcW w:w="1397" w:type="dxa"/>
            <w:shd w:val="clear" w:color="auto" w:fill="FFFFFF"/>
            <w:vAlign w:val="center"/>
          </w:tcPr>
          <w:p w14:paraId="75F4212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80 г</w:t>
            </w:r>
          </w:p>
        </w:tc>
        <w:tc>
          <w:tcPr>
            <w:tcW w:w="2383" w:type="dxa"/>
            <w:shd w:val="clear" w:color="auto" w:fill="FFFFFF"/>
            <w:vAlign w:val="center"/>
          </w:tcPr>
          <w:p w14:paraId="31A88306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Ч/б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28B75D5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12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1D83A1A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11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5DDC4F9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67E727B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9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29EC07C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5EF324C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8</w:t>
            </w:r>
          </w:p>
        </w:tc>
      </w:tr>
      <w:tr w:rsidR="009773B9" w:rsidRPr="00F53990" w14:paraId="33EDE673" w14:textId="77777777" w:rsidTr="000054D5">
        <w:trPr>
          <w:trHeight w:val="225"/>
          <w:jc w:val="center"/>
        </w:trPr>
        <w:tc>
          <w:tcPr>
            <w:tcW w:w="1397" w:type="dxa"/>
            <w:shd w:val="clear" w:color="auto" w:fill="F6F8FA"/>
            <w:vAlign w:val="center"/>
          </w:tcPr>
          <w:p w14:paraId="3579995C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А3, 80 г</w:t>
            </w:r>
          </w:p>
        </w:tc>
        <w:tc>
          <w:tcPr>
            <w:tcW w:w="2383" w:type="dxa"/>
            <w:shd w:val="clear" w:color="auto" w:fill="F6F8FA"/>
            <w:vAlign w:val="center"/>
          </w:tcPr>
          <w:p w14:paraId="14FD1D97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Ч/б</w:t>
            </w:r>
          </w:p>
        </w:tc>
        <w:tc>
          <w:tcPr>
            <w:tcW w:w="899" w:type="dxa"/>
            <w:shd w:val="clear" w:color="auto" w:fill="F6F8FA"/>
            <w:vAlign w:val="center"/>
          </w:tcPr>
          <w:p w14:paraId="4D64E20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50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3240EF6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45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002D24B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41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5EE6B30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536F345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33</w:t>
            </w:r>
          </w:p>
        </w:tc>
        <w:tc>
          <w:tcPr>
            <w:tcW w:w="839" w:type="dxa"/>
            <w:shd w:val="clear" w:color="auto" w:fill="F6F8FA"/>
            <w:vAlign w:val="center"/>
          </w:tcPr>
          <w:p w14:paraId="6C37CE3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30</w:t>
            </w:r>
          </w:p>
        </w:tc>
      </w:tr>
      <w:bookmarkEnd w:id="4"/>
    </w:tbl>
    <w:p w14:paraId="48AE898B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6ADF6313" w14:textId="77777777" w:rsidR="009773B9" w:rsidRPr="00F53990" w:rsidRDefault="009773B9" w:rsidP="009773B9">
      <w:pPr>
        <w:spacing w:after="40"/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Плотная</w:t>
      </w:r>
      <w:proofErr w:type="spellEnd"/>
      <w:r w:rsidRPr="00F53990">
        <w:rPr>
          <w:rFonts w:asciiTheme="majorBidi" w:hAnsiTheme="majorBidi" w:cstheme="majorBidi"/>
          <w:color w:val="1F4E78"/>
          <w:sz w:val="20"/>
          <w:szCs w:val="20"/>
        </w:rPr>
        <w:t xml:space="preserve"> </w:t>
      </w: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бумага</w:t>
      </w:r>
      <w:proofErr w:type="spellEnd"/>
    </w:p>
    <w:p w14:paraId="16E8B7FB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21"/>
        <w:gridCol w:w="2567"/>
        <w:gridCol w:w="855"/>
        <w:gridCol w:w="799"/>
        <w:gridCol w:w="799"/>
        <w:gridCol w:w="799"/>
        <w:gridCol w:w="799"/>
        <w:gridCol w:w="799"/>
      </w:tblGrid>
      <w:tr w:rsidR="001457E4" w:rsidRPr="001457E4" w14:paraId="1FAAAE94" w14:textId="77777777" w:rsidTr="001457E4">
        <w:trPr>
          <w:trHeight w:val="420"/>
          <w:jc w:val="center"/>
        </w:trPr>
        <w:tc>
          <w:tcPr>
            <w:tcW w:w="1426" w:type="dxa"/>
            <w:shd w:val="clear" w:color="auto" w:fill="FFC700"/>
            <w:vAlign w:val="center"/>
          </w:tcPr>
          <w:p w14:paraId="78E6D732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Формат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бумага</w:t>
            </w:r>
            <w:proofErr w:type="spellEnd"/>
          </w:p>
        </w:tc>
        <w:tc>
          <w:tcPr>
            <w:tcW w:w="2567" w:type="dxa"/>
            <w:shd w:val="clear" w:color="auto" w:fill="FFC700"/>
            <w:vAlign w:val="center"/>
          </w:tcPr>
          <w:p w14:paraId="4ADA9026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Вид</w:t>
            </w:r>
            <w:proofErr w:type="spellEnd"/>
          </w:p>
        </w:tc>
        <w:tc>
          <w:tcPr>
            <w:tcW w:w="855" w:type="dxa"/>
            <w:shd w:val="clear" w:color="auto" w:fill="FFC700"/>
            <w:vAlign w:val="center"/>
          </w:tcPr>
          <w:p w14:paraId="3DD8ECBA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799" w:type="dxa"/>
            <w:shd w:val="clear" w:color="auto" w:fill="FFC700"/>
            <w:vAlign w:val="center"/>
          </w:tcPr>
          <w:p w14:paraId="45FE7D20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От 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11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  <w:tc>
          <w:tcPr>
            <w:tcW w:w="799" w:type="dxa"/>
            <w:shd w:val="clear" w:color="auto" w:fill="FFC700"/>
            <w:vAlign w:val="center"/>
          </w:tcPr>
          <w:p w14:paraId="4F13217F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 25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  <w:tc>
          <w:tcPr>
            <w:tcW w:w="799" w:type="dxa"/>
            <w:shd w:val="clear" w:color="auto" w:fill="FFC700"/>
            <w:vAlign w:val="center"/>
          </w:tcPr>
          <w:p w14:paraId="2BF8DC0E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 50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  <w:tc>
          <w:tcPr>
            <w:tcW w:w="799" w:type="dxa"/>
            <w:shd w:val="clear" w:color="auto" w:fill="FFC700"/>
            <w:vAlign w:val="center"/>
          </w:tcPr>
          <w:p w14:paraId="051ED38A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 100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  <w:tc>
          <w:tcPr>
            <w:tcW w:w="799" w:type="dxa"/>
            <w:shd w:val="clear" w:color="auto" w:fill="FFC700"/>
            <w:vAlign w:val="center"/>
          </w:tcPr>
          <w:p w14:paraId="0AA60F6E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457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 200</w:t>
            </w:r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листов</w:t>
            </w:r>
            <w:proofErr w:type="spellEnd"/>
          </w:p>
        </w:tc>
      </w:tr>
      <w:tr w:rsidR="009773B9" w:rsidRPr="00F53990" w14:paraId="7AF44951" w14:textId="77777777" w:rsidTr="000054D5">
        <w:trPr>
          <w:trHeight w:val="214"/>
          <w:jc w:val="center"/>
        </w:trPr>
        <w:tc>
          <w:tcPr>
            <w:tcW w:w="1426" w:type="dxa"/>
            <w:shd w:val="clear" w:color="auto" w:fill="FFFFFF"/>
            <w:vAlign w:val="center"/>
          </w:tcPr>
          <w:p w14:paraId="71F81F68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1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0 г</w:t>
            </w:r>
          </w:p>
        </w:tc>
        <w:tc>
          <w:tcPr>
            <w:tcW w:w="2567" w:type="dxa"/>
            <w:vMerge w:val="restart"/>
            <w:shd w:val="clear" w:color="auto" w:fill="FFFFFF"/>
            <w:vAlign w:val="center"/>
          </w:tcPr>
          <w:p w14:paraId="56D9C91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Цветная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,</w:t>
            </w:r>
          </w:p>
          <w:p w14:paraId="7C04A8B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картинка</w:t>
            </w:r>
            <w:proofErr w:type="spellEnd"/>
          </w:p>
          <w:p w14:paraId="59C925C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до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1/2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14BB579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35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721B8E2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33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2629294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32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1421BB8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6D22D92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29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6CF12A6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27</w:t>
            </w:r>
          </w:p>
        </w:tc>
      </w:tr>
      <w:tr w:rsidR="009773B9" w:rsidRPr="00F53990" w14:paraId="29693444" w14:textId="77777777" w:rsidTr="000054D5">
        <w:trPr>
          <w:trHeight w:val="205"/>
          <w:jc w:val="center"/>
        </w:trPr>
        <w:tc>
          <w:tcPr>
            <w:tcW w:w="1426" w:type="dxa"/>
            <w:shd w:val="clear" w:color="auto" w:fill="F6F8FA"/>
            <w:vAlign w:val="center"/>
          </w:tcPr>
          <w:p w14:paraId="08ADA68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1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6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0 г</w:t>
            </w:r>
          </w:p>
        </w:tc>
        <w:tc>
          <w:tcPr>
            <w:tcW w:w="2567" w:type="dxa"/>
            <w:vMerge/>
            <w:shd w:val="clear" w:color="auto" w:fill="F6F8FA"/>
            <w:vAlign w:val="center"/>
          </w:tcPr>
          <w:p w14:paraId="08DA7DDC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6F8FA"/>
            <w:vAlign w:val="center"/>
          </w:tcPr>
          <w:p w14:paraId="411B1B3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47EFF2F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34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5B48830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32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07D6D40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31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57918E8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29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061687E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28</w:t>
            </w:r>
          </w:p>
        </w:tc>
      </w:tr>
      <w:tr w:rsidR="009773B9" w:rsidRPr="00F53990" w14:paraId="2A9E8FA7" w14:textId="77777777" w:rsidTr="000054D5">
        <w:trPr>
          <w:trHeight w:val="214"/>
          <w:jc w:val="center"/>
        </w:trPr>
        <w:tc>
          <w:tcPr>
            <w:tcW w:w="1426" w:type="dxa"/>
            <w:shd w:val="clear" w:color="auto" w:fill="FFFFFF"/>
            <w:vAlign w:val="center"/>
          </w:tcPr>
          <w:p w14:paraId="4406CBC7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200 г</w:t>
            </w:r>
          </w:p>
        </w:tc>
        <w:tc>
          <w:tcPr>
            <w:tcW w:w="2567" w:type="dxa"/>
            <w:vMerge/>
            <w:shd w:val="clear" w:color="auto" w:fill="FFFFFF"/>
            <w:vAlign w:val="center"/>
          </w:tcPr>
          <w:p w14:paraId="53C4582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/>
            <w:vAlign w:val="center"/>
          </w:tcPr>
          <w:p w14:paraId="2E7789B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40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3AEC1E3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38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0F509FF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23159B1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34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0EEBFC2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0E35377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</w:t>
            </w:r>
          </w:p>
        </w:tc>
      </w:tr>
      <w:tr w:rsidR="009773B9" w:rsidRPr="00F53990" w14:paraId="06FE6D0B" w14:textId="77777777" w:rsidTr="000054D5">
        <w:trPr>
          <w:trHeight w:val="205"/>
          <w:jc w:val="center"/>
        </w:trPr>
        <w:tc>
          <w:tcPr>
            <w:tcW w:w="1426" w:type="dxa"/>
            <w:shd w:val="clear" w:color="auto" w:fill="FFFFFF"/>
            <w:vAlign w:val="center"/>
          </w:tcPr>
          <w:p w14:paraId="1FF9B9F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130 г</w:t>
            </w:r>
          </w:p>
        </w:tc>
        <w:tc>
          <w:tcPr>
            <w:tcW w:w="2567" w:type="dxa"/>
            <w:vMerge w:val="restart"/>
            <w:shd w:val="clear" w:color="auto" w:fill="FFFFFF"/>
            <w:vAlign w:val="center"/>
          </w:tcPr>
          <w:p w14:paraId="4A5FC00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 xml:space="preserve">Цветная картинка, </w:t>
            </w:r>
          </w:p>
          <w:p w14:paraId="56558B3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на весь лист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2ACB17F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44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4C64690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431D1D4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40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4EF85B4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38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28D24E4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36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2712602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34</w:t>
            </w:r>
          </w:p>
        </w:tc>
      </w:tr>
      <w:tr w:rsidR="009773B9" w:rsidRPr="00F53990" w14:paraId="50612EB0" w14:textId="77777777" w:rsidTr="000054D5">
        <w:trPr>
          <w:trHeight w:val="214"/>
          <w:jc w:val="center"/>
        </w:trPr>
        <w:tc>
          <w:tcPr>
            <w:tcW w:w="1426" w:type="dxa"/>
            <w:shd w:val="clear" w:color="auto" w:fill="F6F8FA"/>
            <w:vAlign w:val="center"/>
          </w:tcPr>
          <w:p w14:paraId="69A9E20F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160 г</w:t>
            </w:r>
          </w:p>
        </w:tc>
        <w:tc>
          <w:tcPr>
            <w:tcW w:w="2567" w:type="dxa"/>
            <w:vMerge/>
            <w:shd w:val="clear" w:color="auto" w:fill="F6F8FA"/>
            <w:vAlign w:val="center"/>
          </w:tcPr>
          <w:p w14:paraId="355259F4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6F8FA"/>
            <w:vAlign w:val="center"/>
          </w:tcPr>
          <w:p w14:paraId="3351ACD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46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5F5FE38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4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7CA9B4A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15850E8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39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2C8AA45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37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5DCE5A0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36</w:t>
            </w:r>
          </w:p>
        </w:tc>
      </w:tr>
      <w:tr w:rsidR="009773B9" w:rsidRPr="00F53990" w14:paraId="7178BE4F" w14:textId="77777777" w:rsidTr="000054D5">
        <w:trPr>
          <w:trHeight w:val="205"/>
          <w:jc w:val="center"/>
        </w:trPr>
        <w:tc>
          <w:tcPr>
            <w:tcW w:w="1426" w:type="dxa"/>
            <w:shd w:val="clear" w:color="auto" w:fill="FFFFFF"/>
            <w:vAlign w:val="center"/>
          </w:tcPr>
          <w:p w14:paraId="3B48F5D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А4, 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200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г</w:t>
            </w:r>
          </w:p>
        </w:tc>
        <w:tc>
          <w:tcPr>
            <w:tcW w:w="2567" w:type="dxa"/>
            <w:vMerge/>
            <w:shd w:val="clear" w:color="auto" w:fill="FFFFFF"/>
            <w:vAlign w:val="center"/>
          </w:tcPr>
          <w:p w14:paraId="790C4C7C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FFFFFF"/>
            <w:vAlign w:val="center"/>
          </w:tcPr>
          <w:p w14:paraId="67DF3C4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48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7A17C30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4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7CA305C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43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1522139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41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57564F6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39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25315AE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37</w:t>
            </w:r>
          </w:p>
        </w:tc>
      </w:tr>
      <w:tr w:rsidR="009773B9" w:rsidRPr="00F53990" w14:paraId="66F7F08D" w14:textId="77777777" w:rsidTr="000054D5">
        <w:trPr>
          <w:trHeight w:val="214"/>
          <w:jc w:val="center"/>
        </w:trPr>
        <w:tc>
          <w:tcPr>
            <w:tcW w:w="1426" w:type="dxa"/>
            <w:shd w:val="clear" w:color="auto" w:fill="F6F8FA"/>
            <w:vAlign w:val="center"/>
          </w:tcPr>
          <w:p w14:paraId="4029C29A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160 г</w:t>
            </w:r>
          </w:p>
        </w:tc>
        <w:tc>
          <w:tcPr>
            <w:tcW w:w="2567" w:type="dxa"/>
            <w:shd w:val="clear" w:color="auto" w:fill="F6F8FA"/>
            <w:vAlign w:val="center"/>
          </w:tcPr>
          <w:p w14:paraId="1D1B68F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Ч/б</w:t>
            </w:r>
          </w:p>
        </w:tc>
        <w:tc>
          <w:tcPr>
            <w:tcW w:w="855" w:type="dxa"/>
            <w:shd w:val="clear" w:color="auto" w:fill="F6F8FA"/>
            <w:vAlign w:val="center"/>
          </w:tcPr>
          <w:p w14:paraId="3F97599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16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2C560CF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15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7C3B4DC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14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0A235EB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12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09F4D4A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11</w:t>
            </w:r>
          </w:p>
        </w:tc>
        <w:tc>
          <w:tcPr>
            <w:tcW w:w="799" w:type="dxa"/>
            <w:shd w:val="clear" w:color="auto" w:fill="F6F8FA"/>
            <w:vAlign w:val="center"/>
          </w:tcPr>
          <w:p w14:paraId="108F5D3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</w:t>
            </w:r>
          </w:p>
        </w:tc>
      </w:tr>
      <w:tr w:rsidR="009773B9" w:rsidRPr="00F53990" w14:paraId="26440CF1" w14:textId="77777777" w:rsidTr="000054D5">
        <w:trPr>
          <w:trHeight w:val="205"/>
          <w:jc w:val="center"/>
        </w:trPr>
        <w:tc>
          <w:tcPr>
            <w:tcW w:w="1426" w:type="dxa"/>
            <w:shd w:val="clear" w:color="auto" w:fill="FFFFFF"/>
            <w:vAlign w:val="center"/>
          </w:tcPr>
          <w:p w14:paraId="50D44EC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А4, 220 г</w:t>
            </w:r>
          </w:p>
        </w:tc>
        <w:tc>
          <w:tcPr>
            <w:tcW w:w="2567" w:type="dxa"/>
            <w:shd w:val="clear" w:color="auto" w:fill="FFFFFF"/>
            <w:vAlign w:val="center"/>
          </w:tcPr>
          <w:p w14:paraId="7BDFF8C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Ч/б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5A587A4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20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0F5803C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18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3E95F18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17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195F10F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16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6F1AE6E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14</w:t>
            </w:r>
          </w:p>
        </w:tc>
        <w:tc>
          <w:tcPr>
            <w:tcW w:w="799" w:type="dxa"/>
            <w:shd w:val="clear" w:color="auto" w:fill="FFFFFF"/>
            <w:vAlign w:val="center"/>
          </w:tcPr>
          <w:p w14:paraId="761888C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13</w:t>
            </w:r>
          </w:p>
        </w:tc>
      </w:tr>
    </w:tbl>
    <w:p w14:paraId="1BB13A84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91E9FEF" w14:textId="77777777" w:rsidR="009773B9" w:rsidRPr="00F53990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  <w:r w:rsidRPr="00621F6E">
        <w:rPr>
          <w:rFonts w:asciiTheme="majorBidi" w:hAnsiTheme="majorBidi" w:cstheme="majorBidi"/>
          <w:color w:val="1F4E78"/>
          <w:sz w:val="20"/>
          <w:szCs w:val="20"/>
          <w:lang w:val="ru-RU"/>
        </w:rPr>
        <w:t>Лазерная печать плакатов</w:t>
      </w:r>
    </w:p>
    <w:tbl>
      <w:tblPr>
        <w:tblStyle w:val="aff0"/>
        <w:tblpPr w:leftFromText="180" w:rightFromText="180" w:vertAnchor="text" w:horzAnchor="margin" w:tblpXSpec="center" w:tblpY="-10"/>
        <w:tblW w:w="9725" w:type="dxa"/>
        <w:tblLook w:val="04A0" w:firstRow="1" w:lastRow="0" w:firstColumn="1" w:lastColumn="0" w:noHBand="0" w:noVBand="1"/>
      </w:tblPr>
      <w:tblGrid>
        <w:gridCol w:w="1120"/>
        <w:gridCol w:w="1433"/>
        <w:gridCol w:w="1360"/>
        <w:gridCol w:w="728"/>
        <w:gridCol w:w="991"/>
        <w:gridCol w:w="991"/>
        <w:gridCol w:w="991"/>
        <w:gridCol w:w="1082"/>
        <w:gridCol w:w="1029"/>
      </w:tblGrid>
      <w:tr w:rsidR="001457E4" w:rsidRPr="001457E4" w14:paraId="5908C02C" w14:textId="77777777" w:rsidTr="001457E4">
        <w:trPr>
          <w:trHeight w:val="258"/>
        </w:trPr>
        <w:tc>
          <w:tcPr>
            <w:tcW w:w="1120" w:type="dxa"/>
            <w:shd w:val="clear" w:color="auto" w:fill="FFC700"/>
            <w:noWrap/>
            <w:hideMark/>
          </w:tcPr>
          <w:p w14:paraId="26EA86B1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Формат</w:t>
            </w:r>
            <w:proofErr w:type="spellEnd"/>
          </w:p>
        </w:tc>
        <w:tc>
          <w:tcPr>
            <w:tcW w:w="1433" w:type="dxa"/>
            <w:shd w:val="clear" w:color="auto" w:fill="FFC700"/>
            <w:noWrap/>
            <w:hideMark/>
          </w:tcPr>
          <w:p w14:paraId="0E3DF950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Обозначение</w:t>
            </w:r>
            <w:proofErr w:type="spellEnd"/>
          </w:p>
        </w:tc>
        <w:tc>
          <w:tcPr>
            <w:tcW w:w="1360" w:type="dxa"/>
            <w:shd w:val="clear" w:color="auto" w:fill="FFC700"/>
            <w:noWrap/>
            <w:hideMark/>
          </w:tcPr>
          <w:p w14:paraId="7A9230B3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Тип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бумаги</w:t>
            </w:r>
            <w:proofErr w:type="spellEnd"/>
          </w:p>
        </w:tc>
        <w:tc>
          <w:tcPr>
            <w:tcW w:w="728" w:type="dxa"/>
            <w:shd w:val="clear" w:color="auto" w:fill="FFC700"/>
            <w:noWrap/>
            <w:hideMark/>
          </w:tcPr>
          <w:p w14:paraId="55633D89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991" w:type="dxa"/>
            <w:shd w:val="clear" w:color="auto" w:fill="FFC700"/>
            <w:noWrap/>
            <w:hideMark/>
          </w:tcPr>
          <w:p w14:paraId="5B3C8A02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&gt;10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1" w:type="dxa"/>
            <w:shd w:val="clear" w:color="auto" w:fill="FFC700"/>
            <w:noWrap/>
            <w:hideMark/>
          </w:tcPr>
          <w:p w14:paraId="3C875561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&gt;25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1" w:type="dxa"/>
            <w:shd w:val="clear" w:color="auto" w:fill="FFC700"/>
            <w:noWrap/>
            <w:hideMark/>
          </w:tcPr>
          <w:p w14:paraId="2EE33E3C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&gt;50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82" w:type="dxa"/>
            <w:shd w:val="clear" w:color="auto" w:fill="FFC700"/>
            <w:noWrap/>
            <w:hideMark/>
          </w:tcPr>
          <w:p w14:paraId="5ED74F06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&gt;100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29" w:type="dxa"/>
            <w:shd w:val="clear" w:color="auto" w:fill="FFC700"/>
            <w:noWrap/>
            <w:hideMark/>
          </w:tcPr>
          <w:p w14:paraId="04FF811C" w14:textId="77777777" w:rsidR="009773B9" w:rsidRPr="001457E4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  <w:r w:rsidRPr="001457E4">
              <w:rPr>
                <w:rFonts w:asciiTheme="majorBidi" w:hAnsiTheme="majorBidi" w:cstheme="majorBidi"/>
                <w:sz w:val="20"/>
                <w:szCs w:val="20"/>
              </w:rPr>
              <w:t xml:space="preserve"> &gt;200 </w:t>
            </w:r>
            <w:proofErr w:type="spellStart"/>
            <w:r w:rsidRPr="001457E4">
              <w:rPr>
                <w:rFonts w:asciiTheme="majorBidi" w:hAnsiTheme="majorBidi" w:cstheme="majorBidi"/>
                <w:sz w:val="20"/>
                <w:szCs w:val="20"/>
              </w:rPr>
              <w:t>шт</w:t>
            </w:r>
            <w:proofErr w:type="spellEnd"/>
          </w:p>
        </w:tc>
      </w:tr>
      <w:tr w:rsidR="009773B9" w:rsidRPr="00F53990" w14:paraId="5C04FA06" w14:textId="77777777" w:rsidTr="000054D5">
        <w:trPr>
          <w:trHeight w:val="258"/>
        </w:trPr>
        <w:tc>
          <w:tcPr>
            <w:tcW w:w="1120" w:type="dxa"/>
            <w:noWrap/>
            <w:hideMark/>
          </w:tcPr>
          <w:p w14:paraId="3FC1503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30*42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433" w:type="dxa"/>
            <w:noWrap/>
            <w:hideMark/>
          </w:tcPr>
          <w:p w14:paraId="763048D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А3</w:t>
            </w:r>
          </w:p>
        </w:tc>
        <w:tc>
          <w:tcPr>
            <w:tcW w:w="1360" w:type="dxa"/>
            <w:noWrap/>
            <w:hideMark/>
          </w:tcPr>
          <w:p w14:paraId="3566622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728" w:type="dxa"/>
            <w:noWrap/>
            <w:hideMark/>
          </w:tcPr>
          <w:p w14:paraId="33D03F1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90</w:t>
            </w:r>
          </w:p>
        </w:tc>
        <w:tc>
          <w:tcPr>
            <w:tcW w:w="991" w:type="dxa"/>
            <w:noWrap/>
            <w:hideMark/>
          </w:tcPr>
          <w:p w14:paraId="571250A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83</w:t>
            </w:r>
          </w:p>
        </w:tc>
        <w:tc>
          <w:tcPr>
            <w:tcW w:w="991" w:type="dxa"/>
            <w:noWrap/>
            <w:hideMark/>
          </w:tcPr>
          <w:p w14:paraId="74AC8F3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76</w:t>
            </w:r>
          </w:p>
        </w:tc>
        <w:tc>
          <w:tcPr>
            <w:tcW w:w="991" w:type="dxa"/>
            <w:noWrap/>
            <w:hideMark/>
          </w:tcPr>
          <w:p w14:paraId="1B0064C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1082" w:type="dxa"/>
            <w:noWrap/>
            <w:hideMark/>
          </w:tcPr>
          <w:p w14:paraId="792676D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64</w:t>
            </w:r>
          </w:p>
        </w:tc>
        <w:tc>
          <w:tcPr>
            <w:tcW w:w="1029" w:type="dxa"/>
            <w:noWrap/>
            <w:hideMark/>
          </w:tcPr>
          <w:p w14:paraId="53AAD6F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59</w:t>
            </w:r>
          </w:p>
        </w:tc>
      </w:tr>
      <w:tr w:rsidR="009773B9" w:rsidRPr="00F53990" w14:paraId="05DA167B" w14:textId="77777777" w:rsidTr="000054D5">
        <w:trPr>
          <w:trHeight w:val="258"/>
        </w:trPr>
        <w:tc>
          <w:tcPr>
            <w:tcW w:w="1120" w:type="dxa"/>
            <w:noWrap/>
            <w:hideMark/>
          </w:tcPr>
          <w:p w14:paraId="45F8988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30*42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433" w:type="dxa"/>
            <w:noWrap/>
            <w:hideMark/>
          </w:tcPr>
          <w:p w14:paraId="6D00B03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А3</w:t>
            </w:r>
          </w:p>
        </w:tc>
        <w:tc>
          <w:tcPr>
            <w:tcW w:w="1360" w:type="dxa"/>
            <w:hideMark/>
          </w:tcPr>
          <w:p w14:paraId="4E75E04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200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728" w:type="dxa"/>
            <w:noWrap/>
            <w:hideMark/>
          </w:tcPr>
          <w:p w14:paraId="1B2A3F5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120</w:t>
            </w:r>
          </w:p>
        </w:tc>
        <w:tc>
          <w:tcPr>
            <w:tcW w:w="991" w:type="dxa"/>
            <w:noWrap/>
            <w:hideMark/>
          </w:tcPr>
          <w:p w14:paraId="3ECCB8E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110</w:t>
            </w:r>
          </w:p>
        </w:tc>
        <w:tc>
          <w:tcPr>
            <w:tcW w:w="991" w:type="dxa"/>
            <w:noWrap/>
            <w:hideMark/>
          </w:tcPr>
          <w:p w14:paraId="4EDD8C7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102</w:t>
            </w:r>
          </w:p>
        </w:tc>
        <w:tc>
          <w:tcPr>
            <w:tcW w:w="991" w:type="dxa"/>
            <w:noWrap/>
            <w:hideMark/>
          </w:tcPr>
          <w:p w14:paraId="2463A82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93</w:t>
            </w:r>
          </w:p>
        </w:tc>
        <w:tc>
          <w:tcPr>
            <w:tcW w:w="1082" w:type="dxa"/>
            <w:noWrap/>
            <w:hideMark/>
          </w:tcPr>
          <w:p w14:paraId="1E37772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86</w:t>
            </w:r>
          </w:p>
        </w:tc>
        <w:tc>
          <w:tcPr>
            <w:tcW w:w="1029" w:type="dxa"/>
            <w:noWrap/>
            <w:hideMark/>
          </w:tcPr>
          <w:p w14:paraId="50E1E9F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79</w:t>
            </w:r>
          </w:p>
        </w:tc>
      </w:tr>
    </w:tbl>
    <w:p w14:paraId="1A9D2D6D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AE45FAE" w14:textId="77777777" w:rsidR="009773B9" w:rsidRPr="00621F6E" w:rsidRDefault="009773B9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  <w:r w:rsidRPr="00621F6E">
        <w:rPr>
          <w:rFonts w:asciiTheme="majorBidi" w:hAnsiTheme="majorBidi" w:cstheme="majorBidi"/>
          <w:color w:val="1F4E78"/>
          <w:sz w:val="20"/>
          <w:szCs w:val="20"/>
          <w:lang w:val="ru-RU"/>
        </w:rPr>
        <w:t>Цветная лазерная печать документов А3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77"/>
        <w:gridCol w:w="1353"/>
        <w:gridCol w:w="1309"/>
        <w:gridCol w:w="671"/>
        <w:gridCol w:w="832"/>
        <w:gridCol w:w="832"/>
        <w:gridCol w:w="990"/>
        <w:gridCol w:w="983"/>
        <w:gridCol w:w="983"/>
      </w:tblGrid>
      <w:tr w:rsidR="0051402A" w:rsidRPr="0051402A" w14:paraId="69F25796" w14:textId="77777777" w:rsidTr="0051402A">
        <w:trPr>
          <w:trHeight w:val="390"/>
          <w:jc w:val="center"/>
        </w:trPr>
        <w:tc>
          <w:tcPr>
            <w:tcW w:w="977" w:type="dxa"/>
            <w:vMerge w:val="restart"/>
            <w:shd w:val="clear" w:color="auto" w:fill="FFC700"/>
            <w:vAlign w:val="center"/>
            <w:hideMark/>
          </w:tcPr>
          <w:p w14:paraId="463748B6" w14:textId="77777777" w:rsidR="009773B9" w:rsidRPr="0051402A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Формат</w:t>
            </w:r>
            <w:proofErr w:type="spellEnd"/>
          </w:p>
        </w:tc>
        <w:tc>
          <w:tcPr>
            <w:tcW w:w="1353" w:type="dxa"/>
            <w:vMerge w:val="restart"/>
            <w:shd w:val="clear" w:color="auto" w:fill="FFC700"/>
            <w:vAlign w:val="center"/>
            <w:hideMark/>
          </w:tcPr>
          <w:p w14:paraId="51ED584A" w14:textId="77777777" w:rsidR="009773B9" w:rsidRPr="0051402A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Плотность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1402A">
              <w:rPr>
                <w:rFonts w:asciiTheme="majorBidi" w:hAnsiTheme="majorBidi" w:cstheme="majorBidi"/>
                <w:sz w:val="20"/>
                <w:szCs w:val="20"/>
              </w:rPr>
              <w:br/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бумаги</w:t>
            </w:r>
            <w:proofErr w:type="spellEnd"/>
          </w:p>
        </w:tc>
        <w:tc>
          <w:tcPr>
            <w:tcW w:w="1309" w:type="dxa"/>
            <w:vMerge w:val="restart"/>
            <w:shd w:val="clear" w:color="auto" w:fill="FFC700"/>
            <w:noWrap/>
            <w:vAlign w:val="center"/>
            <w:hideMark/>
          </w:tcPr>
          <w:p w14:paraId="1960F77C" w14:textId="77777777" w:rsidR="009773B9" w:rsidRPr="0051402A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Тип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бумаги</w:t>
            </w:r>
            <w:proofErr w:type="spellEnd"/>
          </w:p>
        </w:tc>
        <w:tc>
          <w:tcPr>
            <w:tcW w:w="5291" w:type="dxa"/>
            <w:gridSpan w:val="6"/>
            <w:shd w:val="clear" w:color="auto" w:fill="FFC700"/>
            <w:noWrap/>
            <w:vAlign w:val="center"/>
            <w:hideMark/>
          </w:tcPr>
          <w:p w14:paraId="38031967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Тираж</w:t>
            </w:r>
            <w:proofErr w:type="spellEnd"/>
          </w:p>
        </w:tc>
      </w:tr>
      <w:tr w:rsidR="0051402A" w:rsidRPr="00F53990" w14:paraId="6B7E5F99" w14:textId="77777777" w:rsidTr="0051402A">
        <w:trPr>
          <w:trHeight w:val="390"/>
          <w:jc w:val="center"/>
        </w:trPr>
        <w:tc>
          <w:tcPr>
            <w:tcW w:w="977" w:type="dxa"/>
            <w:vMerge/>
            <w:shd w:val="solid" w:color="4C94D8" w:themeColor="text2" w:themeTint="80" w:fill="auto"/>
            <w:vAlign w:val="center"/>
            <w:hideMark/>
          </w:tcPr>
          <w:p w14:paraId="1117072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3" w:type="dxa"/>
            <w:vMerge/>
            <w:shd w:val="solid" w:color="4C94D8" w:themeColor="text2" w:themeTint="80" w:fill="auto"/>
            <w:vAlign w:val="center"/>
            <w:hideMark/>
          </w:tcPr>
          <w:p w14:paraId="3B7A786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solid" w:color="4C94D8" w:themeColor="text2" w:themeTint="80" w:fill="auto"/>
            <w:vAlign w:val="center"/>
            <w:hideMark/>
          </w:tcPr>
          <w:p w14:paraId="646AC0D7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FFC700"/>
            <w:noWrap/>
            <w:vAlign w:val="center"/>
            <w:hideMark/>
          </w:tcPr>
          <w:p w14:paraId="6E74F0BD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1-10</w:t>
            </w:r>
          </w:p>
        </w:tc>
        <w:tc>
          <w:tcPr>
            <w:tcW w:w="832" w:type="dxa"/>
            <w:shd w:val="clear" w:color="auto" w:fill="FFC700"/>
            <w:noWrap/>
            <w:vAlign w:val="center"/>
            <w:hideMark/>
          </w:tcPr>
          <w:p w14:paraId="17446D70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11-20</w:t>
            </w:r>
          </w:p>
        </w:tc>
        <w:tc>
          <w:tcPr>
            <w:tcW w:w="832" w:type="dxa"/>
            <w:shd w:val="clear" w:color="auto" w:fill="FFC700"/>
            <w:noWrap/>
            <w:vAlign w:val="center"/>
            <w:hideMark/>
          </w:tcPr>
          <w:p w14:paraId="37270F05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21-50</w:t>
            </w:r>
          </w:p>
        </w:tc>
        <w:tc>
          <w:tcPr>
            <w:tcW w:w="990" w:type="dxa"/>
            <w:shd w:val="clear" w:color="auto" w:fill="FFC700"/>
            <w:noWrap/>
            <w:vAlign w:val="center"/>
            <w:hideMark/>
          </w:tcPr>
          <w:p w14:paraId="70780888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51-100</w:t>
            </w:r>
          </w:p>
        </w:tc>
        <w:tc>
          <w:tcPr>
            <w:tcW w:w="983" w:type="dxa"/>
            <w:shd w:val="clear" w:color="auto" w:fill="FFC700"/>
            <w:noWrap/>
            <w:vAlign w:val="center"/>
            <w:hideMark/>
          </w:tcPr>
          <w:p w14:paraId="47EC41D1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101-150</w:t>
            </w:r>
          </w:p>
        </w:tc>
        <w:tc>
          <w:tcPr>
            <w:tcW w:w="983" w:type="dxa"/>
            <w:shd w:val="clear" w:color="auto" w:fill="FFC700"/>
            <w:noWrap/>
            <w:vAlign w:val="center"/>
            <w:hideMark/>
          </w:tcPr>
          <w:p w14:paraId="4DA5C4DE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201-500</w:t>
            </w:r>
          </w:p>
        </w:tc>
      </w:tr>
      <w:tr w:rsidR="009773B9" w:rsidRPr="00F53990" w14:paraId="144304E4" w14:textId="77777777" w:rsidTr="000054D5">
        <w:trPr>
          <w:trHeight w:val="390"/>
          <w:jc w:val="center"/>
        </w:trPr>
        <w:tc>
          <w:tcPr>
            <w:tcW w:w="977" w:type="dxa"/>
            <w:noWrap/>
            <w:vAlign w:val="center"/>
            <w:hideMark/>
          </w:tcPr>
          <w:p w14:paraId="6A266073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А3</w:t>
            </w:r>
          </w:p>
        </w:tc>
        <w:tc>
          <w:tcPr>
            <w:tcW w:w="1353" w:type="dxa"/>
            <w:noWrap/>
            <w:vAlign w:val="center"/>
            <w:hideMark/>
          </w:tcPr>
          <w:p w14:paraId="5D4EFCF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80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гр</w:t>
            </w:r>
            <w:proofErr w:type="spellEnd"/>
            <w:r w:rsidRPr="00F53990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1309" w:type="dxa"/>
            <w:noWrap/>
            <w:vAlign w:val="center"/>
            <w:hideMark/>
          </w:tcPr>
          <w:p w14:paraId="3A4B3366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Обычная</w:t>
            </w:r>
            <w:proofErr w:type="spellEnd"/>
          </w:p>
        </w:tc>
        <w:tc>
          <w:tcPr>
            <w:tcW w:w="671" w:type="dxa"/>
            <w:noWrap/>
            <w:vAlign w:val="center"/>
            <w:hideMark/>
          </w:tcPr>
          <w:p w14:paraId="71FF953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65</w:t>
            </w:r>
          </w:p>
        </w:tc>
        <w:tc>
          <w:tcPr>
            <w:tcW w:w="832" w:type="dxa"/>
            <w:noWrap/>
            <w:vAlign w:val="center"/>
            <w:hideMark/>
          </w:tcPr>
          <w:p w14:paraId="750C2B8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832" w:type="dxa"/>
            <w:noWrap/>
            <w:vAlign w:val="center"/>
            <w:hideMark/>
          </w:tcPr>
          <w:p w14:paraId="6EEFD90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990" w:type="dxa"/>
            <w:noWrap/>
            <w:vAlign w:val="center"/>
            <w:hideMark/>
          </w:tcPr>
          <w:p w14:paraId="0264BCE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983" w:type="dxa"/>
            <w:noWrap/>
            <w:vAlign w:val="center"/>
            <w:hideMark/>
          </w:tcPr>
          <w:p w14:paraId="6DB0A78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983" w:type="dxa"/>
            <w:noWrap/>
            <w:vAlign w:val="center"/>
            <w:hideMark/>
          </w:tcPr>
          <w:p w14:paraId="2D18320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</w:tr>
      <w:tr w:rsidR="009773B9" w:rsidRPr="00F53990" w14:paraId="0DA5FECD" w14:textId="77777777" w:rsidTr="000054D5">
        <w:trPr>
          <w:trHeight w:val="390"/>
          <w:jc w:val="center"/>
        </w:trPr>
        <w:tc>
          <w:tcPr>
            <w:tcW w:w="977" w:type="dxa"/>
            <w:noWrap/>
            <w:vAlign w:val="center"/>
            <w:hideMark/>
          </w:tcPr>
          <w:p w14:paraId="6A1F5EF7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А3</w:t>
            </w:r>
          </w:p>
        </w:tc>
        <w:tc>
          <w:tcPr>
            <w:tcW w:w="1353" w:type="dxa"/>
            <w:noWrap/>
            <w:vAlign w:val="center"/>
            <w:hideMark/>
          </w:tcPr>
          <w:p w14:paraId="508B1627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160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гр</w:t>
            </w:r>
            <w:proofErr w:type="spellEnd"/>
            <w:r w:rsidRPr="00F53990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1309" w:type="dxa"/>
            <w:noWrap/>
            <w:vAlign w:val="center"/>
            <w:hideMark/>
          </w:tcPr>
          <w:p w14:paraId="02DDA9A4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671" w:type="dxa"/>
            <w:noWrap/>
            <w:vAlign w:val="center"/>
            <w:hideMark/>
          </w:tcPr>
          <w:p w14:paraId="0CC1B96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832" w:type="dxa"/>
            <w:noWrap/>
            <w:vAlign w:val="center"/>
            <w:hideMark/>
          </w:tcPr>
          <w:p w14:paraId="7EF20FB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832" w:type="dxa"/>
            <w:noWrap/>
            <w:vAlign w:val="center"/>
            <w:hideMark/>
          </w:tcPr>
          <w:p w14:paraId="2752B16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990" w:type="dxa"/>
            <w:noWrap/>
            <w:vAlign w:val="center"/>
            <w:hideMark/>
          </w:tcPr>
          <w:p w14:paraId="2A6C686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64</w:t>
            </w:r>
          </w:p>
        </w:tc>
        <w:tc>
          <w:tcPr>
            <w:tcW w:w="983" w:type="dxa"/>
            <w:noWrap/>
            <w:vAlign w:val="center"/>
            <w:hideMark/>
          </w:tcPr>
          <w:p w14:paraId="1BEE02C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983" w:type="dxa"/>
            <w:noWrap/>
            <w:vAlign w:val="center"/>
            <w:hideMark/>
          </w:tcPr>
          <w:p w14:paraId="14EE1B9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</w:tr>
      <w:tr w:rsidR="009773B9" w:rsidRPr="00F53990" w14:paraId="64243C94" w14:textId="77777777" w:rsidTr="000054D5">
        <w:trPr>
          <w:trHeight w:val="390"/>
          <w:jc w:val="center"/>
        </w:trPr>
        <w:tc>
          <w:tcPr>
            <w:tcW w:w="977" w:type="dxa"/>
            <w:noWrap/>
            <w:vAlign w:val="center"/>
            <w:hideMark/>
          </w:tcPr>
          <w:p w14:paraId="342CAAC2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А3</w:t>
            </w:r>
          </w:p>
        </w:tc>
        <w:tc>
          <w:tcPr>
            <w:tcW w:w="1353" w:type="dxa"/>
            <w:noWrap/>
            <w:vAlign w:val="center"/>
            <w:hideMark/>
          </w:tcPr>
          <w:p w14:paraId="309F955E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200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гр</w:t>
            </w:r>
            <w:proofErr w:type="spellEnd"/>
            <w:r w:rsidRPr="00F53990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1309" w:type="dxa"/>
            <w:noWrap/>
            <w:vAlign w:val="center"/>
            <w:hideMark/>
          </w:tcPr>
          <w:p w14:paraId="7531F62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671" w:type="dxa"/>
            <w:noWrap/>
            <w:vAlign w:val="center"/>
            <w:hideMark/>
          </w:tcPr>
          <w:p w14:paraId="18BD79E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90</w:t>
            </w:r>
          </w:p>
        </w:tc>
        <w:tc>
          <w:tcPr>
            <w:tcW w:w="832" w:type="dxa"/>
            <w:noWrap/>
            <w:vAlign w:val="center"/>
            <w:hideMark/>
          </w:tcPr>
          <w:p w14:paraId="37F997A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84</w:t>
            </w:r>
          </w:p>
        </w:tc>
        <w:tc>
          <w:tcPr>
            <w:tcW w:w="832" w:type="dxa"/>
            <w:noWrap/>
            <w:vAlign w:val="center"/>
            <w:hideMark/>
          </w:tcPr>
          <w:p w14:paraId="7D3C0FF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78</w:t>
            </w:r>
          </w:p>
        </w:tc>
        <w:tc>
          <w:tcPr>
            <w:tcW w:w="990" w:type="dxa"/>
            <w:noWrap/>
            <w:vAlign w:val="center"/>
            <w:hideMark/>
          </w:tcPr>
          <w:p w14:paraId="043CCA2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983" w:type="dxa"/>
            <w:noWrap/>
            <w:vAlign w:val="center"/>
            <w:hideMark/>
          </w:tcPr>
          <w:p w14:paraId="2B23EAC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983" w:type="dxa"/>
            <w:noWrap/>
            <w:vAlign w:val="center"/>
            <w:hideMark/>
          </w:tcPr>
          <w:p w14:paraId="1BF3698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63</w:t>
            </w:r>
          </w:p>
        </w:tc>
      </w:tr>
    </w:tbl>
    <w:p w14:paraId="5D34E01E" w14:textId="77777777" w:rsidR="009773B9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</w:p>
    <w:p w14:paraId="5086BD62" w14:textId="77777777" w:rsidR="009773B9" w:rsidRPr="00621F6E" w:rsidRDefault="009773B9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  <w:r w:rsidRPr="00621F6E">
        <w:rPr>
          <w:rFonts w:asciiTheme="majorBidi" w:hAnsiTheme="majorBidi" w:cstheme="majorBidi"/>
          <w:color w:val="1F4E78"/>
          <w:sz w:val="20"/>
          <w:szCs w:val="20"/>
          <w:lang w:val="ru-RU"/>
        </w:rPr>
        <w:t>Плоттерная печать документов и чертежей большого размера</w:t>
      </w:r>
    </w:p>
    <w:tbl>
      <w:tblPr>
        <w:tblStyle w:val="aff0"/>
        <w:tblW w:w="10153" w:type="dxa"/>
        <w:jc w:val="center"/>
        <w:tblLook w:val="04A0" w:firstRow="1" w:lastRow="0" w:firstColumn="1" w:lastColumn="0" w:noHBand="0" w:noVBand="1"/>
      </w:tblPr>
      <w:tblGrid>
        <w:gridCol w:w="1092"/>
        <w:gridCol w:w="1813"/>
        <w:gridCol w:w="1573"/>
        <w:gridCol w:w="732"/>
        <w:gridCol w:w="821"/>
        <w:gridCol w:w="821"/>
        <w:gridCol w:w="978"/>
        <w:gridCol w:w="1138"/>
        <w:gridCol w:w="1185"/>
      </w:tblGrid>
      <w:tr w:rsidR="0051402A" w:rsidRPr="0051402A" w14:paraId="123455F1" w14:textId="77777777" w:rsidTr="00315C5E">
        <w:trPr>
          <w:trHeight w:val="539"/>
          <w:jc w:val="center"/>
        </w:trPr>
        <w:tc>
          <w:tcPr>
            <w:tcW w:w="1092" w:type="dxa"/>
            <w:shd w:val="clear" w:color="auto" w:fill="FFC700"/>
            <w:noWrap/>
            <w:hideMark/>
          </w:tcPr>
          <w:p w14:paraId="5C1C3450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Формат</w:t>
            </w:r>
            <w:proofErr w:type="spellEnd"/>
          </w:p>
        </w:tc>
        <w:tc>
          <w:tcPr>
            <w:tcW w:w="1813" w:type="dxa"/>
            <w:shd w:val="clear" w:color="auto" w:fill="FFC700"/>
            <w:noWrap/>
            <w:hideMark/>
          </w:tcPr>
          <w:p w14:paraId="410FC77D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Размеры</w:t>
            </w:r>
            <w:proofErr w:type="spellEnd"/>
          </w:p>
        </w:tc>
        <w:tc>
          <w:tcPr>
            <w:tcW w:w="1573" w:type="dxa"/>
            <w:shd w:val="clear" w:color="auto" w:fill="FFC700"/>
            <w:noWrap/>
            <w:hideMark/>
          </w:tcPr>
          <w:p w14:paraId="1564EBDE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Тип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бумаги</w:t>
            </w:r>
            <w:proofErr w:type="spellEnd"/>
          </w:p>
        </w:tc>
        <w:tc>
          <w:tcPr>
            <w:tcW w:w="732" w:type="dxa"/>
            <w:shd w:val="clear" w:color="auto" w:fill="FFC700"/>
            <w:noWrap/>
            <w:hideMark/>
          </w:tcPr>
          <w:p w14:paraId="5BB954E0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1-10</w:t>
            </w:r>
          </w:p>
        </w:tc>
        <w:tc>
          <w:tcPr>
            <w:tcW w:w="821" w:type="dxa"/>
            <w:shd w:val="clear" w:color="auto" w:fill="FFC700"/>
            <w:noWrap/>
            <w:hideMark/>
          </w:tcPr>
          <w:p w14:paraId="6FF9FC2D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11-20</w:t>
            </w:r>
          </w:p>
        </w:tc>
        <w:tc>
          <w:tcPr>
            <w:tcW w:w="821" w:type="dxa"/>
            <w:shd w:val="clear" w:color="auto" w:fill="FFC700"/>
            <w:noWrap/>
            <w:hideMark/>
          </w:tcPr>
          <w:p w14:paraId="644C2C47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21-50</w:t>
            </w:r>
          </w:p>
        </w:tc>
        <w:tc>
          <w:tcPr>
            <w:tcW w:w="978" w:type="dxa"/>
            <w:shd w:val="clear" w:color="auto" w:fill="FFC700"/>
            <w:noWrap/>
            <w:hideMark/>
          </w:tcPr>
          <w:p w14:paraId="594B8937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51-100</w:t>
            </w:r>
          </w:p>
        </w:tc>
        <w:tc>
          <w:tcPr>
            <w:tcW w:w="1138" w:type="dxa"/>
            <w:shd w:val="clear" w:color="auto" w:fill="FFC700"/>
            <w:noWrap/>
            <w:hideMark/>
          </w:tcPr>
          <w:p w14:paraId="41DBF2A0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101-150</w:t>
            </w:r>
          </w:p>
        </w:tc>
        <w:tc>
          <w:tcPr>
            <w:tcW w:w="1185" w:type="dxa"/>
            <w:shd w:val="clear" w:color="auto" w:fill="FFC700"/>
            <w:noWrap/>
            <w:hideMark/>
          </w:tcPr>
          <w:p w14:paraId="2DF7B054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201-500</w:t>
            </w:r>
          </w:p>
        </w:tc>
      </w:tr>
      <w:tr w:rsidR="00315C5E" w:rsidRPr="00F53990" w14:paraId="11FBEE9D" w14:textId="77777777" w:rsidTr="00315C5E">
        <w:trPr>
          <w:trHeight w:val="340"/>
          <w:jc w:val="center"/>
        </w:trPr>
        <w:tc>
          <w:tcPr>
            <w:tcW w:w="1092" w:type="dxa"/>
            <w:noWrap/>
            <w:vAlign w:val="center"/>
            <w:hideMark/>
          </w:tcPr>
          <w:p w14:paraId="7CD1C6B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А3</w:t>
            </w:r>
          </w:p>
        </w:tc>
        <w:tc>
          <w:tcPr>
            <w:tcW w:w="1813" w:type="dxa"/>
            <w:noWrap/>
            <w:vAlign w:val="center"/>
            <w:hideMark/>
          </w:tcPr>
          <w:p w14:paraId="16C0E48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30*42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573" w:type="dxa"/>
            <w:noWrap/>
            <w:vAlign w:val="center"/>
            <w:hideMark/>
          </w:tcPr>
          <w:p w14:paraId="010BA95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732" w:type="dxa"/>
            <w:noWrap/>
            <w:vAlign w:val="center"/>
            <w:hideMark/>
          </w:tcPr>
          <w:p w14:paraId="376C657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821" w:type="dxa"/>
            <w:noWrap/>
            <w:vAlign w:val="center"/>
            <w:hideMark/>
          </w:tcPr>
          <w:p w14:paraId="547C7D0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47</w:t>
            </w:r>
          </w:p>
        </w:tc>
        <w:tc>
          <w:tcPr>
            <w:tcW w:w="821" w:type="dxa"/>
            <w:noWrap/>
            <w:vAlign w:val="center"/>
            <w:hideMark/>
          </w:tcPr>
          <w:p w14:paraId="46D5B78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978" w:type="dxa"/>
            <w:noWrap/>
            <w:vAlign w:val="center"/>
            <w:hideMark/>
          </w:tcPr>
          <w:p w14:paraId="0FEEC08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138" w:type="dxa"/>
            <w:noWrap/>
            <w:vAlign w:val="center"/>
            <w:hideMark/>
          </w:tcPr>
          <w:p w14:paraId="555C2ED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1185" w:type="dxa"/>
            <w:noWrap/>
            <w:vAlign w:val="center"/>
            <w:hideMark/>
          </w:tcPr>
          <w:p w14:paraId="4C7DD25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</w:tr>
      <w:tr w:rsidR="00315C5E" w:rsidRPr="00F53990" w14:paraId="1C3F233A" w14:textId="77777777" w:rsidTr="00315C5E">
        <w:trPr>
          <w:trHeight w:val="340"/>
          <w:jc w:val="center"/>
        </w:trPr>
        <w:tc>
          <w:tcPr>
            <w:tcW w:w="1092" w:type="dxa"/>
            <w:noWrap/>
            <w:vAlign w:val="center"/>
            <w:hideMark/>
          </w:tcPr>
          <w:p w14:paraId="08FDB2B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А2</w:t>
            </w:r>
          </w:p>
        </w:tc>
        <w:tc>
          <w:tcPr>
            <w:tcW w:w="1813" w:type="dxa"/>
            <w:noWrap/>
            <w:vAlign w:val="center"/>
            <w:hideMark/>
          </w:tcPr>
          <w:p w14:paraId="07BCBF8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42*60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573" w:type="dxa"/>
            <w:noWrap/>
            <w:vAlign w:val="center"/>
            <w:hideMark/>
          </w:tcPr>
          <w:p w14:paraId="6F0BD98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732" w:type="dxa"/>
            <w:noWrap/>
            <w:vAlign w:val="center"/>
            <w:hideMark/>
          </w:tcPr>
          <w:p w14:paraId="34A61C0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120</w:t>
            </w:r>
          </w:p>
        </w:tc>
        <w:tc>
          <w:tcPr>
            <w:tcW w:w="821" w:type="dxa"/>
            <w:noWrap/>
            <w:vAlign w:val="center"/>
            <w:hideMark/>
          </w:tcPr>
          <w:p w14:paraId="638E846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112</w:t>
            </w:r>
          </w:p>
        </w:tc>
        <w:tc>
          <w:tcPr>
            <w:tcW w:w="821" w:type="dxa"/>
            <w:noWrap/>
            <w:vAlign w:val="center"/>
            <w:hideMark/>
          </w:tcPr>
          <w:p w14:paraId="6D7B067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104</w:t>
            </w:r>
          </w:p>
        </w:tc>
        <w:tc>
          <w:tcPr>
            <w:tcW w:w="978" w:type="dxa"/>
            <w:noWrap/>
            <w:vAlign w:val="center"/>
            <w:hideMark/>
          </w:tcPr>
          <w:p w14:paraId="23B2E36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97</w:t>
            </w:r>
          </w:p>
        </w:tc>
        <w:tc>
          <w:tcPr>
            <w:tcW w:w="1138" w:type="dxa"/>
            <w:noWrap/>
            <w:vAlign w:val="center"/>
            <w:hideMark/>
          </w:tcPr>
          <w:p w14:paraId="20CAFC3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90</w:t>
            </w:r>
          </w:p>
        </w:tc>
        <w:tc>
          <w:tcPr>
            <w:tcW w:w="1185" w:type="dxa"/>
            <w:noWrap/>
            <w:vAlign w:val="center"/>
            <w:hideMark/>
          </w:tcPr>
          <w:p w14:paraId="263A0E3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83</w:t>
            </w:r>
          </w:p>
        </w:tc>
      </w:tr>
      <w:tr w:rsidR="00315C5E" w:rsidRPr="00F53990" w14:paraId="5D7D601E" w14:textId="77777777" w:rsidTr="00315C5E">
        <w:trPr>
          <w:trHeight w:val="340"/>
          <w:jc w:val="center"/>
        </w:trPr>
        <w:tc>
          <w:tcPr>
            <w:tcW w:w="1092" w:type="dxa"/>
            <w:noWrap/>
            <w:vAlign w:val="center"/>
            <w:hideMark/>
          </w:tcPr>
          <w:p w14:paraId="3D372F1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А2</w:t>
            </w:r>
          </w:p>
        </w:tc>
        <w:tc>
          <w:tcPr>
            <w:tcW w:w="1813" w:type="dxa"/>
            <w:noWrap/>
            <w:vAlign w:val="center"/>
            <w:hideMark/>
          </w:tcPr>
          <w:p w14:paraId="0916D9C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42*60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573" w:type="dxa"/>
            <w:noWrap/>
            <w:vAlign w:val="center"/>
            <w:hideMark/>
          </w:tcPr>
          <w:p w14:paraId="4CAD7F4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732" w:type="dxa"/>
            <w:noWrap/>
            <w:vAlign w:val="center"/>
            <w:hideMark/>
          </w:tcPr>
          <w:p w14:paraId="36F7EA4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250</w:t>
            </w:r>
          </w:p>
        </w:tc>
        <w:tc>
          <w:tcPr>
            <w:tcW w:w="821" w:type="dxa"/>
            <w:noWrap/>
            <w:vAlign w:val="center"/>
            <w:hideMark/>
          </w:tcPr>
          <w:p w14:paraId="5FE2B34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233</w:t>
            </w:r>
          </w:p>
        </w:tc>
        <w:tc>
          <w:tcPr>
            <w:tcW w:w="821" w:type="dxa"/>
            <w:noWrap/>
            <w:vAlign w:val="center"/>
            <w:hideMark/>
          </w:tcPr>
          <w:p w14:paraId="17057C3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216</w:t>
            </w:r>
          </w:p>
        </w:tc>
        <w:tc>
          <w:tcPr>
            <w:tcW w:w="978" w:type="dxa"/>
            <w:noWrap/>
            <w:vAlign w:val="center"/>
            <w:hideMark/>
          </w:tcPr>
          <w:p w14:paraId="487A613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201</w:t>
            </w:r>
          </w:p>
        </w:tc>
        <w:tc>
          <w:tcPr>
            <w:tcW w:w="1138" w:type="dxa"/>
            <w:noWrap/>
            <w:vAlign w:val="center"/>
            <w:hideMark/>
          </w:tcPr>
          <w:p w14:paraId="19F0F0D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187</w:t>
            </w:r>
          </w:p>
        </w:tc>
        <w:tc>
          <w:tcPr>
            <w:tcW w:w="1185" w:type="dxa"/>
            <w:noWrap/>
            <w:vAlign w:val="center"/>
            <w:hideMark/>
          </w:tcPr>
          <w:p w14:paraId="4B5380B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174</w:t>
            </w:r>
          </w:p>
        </w:tc>
      </w:tr>
      <w:tr w:rsidR="00315C5E" w:rsidRPr="00F53990" w14:paraId="19933C3F" w14:textId="77777777" w:rsidTr="00315C5E">
        <w:trPr>
          <w:trHeight w:val="340"/>
          <w:jc w:val="center"/>
        </w:trPr>
        <w:tc>
          <w:tcPr>
            <w:tcW w:w="1092" w:type="dxa"/>
            <w:noWrap/>
            <w:vAlign w:val="center"/>
            <w:hideMark/>
          </w:tcPr>
          <w:p w14:paraId="2DDD39D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А1</w:t>
            </w:r>
          </w:p>
        </w:tc>
        <w:tc>
          <w:tcPr>
            <w:tcW w:w="1813" w:type="dxa"/>
            <w:noWrap/>
            <w:vAlign w:val="center"/>
            <w:hideMark/>
          </w:tcPr>
          <w:p w14:paraId="1B019A6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60*84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573" w:type="dxa"/>
            <w:noWrap/>
            <w:vAlign w:val="center"/>
            <w:hideMark/>
          </w:tcPr>
          <w:p w14:paraId="278CD6A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732" w:type="dxa"/>
            <w:noWrap/>
            <w:vAlign w:val="center"/>
            <w:hideMark/>
          </w:tcPr>
          <w:p w14:paraId="6112B25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821" w:type="dxa"/>
            <w:noWrap/>
            <w:vAlign w:val="center"/>
            <w:hideMark/>
          </w:tcPr>
          <w:p w14:paraId="25504A8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186</w:t>
            </w:r>
          </w:p>
        </w:tc>
        <w:tc>
          <w:tcPr>
            <w:tcW w:w="821" w:type="dxa"/>
            <w:noWrap/>
            <w:vAlign w:val="center"/>
            <w:hideMark/>
          </w:tcPr>
          <w:p w14:paraId="1448339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173</w:t>
            </w:r>
          </w:p>
        </w:tc>
        <w:tc>
          <w:tcPr>
            <w:tcW w:w="978" w:type="dxa"/>
            <w:noWrap/>
            <w:vAlign w:val="center"/>
            <w:hideMark/>
          </w:tcPr>
          <w:p w14:paraId="30EF650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161</w:t>
            </w:r>
          </w:p>
        </w:tc>
        <w:tc>
          <w:tcPr>
            <w:tcW w:w="1138" w:type="dxa"/>
            <w:noWrap/>
            <w:vAlign w:val="center"/>
            <w:hideMark/>
          </w:tcPr>
          <w:p w14:paraId="6B0349C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1185" w:type="dxa"/>
            <w:noWrap/>
            <w:vAlign w:val="center"/>
            <w:hideMark/>
          </w:tcPr>
          <w:p w14:paraId="7831624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139</w:t>
            </w:r>
          </w:p>
        </w:tc>
      </w:tr>
      <w:tr w:rsidR="00315C5E" w:rsidRPr="00F53990" w14:paraId="122A2D42" w14:textId="77777777" w:rsidTr="00315C5E">
        <w:trPr>
          <w:trHeight w:val="340"/>
          <w:jc w:val="center"/>
        </w:trPr>
        <w:tc>
          <w:tcPr>
            <w:tcW w:w="1092" w:type="dxa"/>
            <w:noWrap/>
            <w:vAlign w:val="center"/>
            <w:hideMark/>
          </w:tcPr>
          <w:p w14:paraId="407AEE4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А1</w:t>
            </w:r>
          </w:p>
        </w:tc>
        <w:tc>
          <w:tcPr>
            <w:tcW w:w="1813" w:type="dxa"/>
            <w:noWrap/>
            <w:vAlign w:val="center"/>
            <w:hideMark/>
          </w:tcPr>
          <w:p w14:paraId="4713751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60*84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573" w:type="dxa"/>
            <w:noWrap/>
            <w:vAlign w:val="center"/>
            <w:hideMark/>
          </w:tcPr>
          <w:p w14:paraId="507F59F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732" w:type="dxa"/>
            <w:noWrap/>
            <w:vAlign w:val="center"/>
            <w:hideMark/>
          </w:tcPr>
          <w:p w14:paraId="40AACFB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821" w:type="dxa"/>
            <w:noWrap/>
            <w:vAlign w:val="center"/>
            <w:hideMark/>
          </w:tcPr>
          <w:p w14:paraId="73F0674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372</w:t>
            </w:r>
          </w:p>
        </w:tc>
        <w:tc>
          <w:tcPr>
            <w:tcW w:w="821" w:type="dxa"/>
            <w:noWrap/>
            <w:vAlign w:val="center"/>
            <w:hideMark/>
          </w:tcPr>
          <w:p w14:paraId="68B775B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346</w:t>
            </w:r>
          </w:p>
        </w:tc>
        <w:tc>
          <w:tcPr>
            <w:tcW w:w="978" w:type="dxa"/>
            <w:noWrap/>
            <w:vAlign w:val="center"/>
            <w:hideMark/>
          </w:tcPr>
          <w:p w14:paraId="612C0D2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322</w:t>
            </w:r>
          </w:p>
        </w:tc>
        <w:tc>
          <w:tcPr>
            <w:tcW w:w="1138" w:type="dxa"/>
            <w:noWrap/>
            <w:vAlign w:val="center"/>
            <w:hideMark/>
          </w:tcPr>
          <w:p w14:paraId="72016DE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299</w:t>
            </w:r>
          </w:p>
        </w:tc>
        <w:tc>
          <w:tcPr>
            <w:tcW w:w="1185" w:type="dxa"/>
            <w:noWrap/>
            <w:vAlign w:val="center"/>
            <w:hideMark/>
          </w:tcPr>
          <w:p w14:paraId="3BE3185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278</w:t>
            </w:r>
          </w:p>
        </w:tc>
      </w:tr>
      <w:tr w:rsidR="00315C5E" w:rsidRPr="00F53990" w14:paraId="65F45CD6" w14:textId="77777777" w:rsidTr="00315C5E">
        <w:trPr>
          <w:trHeight w:val="340"/>
          <w:jc w:val="center"/>
        </w:trPr>
        <w:tc>
          <w:tcPr>
            <w:tcW w:w="1092" w:type="dxa"/>
            <w:noWrap/>
            <w:vAlign w:val="center"/>
            <w:hideMark/>
          </w:tcPr>
          <w:p w14:paraId="7716FA6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А0</w:t>
            </w:r>
          </w:p>
        </w:tc>
        <w:tc>
          <w:tcPr>
            <w:tcW w:w="1813" w:type="dxa"/>
            <w:noWrap/>
            <w:vAlign w:val="center"/>
            <w:hideMark/>
          </w:tcPr>
          <w:p w14:paraId="4791B29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84*120мм</w:t>
            </w:r>
          </w:p>
        </w:tc>
        <w:tc>
          <w:tcPr>
            <w:tcW w:w="1573" w:type="dxa"/>
            <w:noWrap/>
            <w:vAlign w:val="center"/>
            <w:hideMark/>
          </w:tcPr>
          <w:p w14:paraId="3B7DFF7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732" w:type="dxa"/>
            <w:noWrap/>
            <w:vAlign w:val="center"/>
            <w:hideMark/>
          </w:tcPr>
          <w:p w14:paraId="6BBF18B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821" w:type="dxa"/>
            <w:noWrap/>
            <w:vAlign w:val="center"/>
            <w:hideMark/>
          </w:tcPr>
          <w:p w14:paraId="1D23975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279</w:t>
            </w:r>
          </w:p>
        </w:tc>
        <w:tc>
          <w:tcPr>
            <w:tcW w:w="821" w:type="dxa"/>
            <w:noWrap/>
            <w:vAlign w:val="center"/>
            <w:hideMark/>
          </w:tcPr>
          <w:p w14:paraId="7972D33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259</w:t>
            </w:r>
          </w:p>
        </w:tc>
        <w:tc>
          <w:tcPr>
            <w:tcW w:w="978" w:type="dxa"/>
            <w:noWrap/>
            <w:vAlign w:val="center"/>
            <w:hideMark/>
          </w:tcPr>
          <w:p w14:paraId="451E4F5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241</w:t>
            </w:r>
          </w:p>
        </w:tc>
        <w:tc>
          <w:tcPr>
            <w:tcW w:w="1138" w:type="dxa"/>
            <w:noWrap/>
            <w:vAlign w:val="center"/>
            <w:hideMark/>
          </w:tcPr>
          <w:p w14:paraId="36D7367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224</w:t>
            </w:r>
          </w:p>
        </w:tc>
        <w:tc>
          <w:tcPr>
            <w:tcW w:w="1185" w:type="dxa"/>
            <w:noWrap/>
            <w:vAlign w:val="center"/>
            <w:hideMark/>
          </w:tcPr>
          <w:p w14:paraId="795250D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209</w:t>
            </w:r>
          </w:p>
        </w:tc>
      </w:tr>
    </w:tbl>
    <w:p w14:paraId="6A9A6D02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154DBD0" w14:textId="77777777" w:rsidR="009773B9" w:rsidRPr="00621F6E" w:rsidRDefault="009773B9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  <w:r w:rsidRPr="00621F6E">
        <w:rPr>
          <w:rFonts w:asciiTheme="majorBidi" w:hAnsiTheme="majorBidi" w:cstheme="majorBidi"/>
          <w:color w:val="1F4E78"/>
          <w:sz w:val="20"/>
          <w:szCs w:val="20"/>
          <w:lang w:val="ru-RU"/>
        </w:rPr>
        <w:lastRenderedPageBreak/>
        <w:t>Плоттерная печать плакатов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785"/>
        <w:gridCol w:w="1565"/>
        <w:gridCol w:w="1360"/>
        <w:gridCol w:w="819"/>
        <w:gridCol w:w="819"/>
        <w:gridCol w:w="819"/>
        <w:gridCol w:w="850"/>
        <w:gridCol w:w="987"/>
        <w:gridCol w:w="1190"/>
      </w:tblGrid>
      <w:tr w:rsidR="0051402A" w:rsidRPr="0051402A" w14:paraId="5017AD36" w14:textId="77777777" w:rsidTr="0051402A">
        <w:trPr>
          <w:trHeight w:val="390"/>
          <w:jc w:val="center"/>
        </w:trPr>
        <w:tc>
          <w:tcPr>
            <w:tcW w:w="1807" w:type="dxa"/>
            <w:shd w:val="clear" w:color="auto" w:fill="FFC700"/>
            <w:noWrap/>
            <w:hideMark/>
          </w:tcPr>
          <w:p w14:paraId="6F819E97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Формат</w:t>
            </w:r>
            <w:proofErr w:type="spellEnd"/>
          </w:p>
        </w:tc>
        <w:tc>
          <w:tcPr>
            <w:tcW w:w="1584" w:type="dxa"/>
            <w:shd w:val="clear" w:color="auto" w:fill="FFC700"/>
            <w:noWrap/>
            <w:hideMark/>
          </w:tcPr>
          <w:p w14:paraId="5AADF380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Размеры</w:t>
            </w:r>
            <w:proofErr w:type="spellEnd"/>
          </w:p>
        </w:tc>
        <w:tc>
          <w:tcPr>
            <w:tcW w:w="1376" w:type="dxa"/>
            <w:shd w:val="clear" w:color="auto" w:fill="FFC700"/>
            <w:noWrap/>
            <w:hideMark/>
          </w:tcPr>
          <w:p w14:paraId="5E635E06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Тип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бумаги</w:t>
            </w:r>
            <w:proofErr w:type="spellEnd"/>
          </w:p>
        </w:tc>
        <w:tc>
          <w:tcPr>
            <w:tcW w:w="827" w:type="dxa"/>
            <w:shd w:val="clear" w:color="auto" w:fill="FFC700"/>
            <w:noWrap/>
            <w:hideMark/>
          </w:tcPr>
          <w:p w14:paraId="251AF4EE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1-10</w:t>
            </w:r>
          </w:p>
        </w:tc>
        <w:tc>
          <w:tcPr>
            <w:tcW w:w="827" w:type="dxa"/>
            <w:shd w:val="clear" w:color="auto" w:fill="FFC700"/>
            <w:noWrap/>
            <w:hideMark/>
          </w:tcPr>
          <w:p w14:paraId="163325C1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11-20</w:t>
            </w:r>
          </w:p>
        </w:tc>
        <w:tc>
          <w:tcPr>
            <w:tcW w:w="827" w:type="dxa"/>
            <w:shd w:val="clear" w:color="auto" w:fill="FFC700"/>
            <w:noWrap/>
            <w:hideMark/>
          </w:tcPr>
          <w:p w14:paraId="433C280B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21-50</w:t>
            </w:r>
          </w:p>
        </w:tc>
        <w:tc>
          <w:tcPr>
            <w:tcW w:w="859" w:type="dxa"/>
            <w:shd w:val="clear" w:color="auto" w:fill="FFC700"/>
            <w:noWrap/>
            <w:hideMark/>
          </w:tcPr>
          <w:p w14:paraId="75D8FA0C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51-100</w:t>
            </w:r>
          </w:p>
        </w:tc>
        <w:tc>
          <w:tcPr>
            <w:tcW w:w="998" w:type="dxa"/>
            <w:shd w:val="clear" w:color="auto" w:fill="FFC700"/>
            <w:noWrap/>
            <w:hideMark/>
          </w:tcPr>
          <w:p w14:paraId="1FFD8636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101-150</w:t>
            </w:r>
          </w:p>
        </w:tc>
        <w:tc>
          <w:tcPr>
            <w:tcW w:w="1203" w:type="dxa"/>
            <w:shd w:val="clear" w:color="auto" w:fill="FFC700"/>
            <w:noWrap/>
            <w:hideMark/>
          </w:tcPr>
          <w:p w14:paraId="5C12962A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201-500</w:t>
            </w:r>
          </w:p>
        </w:tc>
      </w:tr>
      <w:tr w:rsidR="009773B9" w:rsidRPr="00F53990" w14:paraId="03269B14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  <w:hideMark/>
          </w:tcPr>
          <w:p w14:paraId="375CD64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А3</w:t>
            </w:r>
          </w:p>
        </w:tc>
        <w:tc>
          <w:tcPr>
            <w:tcW w:w="1584" w:type="dxa"/>
            <w:noWrap/>
            <w:vAlign w:val="center"/>
            <w:hideMark/>
          </w:tcPr>
          <w:p w14:paraId="7F95E7B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30*42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34E83E7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4CB117F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  <w:tc>
          <w:tcPr>
            <w:tcW w:w="827" w:type="dxa"/>
            <w:noWrap/>
            <w:vAlign w:val="center"/>
            <w:hideMark/>
          </w:tcPr>
          <w:p w14:paraId="40F2776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93</w:t>
            </w:r>
          </w:p>
        </w:tc>
        <w:tc>
          <w:tcPr>
            <w:tcW w:w="827" w:type="dxa"/>
            <w:noWrap/>
            <w:vAlign w:val="center"/>
            <w:hideMark/>
          </w:tcPr>
          <w:p w14:paraId="30DB046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86</w:t>
            </w:r>
          </w:p>
        </w:tc>
        <w:tc>
          <w:tcPr>
            <w:tcW w:w="859" w:type="dxa"/>
            <w:noWrap/>
            <w:vAlign w:val="center"/>
            <w:hideMark/>
          </w:tcPr>
          <w:p w14:paraId="5D45C64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998" w:type="dxa"/>
            <w:noWrap/>
            <w:vAlign w:val="center"/>
            <w:hideMark/>
          </w:tcPr>
          <w:p w14:paraId="58D4753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1203" w:type="dxa"/>
            <w:noWrap/>
            <w:vAlign w:val="center"/>
            <w:hideMark/>
          </w:tcPr>
          <w:p w14:paraId="69A1E6F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70</w:t>
            </w:r>
          </w:p>
        </w:tc>
      </w:tr>
      <w:tr w:rsidR="009773B9" w:rsidRPr="00F53990" w14:paraId="6DC69BE6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  <w:hideMark/>
          </w:tcPr>
          <w:p w14:paraId="7B17FFB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А2</w:t>
            </w:r>
          </w:p>
        </w:tc>
        <w:tc>
          <w:tcPr>
            <w:tcW w:w="1584" w:type="dxa"/>
            <w:noWrap/>
            <w:vAlign w:val="center"/>
            <w:hideMark/>
          </w:tcPr>
          <w:p w14:paraId="62BA0B3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42*60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164C1D0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0101B72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827" w:type="dxa"/>
            <w:noWrap/>
            <w:vAlign w:val="center"/>
            <w:hideMark/>
          </w:tcPr>
          <w:p w14:paraId="39DB724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186</w:t>
            </w:r>
          </w:p>
        </w:tc>
        <w:tc>
          <w:tcPr>
            <w:tcW w:w="827" w:type="dxa"/>
            <w:noWrap/>
            <w:vAlign w:val="center"/>
            <w:hideMark/>
          </w:tcPr>
          <w:p w14:paraId="32BC39A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173</w:t>
            </w:r>
          </w:p>
        </w:tc>
        <w:tc>
          <w:tcPr>
            <w:tcW w:w="859" w:type="dxa"/>
            <w:noWrap/>
            <w:vAlign w:val="center"/>
            <w:hideMark/>
          </w:tcPr>
          <w:p w14:paraId="79FDA15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161</w:t>
            </w:r>
          </w:p>
        </w:tc>
        <w:tc>
          <w:tcPr>
            <w:tcW w:w="998" w:type="dxa"/>
            <w:noWrap/>
            <w:vAlign w:val="center"/>
            <w:hideMark/>
          </w:tcPr>
          <w:p w14:paraId="1224BF9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1203" w:type="dxa"/>
            <w:noWrap/>
            <w:vAlign w:val="center"/>
            <w:hideMark/>
          </w:tcPr>
          <w:p w14:paraId="26D5A92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139</w:t>
            </w:r>
          </w:p>
        </w:tc>
      </w:tr>
      <w:tr w:rsidR="009773B9" w:rsidRPr="00F53990" w14:paraId="3D47B671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</w:tcPr>
          <w:p w14:paraId="7757ADE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center"/>
            <w:hideMark/>
          </w:tcPr>
          <w:p w14:paraId="79B67D2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50*70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68EC617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4F62F3E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300</w:t>
            </w:r>
          </w:p>
        </w:tc>
        <w:tc>
          <w:tcPr>
            <w:tcW w:w="827" w:type="dxa"/>
            <w:noWrap/>
            <w:vAlign w:val="center"/>
            <w:hideMark/>
          </w:tcPr>
          <w:p w14:paraId="2233EC8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279</w:t>
            </w:r>
          </w:p>
        </w:tc>
        <w:tc>
          <w:tcPr>
            <w:tcW w:w="827" w:type="dxa"/>
            <w:noWrap/>
            <w:vAlign w:val="center"/>
            <w:hideMark/>
          </w:tcPr>
          <w:p w14:paraId="3D063B2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259</w:t>
            </w:r>
          </w:p>
        </w:tc>
        <w:tc>
          <w:tcPr>
            <w:tcW w:w="859" w:type="dxa"/>
            <w:noWrap/>
            <w:vAlign w:val="center"/>
            <w:hideMark/>
          </w:tcPr>
          <w:p w14:paraId="3317486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241</w:t>
            </w:r>
          </w:p>
        </w:tc>
        <w:tc>
          <w:tcPr>
            <w:tcW w:w="998" w:type="dxa"/>
            <w:noWrap/>
            <w:vAlign w:val="center"/>
            <w:hideMark/>
          </w:tcPr>
          <w:p w14:paraId="1F40F14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224</w:t>
            </w:r>
          </w:p>
        </w:tc>
        <w:tc>
          <w:tcPr>
            <w:tcW w:w="1203" w:type="dxa"/>
            <w:noWrap/>
            <w:vAlign w:val="center"/>
            <w:hideMark/>
          </w:tcPr>
          <w:p w14:paraId="19751F8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209</w:t>
            </w:r>
          </w:p>
        </w:tc>
      </w:tr>
      <w:tr w:rsidR="009773B9" w:rsidRPr="00F53990" w14:paraId="4C8511B3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  <w:hideMark/>
          </w:tcPr>
          <w:p w14:paraId="032EE79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А1</w:t>
            </w:r>
          </w:p>
        </w:tc>
        <w:tc>
          <w:tcPr>
            <w:tcW w:w="1584" w:type="dxa"/>
            <w:noWrap/>
            <w:vAlign w:val="center"/>
            <w:hideMark/>
          </w:tcPr>
          <w:p w14:paraId="3976695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60*84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0EB3E2E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2614C6E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827" w:type="dxa"/>
            <w:noWrap/>
            <w:vAlign w:val="center"/>
            <w:hideMark/>
          </w:tcPr>
          <w:p w14:paraId="061E957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372</w:t>
            </w:r>
          </w:p>
        </w:tc>
        <w:tc>
          <w:tcPr>
            <w:tcW w:w="827" w:type="dxa"/>
            <w:noWrap/>
            <w:vAlign w:val="center"/>
            <w:hideMark/>
          </w:tcPr>
          <w:p w14:paraId="5E587CA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346</w:t>
            </w:r>
          </w:p>
        </w:tc>
        <w:tc>
          <w:tcPr>
            <w:tcW w:w="859" w:type="dxa"/>
            <w:noWrap/>
            <w:vAlign w:val="center"/>
            <w:hideMark/>
          </w:tcPr>
          <w:p w14:paraId="03B3C42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322</w:t>
            </w:r>
          </w:p>
        </w:tc>
        <w:tc>
          <w:tcPr>
            <w:tcW w:w="998" w:type="dxa"/>
            <w:noWrap/>
            <w:vAlign w:val="center"/>
            <w:hideMark/>
          </w:tcPr>
          <w:p w14:paraId="2278D4B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299</w:t>
            </w:r>
          </w:p>
        </w:tc>
        <w:tc>
          <w:tcPr>
            <w:tcW w:w="1203" w:type="dxa"/>
            <w:noWrap/>
            <w:vAlign w:val="center"/>
            <w:hideMark/>
          </w:tcPr>
          <w:p w14:paraId="1084AA4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278</w:t>
            </w:r>
          </w:p>
        </w:tc>
      </w:tr>
      <w:tr w:rsidR="009773B9" w:rsidRPr="00F53990" w14:paraId="72ED0984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  <w:hideMark/>
          </w:tcPr>
          <w:p w14:paraId="2804EAC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А0</w:t>
            </w:r>
          </w:p>
        </w:tc>
        <w:tc>
          <w:tcPr>
            <w:tcW w:w="1584" w:type="dxa"/>
            <w:noWrap/>
            <w:vAlign w:val="center"/>
            <w:hideMark/>
          </w:tcPr>
          <w:p w14:paraId="5FB08E1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84*120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1347FD7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Простая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4BD3BAC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600</w:t>
            </w:r>
          </w:p>
        </w:tc>
        <w:tc>
          <w:tcPr>
            <w:tcW w:w="827" w:type="dxa"/>
            <w:noWrap/>
            <w:vAlign w:val="center"/>
            <w:hideMark/>
          </w:tcPr>
          <w:p w14:paraId="14B0A05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558</w:t>
            </w:r>
          </w:p>
        </w:tc>
        <w:tc>
          <w:tcPr>
            <w:tcW w:w="827" w:type="dxa"/>
            <w:noWrap/>
            <w:vAlign w:val="center"/>
            <w:hideMark/>
          </w:tcPr>
          <w:p w14:paraId="5703C06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519</w:t>
            </w:r>
          </w:p>
        </w:tc>
        <w:tc>
          <w:tcPr>
            <w:tcW w:w="859" w:type="dxa"/>
            <w:noWrap/>
            <w:vAlign w:val="center"/>
            <w:hideMark/>
          </w:tcPr>
          <w:p w14:paraId="45F851D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483</w:t>
            </w:r>
          </w:p>
        </w:tc>
        <w:tc>
          <w:tcPr>
            <w:tcW w:w="998" w:type="dxa"/>
            <w:noWrap/>
            <w:vAlign w:val="center"/>
            <w:hideMark/>
          </w:tcPr>
          <w:p w14:paraId="6268373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449</w:t>
            </w:r>
          </w:p>
        </w:tc>
        <w:tc>
          <w:tcPr>
            <w:tcW w:w="1203" w:type="dxa"/>
            <w:noWrap/>
            <w:vAlign w:val="center"/>
            <w:hideMark/>
          </w:tcPr>
          <w:p w14:paraId="531BF75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417</w:t>
            </w:r>
          </w:p>
        </w:tc>
      </w:tr>
      <w:tr w:rsidR="009773B9" w:rsidRPr="00F53990" w14:paraId="15C3392C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  <w:hideMark/>
          </w:tcPr>
          <w:p w14:paraId="0A92F44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А3</w:t>
            </w:r>
          </w:p>
        </w:tc>
        <w:tc>
          <w:tcPr>
            <w:tcW w:w="1584" w:type="dxa"/>
            <w:noWrap/>
            <w:vAlign w:val="center"/>
            <w:hideMark/>
          </w:tcPr>
          <w:p w14:paraId="42B2343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30*42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4989F57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4C9A23F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827" w:type="dxa"/>
            <w:noWrap/>
            <w:vAlign w:val="center"/>
            <w:hideMark/>
          </w:tcPr>
          <w:p w14:paraId="5062260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186</w:t>
            </w:r>
          </w:p>
        </w:tc>
        <w:tc>
          <w:tcPr>
            <w:tcW w:w="827" w:type="dxa"/>
            <w:noWrap/>
            <w:vAlign w:val="center"/>
            <w:hideMark/>
          </w:tcPr>
          <w:p w14:paraId="605A957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173</w:t>
            </w:r>
          </w:p>
        </w:tc>
        <w:tc>
          <w:tcPr>
            <w:tcW w:w="859" w:type="dxa"/>
            <w:noWrap/>
            <w:vAlign w:val="center"/>
            <w:hideMark/>
          </w:tcPr>
          <w:p w14:paraId="0E24E0C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161</w:t>
            </w:r>
          </w:p>
        </w:tc>
        <w:tc>
          <w:tcPr>
            <w:tcW w:w="998" w:type="dxa"/>
            <w:noWrap/>
            <w:vAlign w:val="center"/>
            <w:hideMark/>
          </w:tcPr>
          <w:p w14:paraId="37D0175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150</w:t>
            </w:r>
          </w:p>
        </w:tc>
        <w:tc>
          <w:tcPr>
            <w:tcW w:w="1203" w:type="dxa"/>
            <w:noWrap/>
            <w:vAlign w:val="center"/>
            <w:hideMark/>
          </w:tcPr>
          <w:p w14:paraId="451D72A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139</w:t>
            </w:r>
          </w:p>
        </w:tc>
      </w:tr>
      <w:tr w:rsidR="009773B9" w:rsidRPr="00F53990" w14:paraId="776A96BF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  <w:hideMark/>
          </w:tcPr>
          <w:p w14:paraId="7D7506A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А2</w:t>
            </w:r>
          </w:p>
        </w:tc>
        <w:tc>
          <w:tcPr>
            <w:tcW w:w="1584" w:type="dxa"/>
            <w:noWrap/>
            <w:vAlign w:val="center"/>
            <w:hideMark/>
          </w:tcPr>
          <w:p w14:paraId="0D8E15C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42*60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1EE75C8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2CD54E9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400</w:t>
            </w:r>
          </w:p>
        </w:tc>
        <w:tc>
          <w:tcPr>
            <w:tcW w:w="827" w:type="dxa"/>
            <w:noWrap/>
            <w:vAlign w:val="center"/>
            <w:hideMark/>
          </w:tcPr>
          <w:p w14:paraId="0E35668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372</w:t>
            </w:r>
          </w:p>
        </w:tc>
        <w:tc>
          <w:tcPr>
            <w:tcW w:w="827" w:type="dxa"/>
            <w:noWrap/>
            <w:vAlign w:val="center"/>
            <w:hideMark/>
          </w:tcPr>
          <w:p w14:paraId="31AC0BA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346</w:t>
            </w:r>
          </w:p>
        </w:tc>
        <w:tc>
          <w:tcPr>
            <w:tcW w:w="859" w:type="dxa"/>
            <w:noWrap/>
            <w:vAlign w:val="center"/>
            <w:hideMark/>
          </w:tcPr>
          <w:p w14:paraId="304917F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322</w:t>
            </w:r>
          </w:p>
        </w:tc>
        <w:tc>
          <w:tcPr>
            <w:tcW w:w="998" w:type="dxa"/>
            <w:noWrap/>
            <w:vAlign w:val="center"/>
            <w:hideMark/>
          </w:tcPr>
          <w:p w14:paraId="7F28F49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299</w:t>
            </w:r>
          </w:p>
        </w:tc>
        <w:tc>
          <w:tcPr>
            <w:tcW w:w="1203" w:type="dxa"/>
            <w:noWrap/>
            <w:vAlign w:val="center"/>
            <w:hideMark/>
          </w:tcPr>
          <w:p w14:paraId="613CE00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278</w:t>
            </w:r>
          </w:p>
        </w:tc>
      </w:tr>
      <w:tr w:rsidR="009773B9" w:rsidRPr="00F53990" w14:paraId="4637E41A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</w:tcPr>
          <w:p w14:paraId="4F261E6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84" w:type="dxa"/>
            <w:noWrap/>
            <w:vAlign w:val="center"/>
            <w:hideMark/>
          </w:tcPr>
          <w:p w14:paraId="04699A4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50*70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624F8FF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21530D9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500</w:t>
            </w:r>
          </w:p>
        </w:tc>
        <w:tc>
          <w:tcPr>
            <w:tcW w:w="827" w:type="dxa"/>
            <w:noWrap/>
            <w:vAlign w:val="center"/>
            <w:hideMark/>
          </w:tcPr>
          <w:p w14:paraId="0A3C197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465</w:t>
            </w:r>
          </w:p>
        </w:tc>
        <w:tc>
          <w:tcPr>
            <w:tcW w:w="827" w:type="dxa"/>
            <w:noWrap/>
            <w:vAlign w:val="center"/>
            <w:hideMark/>
          </w:tcPr>
          <w:p w14:paraId="3EA8CC8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432</w:t>
            </w:r>
          </w:p>
        </w:tc>
        <w:tc>
          <w:tcPr>
            <w:tcW w:w="859" w:type="dxa"/>
            <w:noWrap/>
            <w:vAlign w:val="center"/>
            <w:hideMark/>
          </w:tcPr>
          <w:p w14:paraId="6CBA638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402</w:t>
            </w:r>
          </w:p>
        </w:tc>
        <w:tc>
          <w:tcPr>
            <w:tcW w:w="998" w:type="dxa"/>
            <w:noWrap/>
            <w:vAlign w:val="center"/>
            <w:hideMark/>
          </w:tcPr>
          <w:p w14:paraId="4588224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374</w:t>
            </w:r>
          </w:p>
        </w:tc>
        <w:tc>
          <w:tcPr>
            <w:tcW w:w="1203" w:type="dxa"/>
            <w:noWrap/>
            <w:vAlign w:val="center"/>
            <w:hideMark/>
          </w:tcPr>
          <w:p w14:paraId="1297021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348</w:t>
            </w:r>
          </w:p>
        </w:tc>
      </w:tr>
      <w:tr w:rsidR="009773B9" w:rsidRPr="00F53990" w14:paraId="1200D9B5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  <w:hideMark/>
          </w:tcPr>
          <w:p w14:paraId="693698A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А1</w:t>
            </w:r>
          </w:p>
        </w:tc>
        <w:tc>
          <w:tcPr>
            <w:tcW w:w="1584" w:type="dxa"/>
            <w:noWrap/>
            <w:vAlign w:val="center"/>
            <w:hideMark/>
          </w:tcPr>
          <w:p w14:paraId="6E8C1FE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60*84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10AFDE5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45F0B2B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750</w:t>
            </w:r>
          </w:p>
        </w:tc>
        <w:tc>
          <w:tcPr>
            <w:tcW w:w="827" w:type="dxa"/>
            <w:noWrap/>
            <w:vAlign w:val="center"/>
            <w:hideMark/>
          </w:tcPr>
          <w:p w14:paraId="3E045EB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698</w:t>
            </w:r>
          </w:p>
        </w:tc>
        <w:tc>
          <w:tcPr>
            <w:tcW w:w="827" w:type="dxa"/>
            <w:noWrap/>
            <w:vAlign w:val="center"/>
            <w:hideMark/>
          </w:tcPr>
          <w:p w14:paraId="48B326B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649</w:t>
            </w:r>
          </w:p>
        </w:tc>
        <w:tc>
          <w:tcPr>
            <w:tcW w:w="859" w:type="dxa"/>
            <w:noWrap/>
            <w:vAlign w:val="center"/>
            <w:hideMark/>
          </w:tcPr>
          <w:p w14:paraId="1BE215B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603</w:t>
            </w:r>
          </w:p>
        </w:tc>
        <w:tc>
          <w:tcPr>
            <w:tcW w:w="998" w:type="dxa"/>
            <w:noWrap/>
            <w:vAlign w:val="center"/>
            <w:hideMark/>
          </w:tcPr>
          <w:p w14:paraId="4B67433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561</w:t>
            </w:r>
          </w:p>
        </w:tc>
        <w:tc>
          <w:tcPr>
            <w:tcW w:w="1203" w:type="dxa"/>
            <w:noWrap/>
            <w:vAlign w:val="center"/>
            <w:hideMark/>
          </w:tcPr>
          <w:p w14:paraId="538AE1A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522</w:t>
            </w:r>
          </w:p>
        </w:tc>
      </w:tr>
      <w:tr w:rsidR="009773B9" w:rsidRPr="00F53990" w14:paraId="069C8114" w14:textId="77777777" w:rsidTr="000054D5">
        <w:trPr>
          <w:trHeight w:val="390"/>
          <w:jc w:val="center"/>
        </w:trPr>
        <w:tc>
          <w:tcPr>
            <w:tcW w:w="1807" w:type="dxa"/>
            <w:noWrap/>
            <w:vAlign w:val="center"/>
            <w:hideMark/>
          </w:tcPr>
          <w:p w14:paraId="45ACB42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АО</w:t>
            </w:r>
          </w:p>
        </w:tc>
        <w:tc>
          <w:tcPr>
            <w:tcW w:w="1584" w:type="dxa"/>
            <w:noWrap/>
            <w:vAlign w:val="center"/>
            <w:hideMark/>
          </w:tcPr>
          <w:p w14:paraId="0D87BC8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84*120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1376" w:type="dxa"/>
            <w:noWrap/>
            <w:vAlign w:val="center"/>
            <w:hideMark/>
          </w:tcPr>
          <w:p w14:paraId="2B58F6D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827" w:type="dxa"/>
            <w:noWrap/>
            <w:vAlign w:val="center"/>
            <w:hideMark/>
          </w:tcPr>
          <w:p w14:paraId="0F016CF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1300</w:t>
            </w:r>
          </w:p>
        </w:tc>
        <w:tc>
          <w:tcPr>
            <w:tcW w:w="827" w:type="dxa"/>
            <w:noWrap/>
            <w:vAlign w:val="center"/>
            <w:hideMark/>
          </w:tcPr>
          <w:p w14:paraId="44BF278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1209</w:t>
            </w:r>
          </w:p>
        </w:tc>
        <w:tc>
          <w:tcPr>
            <w:tcW w:w="827" w:type="dxa"/>
            <w:noWrap/>
            <w:vAlign w:val="center"/>
            <w:hideMark/>
          </w:tcPr>
          <w:p w14:paraId="745C95B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1124</w:t>
            </w:r>
          </w:p>
        </w:tc>
        <w:tc>
          <w:tcPr>
            <w:tcW w:w="859" w:type="dxa"/>
            <w:noWrap/>
            <w:vAlign w:val="center"/>
            <w:hideMark/>
          </w:tcPr>
          <w:p w14:paraId="1EE9BE9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1046</w:t>
            </w:r>
          </w:p>
        </w:tc>
        <w:tc>
          <w:tcPr>
            <w:tcW w:w="998" w:type="dxa"/>
            <w:noWrap/>
            <w:vAlign w:val="center"/>
            <w:hideMark/>
          </w:tcPr>
          <w:p w14:paraId="0840960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972</w:t>
            </w:r>
          </w:p>
        </w:tc>
        <w:tc>
          <w:tcPr>
            <w:tcW w:w="1203" w:type="dxa"/>
            <w:noWrap/>
            <w:vAlign w:val="center"/>
            <w:hideMark/>
          </w:tcPr>
          <w:p w14:paraId="30C8136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904</w:t>
            </w:r>
          </w:p>
        </w:tc>
      </w:tr>
    </w:tbl>
    <w:p w14:paraId="3D109403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00B1653" w14:textId="77777777" w:rsidR="009773B9" w:rsidRPr="00621F6E" w:rsidRDefault="009773B9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  <w:r w:rsidRPr="00621F6E">
        <w:rPr>
          <w:rFonts w:asciiTheme="majorBidi" w:hAnsiTheme="majorBidi" w:cstheme="majorBidi"/>
          <w:color w:val="1F4E78"/>
          <w:sz w:val="20"/>
          <w:szCs w:val="20"/>
          <w:lang w:val="ru-RU"/>
        </w:rPr>
        <w:t>Цветная струйная печать и ксерокопия А4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105"/>
        <w:gridCol w:w="1255"/>
        <w:gridCol w:w="2369"/>
        <w:gridCol w:w="770"/>
        <w:gridCol w:w="770"/>
        <w:gridCol w:w="770"/>
        <w:gridCol w:w="909"/>
        <w:gridCol w:w="1056"/>
        <w:gridCol w:w="1190"/>
      </w:tblGrid>
      <w:tr w:rsidR="0051402A" w:rsidRPr="0051402A" w14:paraId="14903A9B" w14:textId="77777777" w:rsidTr="0051402A">
        <w:trPr>
          <w:trHeight w:val="390"/>
          <w:jc w:val="center"/>
        </w:trPr>
        <w:tc>
          <w:tcPr>
            <w:tcW w:w="1116" w:type="dxa"/>
            <w:vMerge w:val="restart"/>
            <w:shd w:val="clear" w:color="auto" w:fill="FFC700"/>
            <w:hideMark/>
          </w:tcPr>
          <w:p w14:paraId="046442D3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Формат</w:t>
            </w:r>
            <w:proofErr w:type="spellEnd"/>
          </w:p>
        </w:tc>
        <w:tc>
          <w:tcPr>
            <w:tcW w:w="1269" w:type="dxa"/>
            <w:vMerge w:val="restart"/>
            <w:shd w:val="clear" w:color="auto" w:fill="FFC700"/>
            <w:hideMark/>
          </w:tcPr>
          <w:p w14:paraId="156455DF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Плотность бумаги,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гр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</w:t>
            </w:r>
            <w:proofErr w:type="spellStart"/>
            <w:proofErr w:type="gramStart"/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кв.м</w:t>
            </w:r>
            <w:proofErr w:type="spellEnd"/>
            <w:proofErr w:type="gramEnd"/>
          </w:p>
        </w:tc>
        <w:tc>
          <w:tcPr>
            <w:tcW w:w="2399" w:type="dxa"/>
            <w:vMerge w:val="restart"/>
            <w:shd w:val="clear" w:color="auto" w:fill="FFC700"/>
            <w:noWrap/>
            <w:hideMark/>
          </w:tcPr>
          <w:p w14:paraId="453F0ED9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Тип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бумаги</w:t>
            </w:r>
            <w:proofErr w:type="spellEnd"/>
          </w:p>
        </w:tc>
        <w:tc>
          <w:tcPr>
            <w:tcW w:w="5524" w:type="dxa"/>
            <w:gridSpan w:val="6"/>
            <w:shd w:val="clear" w:color="auto" w:fill="FFC700"/>
            <w:noWrap/>
            <w:hideMark/>
          </w:tcPr>
          <w:p w14:paraId="1F297593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Тираж</w:t>
            </w:r>
            <w:proofErr w:type="spellEnd"/>
          </w:p>
        </w:tc>
      </w:tr>
      <w:tr w:rsidR="009773B9" w:rsidRPr="00F53990" w14:paraId="7ED18404" w14:textId="77777777" w:rsidTr="0051402A">
        <w:trPr>
          <w:trHeight w:val="390"/>
          <w:jc w:val="center"/>
        </w:trPr>
        <w:tc>
          <w:tcPr>
            <w:tcW w:w="1116" w:type="dxa"/>
            <w:vMerge/>
            <w:shd w:val="clear" w:color="auto" w:fill="747474" w:themeFill="background2" w:themeFillShade="80"/>
            <w:hideMark/>
          </w:tcPr>
          <w:p w14:paraId="7C251A9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747474" w:themeFill="background2" w:themeFillShade="80"/>
            <w:hideMark/>
          </w:tcPr>
          <w:p w14:paraId="367AA56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99" w:type="dxa"/>
            <w:vMerge/>
            <w:shd w:val="clear" w:color="auto" w:fill="747474" w:themeFill="background2" w:themeFillShade="80"/>
            <w:hideMark/>
          </w:tcPr>
          <w:p w14:paraId="1A27DB8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C700"/>
            <w:noWrap/>
            <w:hideMark/>
          </w:tcPr>
          <w:p w14:paraId="061E6B1F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1-10</w:t>
            </w:r>
          </w:p>
        </w:tc>
        <w:tc>
          <w:tcPr>
            <w:tcW w:w="778" w:type="dxa"/>
            <w:shd w:val="clear" w:color="auto" w:fill="FFC700"/>
            <w:noWrap/>
            <w:hideMark/>
          </w:tcPr>
          <w:p w14:paraId="58002EE5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11-20</w:t>
            </w:r>
          </w:p>
        </w:tc>
        <w:tc>
          <w:tcPr>
            <w:tcW w:w="778" w:type="dxa"/>
            <w:shd w:val="clear" w:color="auto" w:fill="FFC700"/>
            <w:noWrap/>
            <w:hideMark/>
          </w:tcPr>
          <w:p w14:paraId="1A13EE98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20-50</w:t>
            </w:r>
          </w:p>
        </w:tc>
        <w:tc>
          <w:tcPr>
            <w:tcW w:w="919" w:type="dxa"/>
            <w:shd w:val="clear" w:color="auto" w:fill="FFC700"/>
            <w:noWrap/>
            <w:hideMark/>
          </w:tcPr>
          <w:p w14:paraId="09B50A2C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50-100</w:t>
            </w:r>
          </w:p>
        </w:tc>
        <w:tc>
          <w:tcPr>
            <w:tcW w:w="1068" w:type="dxa"/>
            <w:shd w:val="clear" w:color="auto" w:fill="FFC700"/>
            <w:noWrap/>
            <w:hideMark/>
          </w:tcPr>
          <w:p w14:paraId="0154025F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100-150</w:t>
            </w:r>
          </w:p>
        </w:tc>
        <w:tc>
          <w:tcPr>
            <w:tcW w:w="1203" w:type="dxa"/>
            <w:shd w:val="clear" w:color="auto" w:fill="FFC700"/>
            <w:noWrap/>
            <w:hideMark/>
          </w:tcPr>
          <w:p w14:paraId="0EEB9576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200-500</w:t>
            </w:r>
          </w:p>
        </w:tc>
      </w:tr>
      <w:tr w:rsidR="009773B9" w:rsidRPr="00F53990" w14:paraId="46B01A70" w14:textId="77777777" w:rsidTr="000054D5">
        <w:trPr>
          <w:trHeight w:val="390"/>
          <w:jc w:val="center"/>
        </w:trPr>
        <w:tc>
          <w:tcPr>
            <w:tcW w:w="1116" w:type="dxa"/>
            <w:noWrap/>
            <w:vAlign w:val="center"/>
            <w:hideMark/>
          </w:tcPr>
          <w:p w14:paraId="46C282F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А4</w:t>
            </w:r>
          </w:p>
        </w:tc>
        <w:tc>
          <w:tcPr>
            <w:tcW w:w="1269" w:type="dxa"/>
            <w:noWrap/>
            <w:vAlign w:val="center"/>
            <w:hideMark/>
          </w:tcPr>
          <w:p w14:paraId="2F279A3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2399" w:type="dxa"/>
            <w:noWrap/>
            <w:vAlign w:val="center"/>
            <w:hideMark/>
          </w:tcPr>
          <w:p w14:paraId="1D552C2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Обычный</w:t>
            </w:r>
            <w:proofErr w:type="spellEnd"/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док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678C39D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20 </w:t>
            </w:r>
          </w:p>
        </w:tc>
        <w:tc>
          <w:tcPr>
            <w:tcW w:w="778" w:type="dxa"/>
            <w:noWrap/>
            <w:vAlign w:val="center"/>
            <w:hideMark/>
          </w:tcPr>
          <w:p w14:paraId="0993231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18 </w:t>
            </w:r>
          </w:p>
        </w:tc>
        <w:tc>
          <w:tcPr>
            <w:tcW w:w="778" w:type="dxa"/>
            <w:noWrap/>
            <w:vAlign w:val="center"/>
            <w:hideMark/>
          </w:tcPr>
          <w:p w14:paraId="6CB57E6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16 </w:t>
            </w:r>
          </w:p>
        </w:tc>
        <w:tc>
          <w:tcPr>
            <w:tcW w:w="919" w:type="dxa"/>
            <w:noWrap/>
            <w:vAlign w:val="center"/>
            <w:hideMark/>
          </w:tcPr>
          <w:p w14:paraId="09BFCC0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15 </w:t>
            </w:r>
          </w:p>
        </w:tc>
        <w:tc>
          <w:tcPr>
            <w:tcW w:w="1068" w:type="dxa"/>
            <w:noWrap/>
            <w:vAlign w:val="center"/>
            <w:hideMark/>
          </w:tcPr>
          <w:p w14:paraId="1E02030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13 </w:t>
            </w:r>
          </w:p>
        </w:tc>
        <w:tc>
          <w:tcPr>
            <w:tcW w:w="1203" w:type="dxa"/>
            <w:noWrap/>
            <w:vAlign w:val="center"/>
            <w:hideMark/>
          </w:tcPr>
          <w:p w14:paraId="4E3AF40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12 </w:t>
            </w:r>
          </w:p>
        </w:tc>
      </w:tr>
      <w:tr w:rsidR="009773B9" w:rsidRPr="00F53990" w14:paraId="2C031099" w14:textId="77777777" w:rsidTr="000054D5">
        <w:trPr>
          <w:trHeight w:val="390"/>
          <w:jc w:val="center"/>
        </w:trPr>
        <w:tc>
          <w:tcPr>
            <w:tcW w:w="1116" w:type="dxa"/>
            <w:noWrap/>
            <w:vAlign w:val="center"/>
            <w:hideMark/>
          </w:tcPr>
          <w:p w14:paraId="6CF3247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А4</w:t>
            </w:r>
          </w:p>
        </w:tc>
        <w:tc>
          <w:tcPr>
            <w:tcW w:w="1269" w:type="dxa"/>
            <w:noWrap/>
            <w:vAlign w:val="center"/>
            <w:hideMark/>
          </w:tcPr>
          <w:p w14:paraId="46CB952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2399" w:type="dxa"/>
            <w:noWrap/>
            <w:vAlign w:val="center"/>
            <w:hideMark/>
          </w:tcPr>
          <w:p w14:paraId="0B2670A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Обычная</w:t>
            </w:r>
            <w:proofErr w:type="spellEnd"/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 с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зал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5CBCB54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25 </w:t>
            </w:r>
          </w:p>
        </w:tc>
        <w:tc>
          <w:tcPr>
            <w:tcW w:w="778" w:type="dxa"/>
            <w:noWrap/>
            <w:vAlign w:val="center"/>
            <w:hideMark/>
          </w:tcPr>
          <w:p w14:paraId="4E83FD6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23 </w:t>
            </w:r>
          </w:p>
        </w:tc>
        <w:tc>
          <w:tcPr>
            <w:tcW w:w="778" w:type="dxa"/>
            <w:noWrap/>
            <w:vAlign w:val="center"/>
            <w:hideMark/>
          </w:tcPr>
          <w:p w14:paraId="389D154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20 </w:t>
            </w:r>
          </w:p>
        </w:tc>
        <w:tc>
          <w:tcPr>
            <w:tcW w:w="919" w:type="dxa"/>
            <w:noWrap/>
            <w:vAlign w:val="center"/>
            <w:hideMark/>
          </w:tcPr>
          <w:p w14:paraId="7D4571B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18 </w:t>
            </w:r>
          </w:p>
        </w:tc>
        <w:tc>
          <w:tcPr>
            <w:tcW w:w="1068" w:type="dxa"/>
            <w:noWrap/>
            <w:vAlign w:val="center"/>
            <w:hideMark/>
          </w:tcPr>
          <w:p w14:paraId="6C27A90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16 </w:t>
            </w:r>
          </w:p>
        </w:tc>
        <w:tc>
          <w:tcPr>
            <w:tcW w:w="1203" w:type="dxa"/>
            <w:noWrap/>
            <w:vAlign w:val="center"/>
            <w:hideMark/>
          </w:tcPr>
          <w:p w14:paraId="488B889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15 </w:t>
            </w:r>
          </w:p>
        </w:tc>
      </w:tr>
      <w:tr w:rsidR="009773B9" w:rsidRPr="00F53990" w14:paraId="13AF56A0" w14:textId="77777777" w:rsidTr="000054D5">
        <w:trPr>
          <w:trHeight w:val="390"/>
          <w:jc w:val="center"/>
        </w:trPr>
        <w:tc>
          <w:tcPr>
            <w:tcW w:w="1116" w:type="dxa"/>
            <w:noWrap/>
            <w:vAlign w:val="center"/>
            <w:hideMark/>
          </w:tcPr>
          <w:p w14:paraId="0CA082F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А4</w:t>
            </w:r>
          </w:p>
        </w:tc>
        <w:tc>
          <w:tcPr>
            <w:tcW w:w="1269" w:type="dxa"/>
            <w:noWrap/>
            <w:vAlign w:val="center"/>
            <w:hideMark/>
          </w:tcPr>
          <w:p w14:paraId="04CD1F3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130</w:t>
            </w:r>
          </w:p>
        </w:tc>
        <w:tc>
          <w:tcPr>
            <w:tcW w:w="2399" w:type="dxa"/>
            <w:noWrap/>
            <w:vAlign w:val="center"/>
            <w:hideMark/>
          </w:tcPr>
          <w:p w14:paraId="4C33408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653F095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36 </w:t>
            </w:r>
          </w:p>
        </w:tc>
        <w:tc>
          <w:tcPr>
            <w:tcW w:w="778" w:type="dxa"/>
            <w:noWrap/>
            <w:vAlign w:val="center"/>
            <w:hideMark/>
          </w:tcPr>
          <w:p w14:paraId="3E56B62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33 </w:t>
            </w:r>
          </w:p>
        </w:tc>
        <w:tc>
          <w:tcPr>
            <w:tcW w:w="778" w:type="dxa"/>
            <w:noWrap/>
            <w:vAlign w:val="center"/>
            <w:hideMark/>
          </w:tcPr>
          <w:p w14:paraId="1F961A8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29 </w:t>
            </w:r>
          </w:p>
        </w:tc>
        <w:tc>
          <w:tcPr>
            <w:tcW w:w="919" w:type="dxa"/>
            <w:noWrap/>
            <w:vAlign w:val="center"/>
            <w:hideMark/>
          </w:tcPr>
          <w:p w14:paraId="5C84A7A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27 </w:t>
            </w:r>
          </w:p>
        </w:tc>
        <w:tc>
          <w:tcPr>
            <w:tcW w:w="1068" w:type="dxa"/>
            <w:noWrap/>
            <w:vAlign w:val="center"/>
            <w:hideMark/>
          </w:tcPr>
          <w:p w14:paraId="681F854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24 </w:t>
            </w:r>
          </w:p>
        </w:tc>
        <w:tc>
          <w:tcPr>
            <w:tcW w:w="1203" w:type="dxa"/>
            <w:noWrap/>
            <w:vAlign w:val="center"/>
            <w:hideMark/>
          </w:tcPr>
          <w:p w14:paraId="1C48108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21 </w:t>
            </w:r>
          </w:p>
        </w:tc>
      </w:tr>
      <w:tr w:rsidR="009773B9" w:rsidRPr="00F53990" w14:paraId="4F74F92A" w14:textId="77777777" w:rsidTr="000054D5">
        <w:trPr>
          <w:trHeight w:val="390"/>
          <w:jc w:val="center"/>
        </w:trPr>
        <w:tc>
          <w:tcPr>
            <w:tcW w:w="1116" w:type="dxa"/>
            <w:noWrap/>
            <w:vAlign w:val="center"/>
            <w:hideMark/>
          </w:tcPr>
          <w:p w14:paraId="489AFF7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А4</w:t>
            </w:r>
          </w:p>
        </w:tc>
        <w:tc>
          <w:tcPr>
            <w:tcW w:w="1269" w:type="dxa"/>
            <w:noWrap/>
            <w:vAlign w:val="center"/>
            <w:hideMark/>
          </w:tcPr>
          <w:p w14:paraId="7D47025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160</w:t>
            </w:r>
          </w:p>
        </w:tc>
        <w:tc>
          <w:tcPr>
            <w:tcW w:w="2399" w:type="dxa"/>
            <w:noWrap/>
            <w:vAlign w:val="center"/>
            <w:hideMark/>
          </w:tcPr>
          <w:p w14:paraId="2831D7D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1B312B7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40 </w:t>
            </w:r>
          </w:p>
        </w:tc>
        <w:tc>
          <w:tcPr>
            <w:tcW w:w="778" w:type="dxa"/>
            <w:noWrap/>
            <w:vAlign w:val="center"/>
            <w:hideMark/>
          </w:tcPr>
          <w:p w14:paraId="485E4DF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36 </w:t>
            </w:r>
          </w:p>
        </w:tc>
        <w:tc>
          <w:tcPr>
            <w:tcW w:w="778" w:type="dxa"/>
            <w:noWrap/>
            <w:vAlign w:val="center"/>
            <w:hideMark/>
          </w:tcPr>
          <w:p w14:paraId="64E1409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32 </w:t>
            </w:r>
          </w:p>
        </w:tc>
        <w:tc>
          <w:tcPr>
            <w:tcW w:w="919" w:type="dxa"/>
            <w:noWrap/>
            <w:vAlign w:val="center"/>
            <w:hideMark/>
          </w:tcPr>
          <w:p w14:paraId="3076B39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29 </w:t>
            </w:r>
          </w:p>
        </w:tc>
        <w:tc>
          <w:tcPr>
            <w:tcW w:w="1068" w:type="dxa"/>
            <w:noWrap/>
            <w:vAlign w:val="center"/>
            <w:hideMark/>
          </w:tcPr>
          <w:p w14:paraId="54D5B66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26 </w:t>
            </w:r>
          </w:p>
        </w:tc>
        <w:tc>
          <w:tcPr>
            <w:tcW w:w="1203" w:type="dxa"/>
            <w:noWrap/>
            <w:vAlign w:val="center"/>
            <w:hideMark/>
          </w:tcPr>
          <w:p w14:paraId="25C3468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24 </w:t>
            </w:r>
          </w:p>
        </w:tc>
      </w:tr>
      <w:tr w:rsidR="009773B9" w:rsidRPr="00F53990" w14:paraId="18FFB927" w14:textId="77777777" w:rsidTr="000054D5">
        <w:trPr>
          <w:trHeight w:val="390"/>
          <w:jc w:val="center"/>
        </w:trPr>
        <w:tc>
          <w:tcPr>
            <w:tcW w:w="1116" w:type="dxa"/>
            <w:noWrap/>
            <w:vAlign w:val="center"/>
            <w:hideMark/>
          </w:tcPr>
          <w:p w14:paraId="5587977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А4</w:t>
            </w:r>
          </w:p>
        </w:tc>
        <w:tc>
          <w:tcPr>
            <w:tcW w:w="1269" w:type="dxa"/>
            <w:noWrap/>
            <w:vAlign w:val="center"/>
            <w:hideMark/>
          </w:tcPr>
          <w:p w14:paraId="4DCAE74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2399" w:type="dxa"/>
            <w:noWrap/>
            <w:vAlign w:val="center"/>
            <w:hideMark/>
          </w:tcPr>
          <w:p w14:paraId="7C17855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778" w:type="dxa"/>
            <w:noWrap/>
            <w:vAlign w:val="center"/>
            <w:hideMark/>
          </w:tcPr>
          <w:p w14:paraId="2D62CEF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42 </w:t>
            </w:r>
          </w:p>
        </w:tc>
        <w:tc>
          <w:tcPr>
            <w:tcW w:w="778" w:type="dxa"/>
            <w:noWrap/>
            <w:vAlign w:val="center"/>
            <w:hideMark/>
          </w:tcPr>
          <w:p w14:paraId="42ABBA4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38 </w:t>
            </w:r>
          </w:p>
        </w:tc>
        <w:tc>
          <w:tcPr>
            <w:tcW w:w="778" w:type="dxa"/>
            <w:noWrap/>
            <w:vAlign w:val="center"/>
            <w:hideMark/>
          </w:tcPr>
          <w:p w14:paraId="5115B44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34 </w:t>
            </w:r>
          </w:p>
        </w:tc>
        <w:tc>
          <w:tcPr>
            <w:tcW w:w="919" w:type="dxa"/>
            <w:noWrap/>
            <w:vAlign w:val="center"/>
            <w:hideMark/>
          </w:tcPr>
          <w:p w14:paraId="48B2892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31 </w:t>
            </w:r>
          </w:p>
        </w:tc>
        <w:tc>
          <w:tcPr>
            <w:tcW w:w="1068" w:type="dxa"/>
            <w:noWrap/>
            <w:vAlign w:val="center"/>
            <w:hideMark/>
          </w:tcPr>
          <w:p w14:paraId="0445345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</w:p>
        </w:tc>
        <w:tc>
          <w:tcPr>
            <w:tcW w:w="1203" w:type="dxa"/>
            <w:noWrap/>
            <w:vAlign w:val="center"/>
            <w:hideMark/>
          </w:tcPr>
          <w:p w14:paraId="6DF6329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25 </w:t>
            </w:r>
          </w:p>
        </w:tc>
      </w:tr>
    </w:tbl>
    <w:p w14:paraId="256ECF08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70932C9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6EE0A6F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5130DC2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7037F41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C35A7CB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31730604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4BA9741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659C3C2" w14:textId="77777777" w:rsidR="00B1047D" w:rsidRDefault="00B1047D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62DDB460" w14:textId="77777777" w:rsidR="00B1047D" w:rsidRDefault="00B1047D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B414341" w14:textId="77777777" w:rsidR="00B1047D" w:rsidRDefault="00B1047D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C6C4117" w14:textId="77777777" w:rsidR="00B1047D" w:rsidRDefault="00B1047D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9211F5E" w14:textId="77777777" w:rsidR="00B1047D" w:rsidRDefault="00B1047D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5495D40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A8B226A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6B3FEE6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43FDB3D" w14:textId="77777777" w:rsidR="00B1047D" w:rsidRDefault="00B1047D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214F2C4" w14:textId="77777777" w:rsidR="00B1047D" w:rsidRDefault="00B1047D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4"/>
      </w:tblGrid>
      <w:tr w:rsidR="009773B9" w:rsidRPr="00F53990" w14:paraId="416F9698" w14:textId="77777777" w:rsidTr="00B74FA7">
        <w:trPr>
          <w:jc w:val="center"/>
        </w:trPr>
        <w:tc>
          <w:tcPr>
            <w:tcW w:w="10204" w:type="dxa"/>
            <w:shd w:val="clear" w:color="auto" w:fill="1F4E78"/>
            <w:vAlign w:val="center"/>
          </w:tcPr>
          <w:p w14:paraId="66F433AE" w14:textId="66DCA6E2" w:rsidR="009773B9" w:rsidRPr="00F53990" w:rsidRDefault="009773B9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>0</w:t>
            </w:r>
            <w:r w:rsidR="001457E4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4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 xml:space="preserve"> / ДОПОЛНИТЕЛЬНЫЕ УСЛУГИ</w:t>
            </w:r>
          </w:p>
        </w:tc>
      </w:tr>
    </w:tbl>
    <w:tbl>
      <w:tblPr>
        <w:tblStyle w:val="aff0"/>
        <w:tblpPr w:leftFromText="180" w:rightFromText="180" w:vertAnchor="page" w:horzAnchor="margin" w:tblpY="1918"/>
        <w:tblW w:w="0" w:type="auto"/>
        <w:tblLook w:val="04A0" w:firstRow="1" w:lastRow="0" w:firstColumn="1" w:lastColumn="0" w:noHBand="0" w:noVBand="1"/>
      </w:tblPr>
      <w:tblGrid>
        <w:gridCol w:w="4600"/>
        <w:gridCol w:w="3986"/>
        <w:gridCol w:w="1226"/>
      </w:tblGrid>
      <w:tr w:rsidR="0051402A" w:rsidRPr="0051402A" w14:paraId="13CCDD2A" w14:textId="77777777" w:rsidTr="00B1047D">
        <w:trPr>
          <w:trHeight w:val="227"/>
        </w:trPr>
        <w:tc>
          <w:tcPr>
            <w:tcW w:w="4600" w:type="dxa"/>
            <w:shd w:val="clear" w:color="auto" w:fill="FFC700"/>
            <w:vAlign w:val="center"/>
          </w:tcPr>
          <w:p w14:paraId="70F10CC6" w14:textId="77777777" w:rsidR="009773B9" w:rsidRPr="0051402A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Услуга</w:t>
            </w:r>
            <w:proofErr w:type="spellEnd"/>
          </w:p>
        </w:tc>
        <w:tc>
          <w:tcPr>
            <w:tcW w:w="3986" w:type="dxa"/>
            <w:shd w:val="clear" w:color="auto" w:fill="FFC700"/>
            <w:vAlign w:val="center"/>
          </w:tcPr>
          <w:p w14:paraId="6A83F3AD" w14:textId="77777777" w:rsidR="009773B9" w:rsidRPr="0051402A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Условие</w:t>
            </w:r>
            <w:proofErr w:type="spellEnd"/>
          </w:p>
        </w:tc>
        <w:tc>
          <w:tcPr>
            <w:tcW w:w="1226" w:type="dxa"/>
            <w:shd w:val="clear" w:color="auto" w:fill="FFC700"/>
            <w:vAlign w:val="center"/>
          </w:tcPr>
          <w:p w14:paraId="6328157A" w14:textId="77777777" w:rsidR="009773B9" w:rsidRPr="0051402A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</w:p>
        </w:tc>
      </w:tr>
      <w:tr w:rsidR="009773B9" w:rsidRPr="00F53990" w14:paraId="7AA90F49" w14:textId="77777777" w:rsidTr="00B1047D">
        <w:trPr>
          <w:trHeight w:val="284"/>
        </w:trPr>
        <w:tc>
          <w:tcPr>
            <w:tcW w:w="4600" w:type="dxa"/>
            <w:shd w:val="clear" w:color="auto" w:fill="FFFFFF"/>
            <w:vAlign w:val="center"/>
          </w:tcPr>
          <w:p w14:paraId="354D40B1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Сканирование</w:t>
            </w:r>
            <w:proofErr w:type="spellEnd"/>
          </w:p>
        </w:tc>
        <w:tc>
          <w:tcPr>
            <w:tcW w:w="3986" w:type="dxa"/>
            <w:shd w:val="clear" w:color="auto" w:fill="FFFFFF"/>
            <w:vAlign w:val="center"/>
          </w:tcPr>
          <w:p w14:paraId="6FB7951F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</w:t>
            </w:r>
          </w:p>
        </w:tc>
        <w:tc>
          <w:tcPr>
            <w:tcW w:w="1226" w:type="dxa"/>
            <w:shd w:val="clear" w:color="auto" w:fill="FFFFFF"/>
            <w:vAlign w:val="center"/>
          </w:tcPr>
          <w:p w14:paraId="70E0C9C2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20 </w:t>
            </w:r>
          </w:p>
        </w:tc>
      </w:tr>
      <w:tr w:rsidR="009773B9" w:rsidRPr="00F53990" w14:paraId="74DC2684" w14:textId="77777777" w:rsidTr="00B1047D">
        <w:trPr>
          <w:trHeight w:val="284"/>
        </w:trPr>
        <w:tc>
          <w:tcPr>
            <w:tcW w:w="4600" w:type="dxa"/>
            <w:shd w:val="clear" w:color="auto" w:fill="F6F8FA"/>
            <w:vAlign w:val="center"/>
          </w:tcPr>
          <w:p w14:paraId="42BC4E71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Сканирование</w:t>
            </w:r>
            <w:proofErr w:type="spellEnd"/>
          </w:p>
        </w:tc>
        <w:tc>
          <w:tcPr>
            <w:tcW w:w="3986" w:type="dxa"/>
            <w:shd w:val="clear" w:color="auto" w:fill="F6F8FA"/>
            <w:vAlign w:val="center"/>
          </w:tcPr>
          <w:p w14:paraId="4D1A26AF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А3</w:t>
            </w:r>
          </w:p>
        </w:tc>
        <w:tc>
          <w:tcPr>
            <w:tcW w:w="1226" w:type="dxa"/>
            <w:shd w:val="clear" w:color="auto" w:fill="F6F8FA"/>
            <w:vAlign w:val="center"/>
          </w:tcPr>
          <w:p w14:paraId="7F4AD50C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40 </w:t>
            </w:r>
          </w:p>
        </w:tc>
      </w:tr>
      <w:tr w:rsidR="009773B9" w:rsidRPr="00F53990" w14:paraId="1AEE16AC" w14:textId="77777777" w:rsidTr="00B1047D">
        <w:trPr>
          <w:trHeight w:val="284"/>
        </w:trPr>
        <w:tc>
          <w:tcPr>
            <w:tcW w:w="4600" w:type="dxa"/>
            <w:shd w:val="clear" w:color="auto" w:fill="FFFFFF"/>
            <w:vAlign w:val="center"/>
          </w:tcPr>
          <w:p w14:paraId="3CBE8B37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Сканирование</w:t>
            </w:r>
            <w:proofErr w:type="spellEnd"/>
          </w:p>
        </w:tc>
        <w:tc>
          <w:tcPr>
            <w:tcW w:w="3986" w:type="dxa"/>
            <w:shd w:val="clear" w:color="auto" w:fill="FFFFFF"/>
            <w:vAlign w:val="center"/>
          </w:tcPr>
          <w:p w14:paraId="74EFA128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Фото</w:t>
            </w:r>
            <w:proofErr w:type="spellEnd"/>
          </w:p>
        </w:tc>
        <w:tc>
          <w:tcPr>
            <w:tcW w:w="1226" w:type="dxa"/>
            <w:shd w:val="clear" w:color="auto" w:fill="FFFFFF"/>
            <w:vAlign w:val="center"/>
          </w:tcPr>
          <w:p w14:paraId="2806761E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6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0 </w:t>
            </w:r>
          </w:p>
        </w:tc>
      </w:tr>
      <w:tr w:rsidR="009773B9" w:rsidRPr="00F53990" w14:paraId="4E0CF811" w14:textId="77777777" w:rsidTr="00B1047D">
        <w:trPr>
          <w:trHeight w:val="284"/>
        </w:trPr>
        <w:tc>
          <w:tcPr>
            <w:tcW w:w="4600" w:type="dxa"/>
            <w:shd w:val="clear" w:color="auto" w:fill="F6F8FA"/>
            <w:vAlign w:val="center"/>
          </w:tcPr>
          <w:p w14:paraId="3AE879AF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Ксерокопия</w:t>
            </w:r>
            <w:proofErr w:type="spellEnd"/>
          </w:p>
        </w:tc>
        <w:tc>
          <w:tcPr>
            <w:tcW w:w="3986" w:type="dxa"/>
            <w:shd w:val="clear" w:color="auto" w:fill="F6F8FA"/>
            <w:vAlign w:val="center"/>
          </w:tcPr>
          <w:p w14:paraId="03910712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 Ч/Б</w:t>
            </w:r>
          </w:p>
        </w:tc>
        <w:tc>
          <w:tcPr>
            <w:tcW w:w="1226" w:type="dxa"/>
            <w:shd w:val="clear" w:color="auto" w:fill="F6F8FA"/>
            <w:vAlign w:val="center"/>
          </w:tcPr>
          <w:p w14:paraId="6DC8DE81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</w:t>
            </w: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</w:p>
        </w:tc>
      </w:tr>
      <w:tr w:rsidR="009773B9" w:rsidRPr="00F53990" w14:paraId="0EBBC806" w14:textId="77777777" w:rsidTr="00B1047D">
        <w:trPr>
          <w:trHeight w:val="284"/>
        </w:trPr>
        <w:tc>
          <w:tcPr>
            <w:tcW w:w="4600" w:type="dxa"/>
            <w:shd w:val="clear" w:color="auto" w:fill="FFFFFF"/>
            <w:vAlign w:val="center"/>
          </w:tcPr>
          <w:p w14:paraId="62959218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Ксерокопия</w:t>
            </w:r>
            <w:proofErr w:type="spellEnd"/>
          </w:p>
        </w:tc>
        <w:tc>
          <w:tcPr>
            <w:tcW w:w="3986" w:type="dxa"/>
            <w:shd w:val="clear" w:color="auto" w:fill="FFFFFF"/>
            <w:vAlign w:val="center"/>
          </w:tcPr>
          <w:p w14:paraId="1F128E78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А3 Ч/Б</w:t>
            </w:r>
          </w:p>
        </w:tc>
        <w:tc>
          <w:tcPr>
            <w:tcW w:w="1226" w:type="dxa"/>
            <w:shd w:val="clear" w:color="auto" w:fill="FFFFFF"/>
            <w:vAlign w:val="center"/>
          </w:tcPr>
          <w:p w14:paraId="25F04CB7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45 </w:t>
            </w:r>
          </w:p>
        </w:tc>
      </w:tr>
      <w:tr w:rsidR="009773B9" w:rsidRPr="00F53990" w14:paraId="4C7FC720" w14:textId="77777777" w:rsidTr="00B1047D">
        <w:trPr>
          <w:trHeight w:val="284"/>
        </w:trPr>
        <w:tc>
          <w:tcPr>
            <w:tcW w:w="4600" w:type="dxa"/>
            <w:shd w:val="clear" w:color="auto" w:fill="F6F8FA"/>
            <w:vAlign w:val="center"/>
          </w:tcPr>
          <w:p w14:paraId="54F542DA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Ксерокопия</w:t>
            </w:r>
            <w:proofErr w:type="spellEnd"/>
          </w:p>
        </w:tc>
        <w:tc>
          <w:tcPr>
            <w:tcW w:w="3986" w:type="dxa"/>
            <w:shd w:val="clear" w:color="auto" w:fill="F6F8FA"/>
            <w:vAlign w:val="center"/>
          </w:tcPr>
          <w:p w14:paraId="601299A2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А4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цветная</w:t>
            </w:r>
            <w:proofErr w:type="spellEnd"/>
          </w:p>
        </w:tc>
        <w:tc>
          <w:tcPr>
            <w:tcW w:w="1226" w:type="dxa"/>
            <w:shd w:val="clear" w:color="auto" w:fill="F6F8FA"/>
            <w:vAlign w:val="center"/>
          </w:tcPr>
          <w:p w14:paraId="449CC008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25 </w:t>
            </w:r>
          </w:p>
        </w:tc>
      </w:tr>
      <w:tr w:rsidR="009773B9" w:rsidRPr="00F53990" w14:paraId="6E4C3707" w14:textId="77777777" w:rsidTr="00B1047D">
        <w:trPr>
          <w:trHeight w:val="284"/>
        </w:trPr>
        <w:tc>
          <w:tcPr>
            <w:tcW w:w="4600" w:type="dxa"/>
            <w:shd w:val="clear" w:color="auto" w:fill="FFFFFF"/>
            <w:vAlign w:val="center"/>
          </w:tcPr>
          <w:p w14:paraId="5D06F6C2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Ксерокопия</w:t>
            </w:r>
            <w:proofErr w:type="spellEnd"/>
          </w:p>
        </w:tc>
        <w:tc>
          <w:tcPr>
            <w:tcW w:w="3986" w:type="dxa"/>
            <w:shd w:val="clear" w:color="auto" w:fill="FFFFFF"/>
            <w:vAlign w:val="center"/>
          </w:tcPr>
          <w:p w14:paraId="6F354C09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А3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цветная</w:t>
            </w:r>
            <w:proofErr w:type="spellEnd"/>
          </w:p>
        </w:tc>
        <w:tc>
          <w:tcPr>
            <w:tcW w:w="1226" w:type="dxa"/>
            <w:shd w:val="clear" w:color="auto" w:fill="FFFFFF"/>
            <w:vAlign w:val="center"/>
          </w:tcPr>
          <w:p w14:paraId="6AB2F41F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60 </w:t>
            </w:r>
          </w:p>
        </w:tc>
      </w:tr>
      <w:tr w:rsidR="009773B9" w:rsidRPr="00F53990" w14:paraId="11FF1507" w14:textId="77777777" w:rsidTr="00B1047D">
        <w:trPr>
          <w:trHeight w:val="284"/>
        </w:trPr>
        <w:tc>
          <w:tcPr>
            <w:tcW w:w="4600" w:type="dxa"/>
            <w:shd w:val="clear" w:color="auto" w:fill="F6F8FA"/>
            <w:vAlign w:val="center"/>
          </w:tcPr>
          <w:p w14:paraId="7CE80BB7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Отправка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e-mail</w:t>
            </w:r>
          </w:p>
        </w:tc>
        <w:tc>
          <w:tcPr>
            <w:tcW w:w="3986" w:type="dxa"/>
            <w:shd w:val="clear" w:color="auto" w:fill="F6F8FA"/>
            <w:vAlign w:val="center"/>
          </w:tcPr>
          <w:p w14:paraId="6D165534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F6F8FA"/>
            <w:vAlign w:val="center"/>
          </w:tcPr>
          <w:p w14:paraId="0CCF911F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30 </w:t>
            </w:r>
          </w:p>
        </w:tc>
      </w:tr>
      <w:tr w:rsidR="009773B9" w:rsidRPr="00F53990" w14:paraId="0322BF48" w14:textId="77777777" w:rsidTr="00B1047D">
        <w:trPr>
          <w:trHeight w:val="284"/>
        </w:trPr>
        <w:tc>
          <w:tcPr>
            <w:tcW w:w="4600" w:type="dxa"/>
            <w:shd w:val="clear" w:color="auto" w:fill="FFFFFF"/>
            <w:vAlign w:val="center"/>
          </w:tcPr>
          <w:p w14:paraId="01D65AF4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Запись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флешку</w:t>
            </w:r>
            <w:proofErr w:type="spellEnd"/>
          </w:p>
        </w:tc>
        <w:tc>
          <w:tcPr>
            <w:tcW w:w="3986" w:type="dxa"/>
            <w:shd w:val="clear" w:color="auto" w:fill="FFFFFF"/>
            <w:vAlign w:val="center"/>
          </w:tcPr>
          <w:p w14:paraId="176BF8F7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FFFFFF"/>
            <w:vAlign w:val="center"/>
          </w:tcPr>
          <w:p w14:paraId="243AE9A9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30 </w:t>
            </w:r>
          </w:p>
        </w:tc>
      </w:tr>
      <w:tr w:rsidR="009773B9" w:rsidRPr="00F53990" w14:paraId="2E55B5A0" w14:textId="77777777" w:rsidTr="00B1047D">
        <w:trPr>
          <w:trHeight w:val="284"/>
        </w:trPr>
        <w:tc>
          <w:tcPr>
            <w:tcW w:w="4600" w:type="dxa"/>
            <w:shd w:val="clear" w:color="auto" w:fill="F6F8FA"/>
            <w:vAlign w:val="center"/>
          </w:tcPr>
          <w:p w14:paraId="6710DA30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Печать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цветной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бумаге</w:t>
            </w:r>
            <w:proofErr w:type="spellEnd"/>
          </w:p>
        </w:tc>
        <w:tc>
          <w:tcPr>
            <w:tcW w:w="3986" w:type="dxa"/>
            <w:shd w:val="clear" w:color="auto" w:fill="F6F8FA"/>
            <w:vAlign w:val="center"/>
          </w:tcPr>
          <w:p w14:paraId="0C8F43A7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Обычная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плотность</w:t>
            </w:r>
            <w:proofErr w:type="spellEnd"/>
          </w:p>
        </w:tc>
        <w:tc>
          <w:tcPr>
            <w:tcW w:w="1226" w:type="dxa"/>
            <w:shd w:val="clear" w:color="auto" w:fill="F6F8FA"/>
            <w:vAlign w:val="center"/>
          </w:tcPr>
          <w:p w14:paraId="6F230A79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25 </w:t>
            </w:r>
          </w:p>
        </w:tc>
      </w:tr>
      <w:tr w:rsidR="009773B9" w:rsidRPr="00F53990" w14:paraId="654F0DC9" w14:textId="77777777" w:rsidTr="00B1047D">
        <w:trPr>
          <w:trHeight w:val="284"/>
        </w:trPr>
        <w:tc>
          <w:tcPr>
            <w:tcW w:w="4600" w:type="dxa"/>
            <w:shd w:val="clear" w:color="auto" w:fill="FFFFFF"/>
            <w:vAlign w:val="center"/>
          </w:tcPr>
          <w:p w14:paraId="292583BB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Печать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цветной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бумаге</w:t>
            </w:r>
            <w:proofErr w:type="spellEnd"/>
          </w:p>
        </w:tc>
        <w:tc>
          <w:tcPr>
            <w:tcW w:w="3986" w:type="dxa"/>
            <w:shd w:val="clear" w:color="auto" w:fill="FFFFFF"/>
            <w:vAlign w:val="center"/>
          </w:tcPr>
          <w:p w14:paraId="1F3B7726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Плотная</w:t>
            </w:r>
            <w:proofErr w:type="spellEnd"/>
          </w:p>
        </w:tc>
        <w:tc>
          <w:tcPr>
            <w:tcW w:w="1226" w:type="dxa"/>
            <w:shd w:val="clear" w:color="auto" w:fill="FFFFFF"/>
            <w:vAlign w:val="center"/>
          </w:tcPr>
          <w:p w14:paraId="4756BAF4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30 </w:t>
            </w:r>
          </w:p>
        </w:tc>
      </w:tr>
      <w:tr w:rsidR="009773B9" w:rsidRPr="00F53990" w14:paraId="6D68426D" w14:textId="77777777" w:rsidTr="00B1047D">
        <w:trPr>
          <w:trHeight w:val="284"/>
        </w:trPr>
        <w:tc>
          <w:tcPr>
            <w:tcW w:w="4600" w:type="dxa"/>
            <w:shd w:val="clear" w:color="auto" w:fill="F6F8FA"/>
            <w:vAlign w:val="center"/>
          </w:tcPr>
          <w:p w14:paraId="24D0CE7C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Фото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документы</w:t>
            </w:r>
            <w:proofErr w:type="spellEnd"/>
          </w:p>
        </w:tc>
        <w:tc>
          <w:tcPr>
            <w:tcW w:w="3986" w:type="dxa"/>
            <w:shd w:val="clear" w:color="auto" w:fill="F6F8FA"/>
            <w:vAlign w:val="center"/>
          </w:tcPr>
          <w:p w14:paraId="798E2530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F6F8FA"/>
            <w:vAlign w:val="center"/>
          </w:tcPr>
          <w:p w14:paraId="5D35A0D7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450 </w:t>
            </w:r>
          </w:p>
        </w:tc>
      </w:tr>
      <w:tr w:rsidR="009773B9" w:rsidRPr="00F53990" w14:paraId="54835C61" w14:textId="77777777" w:rsidTr="00B1047D">
        <w:trPr>
          <w:trHeight w:val="284"/>
        </w:trPr>
        <w:tc>
          <w:tcPr>
            <w:tcW w:w="4600" w:type="dxa"/>
            <w:shd w:val="clear" w:color="auto" w:fill="FFFFFF"/>
            <w:vAlign w:val="center"/>
          </w:tcPr>
          <w:p w14:paraId="53C94622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Надевание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формы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/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одежды</w:t>
            </w:r>
            <w:proofErr w:type="spellEnd"/>
          </w:p>
        </w:tc>
        <w:tc>
          <w:tcPr>
            <w:tcW w:w="3986" w:type="dxa"/>
            <w:shd w:val="clear" w:color="auto" w:fill="FFFFFF"/>
            <w:vAlign w:val="center"/>
          </w:tcPr>
          <w:p w14:paraId="6B946DFA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FFFFFF"/>
            <w:vAlign w:val="center"/>
          </w:tcPr>
          <w:p w14:paraId="384BF1AD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100 </w:t>
            </w:r>
          </w:p>
        </w:tc>
      </w:tr>
      <w:tr w:rsidR="009773B9" w:rsidRPr="00F53990" w14:paraId="45190830" w14:textId="77777777" w:rsidTr="00B1047D">
        <w:trPr>
          <w:trHeight w:val="284"/>
        </w:trPr>
        <w:tc>
          <w:tcPr>
            <w:tcW w:w="4600" w:type="dxa"/>
            <w:shd w:val="clear" w:color="auto" w:fill="F6F8FA"/>
            <w:vAlign w:val="center"/>
          </w:tcPr>
          <w:p w14:paraId="4E7BC99B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Печать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самоклеящейся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бумаге</w:t>
            </w:r>
            <w:proofErr w:type="spellEnd"/>
          </w:p>
        </w:tc>
        <w:tc>
          <w:tcPr>
            <w:tcW w:w="3986" w:type="dxa"/>
            <w:shd w:val="clear" w:color="auto" w:fill="F6F8FA"/>
            <w:vAlign w:val="center"/>
          </w:tcPr>
          <w:p w14:paraId="7DF22D60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F6F8FA"/>
            <w:vAlign w:val="center"/>
          </w:tcPr>
          <w:p w14:paraId="4EC3B58F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100 </w:t>
            </w:r>
          </w:p>
        </w:tc>
      </w:tr>
      <w:tr w:rsidR="009773B9" w:rsidRPr="00F53990" w14:paraId="5589E688" w14:textId="77777777" w:rsidTr="00B1047D">
        <w:trPr>
          <w:trHeight w:val="284"/>
        </w:trPr>
        <w:tc>
          <w:tcPr>
            <w:tcW w:w="4600" w:type="dxa"/>
            <w:shd w:val="clear" w:color="auto" w:fill="FFFFFF"/>
            <w:vAlign w:val="center"/>
          </w:tcPr>
          <w:p w14:paraId="6C5C0016" w14:textId="77777777" w:rsidR="009773B9" w:rsidRPr="00F53990" w:rsidRDefault="009773B9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Печать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прозрачной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плёнке</w:t>
            </w:r>
            <w:proofErr w:type="spellEnd"/>
          </w:p>
        </w:tc>
        <w:tc>
          <w:tcPr>
            <w:tcW w:w="3986" w:type="dxa"/>
            <w:shd w:val="clear" w:color="auto" w:fill="FFFFFF"/>
            <w:vAlign w:val="center"/>
          </w:tcPr>
          <w:p w14:paraId="207C465A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FFFFFF"/>
            <w:vAlign w:val="center"/>
          </w:tcPr>
          <w:p w14:paraId="5AA3B5FF" w14:textId="77777777" w:rsidR="009773B9" w:rsidRPr="00F53990" w:rsidRDefault="009773B9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150 </w:t>
            </w:r>
          </w:p>
        </w:tc>
      </w:tr>
    </w:tbl>
    <w:p w14:paraId="265DC2A7" w14:textId="77777777" w:rsidR="009773B9" w:rsidRPr="00F53990" w:rsidRDefault="009773B9" w:rsidP="009773B9">
      <w:pPr>
        <w:tabs>
          <w:tab w:val="left" w:pos="815"/>
          <w:tab w:val="center" w:pos="5159"/>
        </w:tabs>
        <w:rPr>
          <w:rFonts w:asciiTheme="majorBidi" w:hAnsiTheme="majorBidi" w:cstheme="majorBidi"/>
          <w:color w:val="FFFFFF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color w:val="FFFFFF"/>
          <w:sz w:val="20"/>
          <w:szCs w:val="20"/>
        </w:rPr>
        <w:t xml:space="preserve">05 / ДОПОЛНИТЕЛЬНЫЕ </w:t>
      </w:r>
      <w:bookmarkStart w:id="5" w:name="_Hlk241754604"/>
    </w:p>
    <w:p w14:paraId="6D5C56C1" w14:textId="77777777" w:rsidR="00B74FA7" w:rsidRDefault="00B74FA7" w:rsidP="009773B9">
      <w:pPr>
        <w:tabs>
          <w:tab w:val="left" w:pos="815"/>
          <w:tab w:val="center" w:pos="5159"/>
        </w:tabs>
        <w:spacing w:after="0" w:line="240" w:lineRule="auto"/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760152F0" w14:textId="3EA57A94" w:rsidR="009773B9" w:rsidRPr="00B74FA7" w:rsidRDefault="009773B9" w:rsidP="009773B9">
      <w:pPr>
        <w:tabs>
          <w:tab w:val="left" w:pos="815"/>
          <w:tab w:val="center" w:pos="5159"/>
        </w:tabs>
        <w:spacing w:after="0" w:line="240" w:lineRule="auto"/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  <w:r w:rsidRPr="00B74FA7">
        <w:rPr>
          <w:rFonts w:asciiTheme="majorBidi" w:hAnsiTheme="majorBidi" w:cstheme="majorBidi"/>
          <w:color w:val="1F4E78"/>
          <w:sz w:val="20"/>
          <w:szCs w:val="20"/>
          <w:lang w:val="ru-RU"/>
        </w:rPr>
        <w:t>Переплет А4</w:t>
      </w:r>
    </w:p>
    <w:p w14:paraId="2BD7ABF6" w14:textId="77777777" w:rsidR="009773B9" w:rsidRPr="00F53990" w:rsidRDefault="009773B9" w:rsidP="009773B9">
      <w:pPr>
        <w:tabs>
          <w:tab w:val="left" w:pos="815"/>
          <w:tab w:val="center" w:pos="5159"/>
        </w:tabs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>на металлическую либо пластиковую пружины</w:t>
      </w:r>
    </w:p>
    <w:p w14:paraId="0BECD011" w14:textId="77777777" w:rsidR="009773B9" w:rsidRPr="00F53990" w:rsidRDefault="009773B9" w:rsidP="009773B9">
      <w:pPr>
        <w:tabs>
          <w:tab w:val="left" w:pos="815"/>
          <w:tab w:val="center" w:pos="5159"/>
        </w:tabs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>(пластиковая пружина до 400 л, металлическая пружина до 200 л.)</w:t>
      </w:r>
    </w:p>
    <w:bookmarkEnd w:id="5"/>
    <w:tbl>
      <w:tblPr>
        <w:tblStyle w:val="aff0"/>
        <w:tblW w:w="9726" w:type="dxa"/>
        <w:jc w:val="center"/>
        <w:tblLook w:val="04A0" w:firstRow="1" w:lastRow="0" w:firstColumn="1" w:lastColumn="0" w:noHBand="0" w:noVBand="1"/>
      </w:tblPr>
      <w:tblGrid>
        <w:gridCol w:w="3446"/>
        <w:gridCol w:w="1191"/>
        <w:gridCol w:w="816"/>
        <w:gridCol w:w="909"/>
        <w:gridCol w:w="1082"/>
        <w:gridCol w:w="1082"/>
        <w:gridCol w:w="1200"/>
      </w:tblGrid>
      <w:tr w:rsidR="0051402A" w:rsidRPr="0051402A" w14:paraId="17736EB9" w14:textId="77777777" w:rsidTr="0051402A">
        <w:trPr>
          <w:trHeight w:val="339"/>
          <w:jc w:val="center"/>
        </w:trPr>
        <w:tc>
          <w:tcPr>
            <w:tcW w:w="3446" w:type="dxa"/>
            <w:shd w:val="clear" w:color="auto" w:fill="FFC700"/>
            <w:noWrap/>
            <w:vAlign w:val="center"/>
          </w:tcPr>
          <w:p w14:paraId="16F6CB89" w14:textId="77777777" w:rsidR="009773B9" w:rsidRPr="0051402A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191" w:type="dxa"/>
            <w:shd w:val="clear" w:color="auto" w:fill="FFC700"/>
            <w:noWrap/>
            <w:vAlign w:val="center"/>
          </w:tcPr>
          <w:p w14:paraId="14EAF275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</w:p>
          <w:p w14:paraId="14642203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25 стр. </w:t>
            </w:r>
          </w:p>
        </w:tc>
        <w:tc>
          <w:tcPr>
            <w:tcW w:w="816" w:type="dxa"/>
            <w:shd w:val="clear" w:color="auto" w:fill="FFC700"/>
            <w:vAlign w:val="center"/>
          </w:tcPr>
          <w:p w14:paraId="607986B5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До </w:t>
            </w:r>
          </w:p>
          <w:p w14:paraId="3131C1BE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50 стр.</w:t>
            </w:r>
          </w:p>
        </w:tc>
        <w:tc>
          <w:tcPr>
            <w:tcW w:w="909" w:type="dxa"/>
            <w:shd w:val="clear" w:color="auto" w:fill="FFC700"/>
            <w:noWrap/>
            <w:vAlign w:val="center"/>
          </w:tcPr>
          <w:p w14:paraId="5CE276C1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</w:p>
          <w:p w14:paraId="76F2B70E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100 стр.</w:t>
            </w:r>
          </w:p>
        </w:tc>
        <w:tc>
          <w:tcPr>
            <w:tcW w:w="1082" w:type="dxa"/>
            <w:shd w:val="clear" w:color="auto" w:fill="FFC700"/>
            <w:noWrap/>
            <w:vAlign w:val="center"/>
          </w:tcPr>
          <w:p w14:paraId="58659855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</w:p>
          <w:p w14:paraId="4C91E5A5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200 стр.</w:t>
            </w:r>
          </w:p>
        </w:tc>
        <w:tc>
          <w:tcPr>
            <w:tcW w:w="1082" w:type="dxa"/>
            <w:shd w:val="clear" w:color="auto" w:fill="FFC700"/>
            <w:noWrap/>
            <w:vAlign w:val="center"/>
          </w:tcPr>
          <w:p w14:paraId="1423D2F2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</w:p>
          <w:p w14:paraId="3D6045E3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300 стр.</w:t>
            </w:r>
          </w:p>
        </w:tc>
        <w:tc>
          <w:tcPr>
            <w:tcW w:w="1200" w:type="dxa"/>
            <w:shd w:val="clear" w:color="auto" w:fill="FFC700"/>
            <w:noWrap/>
            <w:vAlign w:val="center"/>
          </w:tcPr>
          <w:p w14:paraId="3165E33E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Более</w:t>
            </w:r>
          </w:p>
          <w:p w14:paraId="2CCB89D5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300 стр.</w:t>
            </w:r>
          </w:p>
        </w:tc>
      </w:tr>
      <w:tr w:rsidR="009773B9" w:rsidRPr="00F53990" w14:paraId="129E81D8" w14:textId="77777777" w:rsidTr="000054D5">
        <w:trPr>
          <w:trHeight w:val="339"/>
          <w:jc w:val="center"/>
        </w:trPr>
        <w:tc>
          <w:tcPr>
            <w:tcW w:w="3446" w:type="dxa"/>
            <w:noWrap/>
            <w:vAlign w:val="center"/>
            <w:hideMark/>
          </w:tcPr>
          <w:p w14:paraId="426B677A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Переплет А4</w:t>
            </w:r>
          </w:p>
        </w:tc>
        <w:tc>
          <w:tcPr>
            <w:tcW w:w="1191" w:type="dxa"/>
            <w:noWrap/>
            <w:vAlign w:val="center"/>
            <w:hideMark/>
          </w:tcPr>
          <w:p w14:paraId="2D6D9CF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816" w:type="dxa"/>
            <w:vAlign w:val="center"/>
          </w:tcPr>
          <w:p w14:paraId="612BB44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250</w:t>
            </w:r>
          </w:p>
        </w:tc>
        <w:tc>
          <w:tcPr>
            <w:tcW w:w="909" w:type="dxa"/>
            <w:noWrap/>
            <w:vAlign w:val="center"/>
          </w:tcPr>
          <w:p w14:paraId="64AFEDF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300</w:t>
            </w:r>
          </w:p>
        </w:tc>
        <w:tc>
          <w:tcPr>
            <w:tcW w:w="1082" w:type="dxa"/>
            <w:noWrap/>
            <w:vAlign w:val="center"/>
            <w:hideMark/>
          </w:tcPr>
          <w:p w14:paraId="4C4A202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350</w:t>
            </w:r>
          </w:p>
        </w:tc>
        <w:tc>
          <w:tcPr>
            <w:tcW w:w="1082" w:type="dxa"/>
            <w:noWrap/>
            <w:vAlign w:val="center"/>
          </w:tcPr>
          <w:p w14:paraId="52C18F0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400</w:t>
            </w:r>
          </w:p>
        </w:tc>
        <w:tc>
          <w:tcPr>
            <w:tcW w:w="1200" w:type="dxa"/>
            <w:noWrap/>
            <w:vAlign w:val="center"/>
            <w:hideMark/>
          </w:tcPr>
          <w:p w14:paraId="6698E53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4</w:t>
            </w:r>
            <w:r w:rsidRPr="00F53990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</w:tr>
      <w:tr w:rsidR="009773B9" w:rsidRPr="00F53990" w14:paraId="5C30DCA4" w14:textId="77777777" w:rsidTr="000054D5">
        <w:trPr>
          <w:trHeight w:val="339"/>
          <w:jc w:val="center"/>
        </w:trPr>
        <w:tc>
          <w:tcPr>
            <w:tcW w:w="3446" w:type="dxa"/>
            <w:noWrap/>
            <w:vAlign w:val="center"/>
            <w:hideMark/>
          </w:tcPr>
          <w:p w14:paraId="65E7EF8B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Переплет со складыванием А3-А4</w:t>
            </w:r>
          </w:p>
        </w:tc>
        <w:tc>
          <w:tcPr>
            <w:tcW w:w="1191" w:type="dxa"/>
            <w:noWrap/>
            <w:vAlign w:val="center"/>
            <w:hideMark/>
          </w:tcPr>
          <w:p w14:paraId="0DDD8A8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300</w:t>
            </w:r>
          </w:p>
        </w:tc>
        <w:tc>
          <w:tcPr>
            <w:tcW w:w="816" w:type="dxa"/>
            <w:vAlign w:val="center"/>
          </w:tcPr>
          <w:p w14:paraId="0719220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350</w:t>
            </w:r>
          </w:p>
        </w:tc>
        <w:tc>
          <w:tcPr>
            <w:tcW w:w="909" w:type="dxa"/>
            <w:noWrap/>
            <w:vAlign w:val="center"/>
          </w:tcPr>
          <w:p w14:paraId="6A3A77F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400</w:t>
            </w:r>
          </w:p>
        </w:tc>
        <w:tc>
          <w:tcPr>
            <w:tcW w:w="1082" w:type="dxa"/>
            <w:noWrap/>
            <w:vAlign w:val="center"/>
            <w:hideMark/>
          </w:tcPr>
          <w:p w14:paraId="60187B3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450</w:t>
            </w:r>
          </w:p>
        </w:tc>
        <w:tc>
          <w:tcPr>
            <w:tcW w:w="1082" w:type="dxa"/>
            <w:noWrap/>
            <w:vAlign w:val="center"/>
          </w:tcPr>
          <w:p w14:paraId="263BFA4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500</w:t>
            </w:r>
          </w:p>
        </w:tc>
        <w:tc>
          <w:tcPr>
            <w:tcW w:w="1200" w:type="dxa"/>
            <w:noWrap/>
            <w:vAlign w:val="center"/>
            <w:hideMark/>
          </w:tcPr>
          <w:p w14:paraId="65FDFF1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550</w:t>
            </w:r>
          </w:p>
        </w:tc>
      </w:tr>
      <w:tr w:rsidR="009773B9" w:rsidRPr="00F53990" w14:paraId="265D0831" w14:textId="77777777" w:rsidTr="000054D5">
        <w:trPr>
          <w:trHeight w:val="339"/>
          <w:jc w:val="center"/>
        </w:trPr>
        <w:tc>
          <w:tcPr>
            <w:tcW w:w="3446" w:type="dxa"/>
            <w:noWrap/>
            <w:vAlign w:val="center"/>
            <w:hideMark/>
          </w:tcPr>
          <w:p w14:paraId="598D6900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Переплет со складыванием А2-А4</w:t>
            </w:r>
          </w:p>
        </w:tc>
        <w:tc>
          <w:tcPr>
            <w:tcW w:w="1191" w:type="dxa"/>
            <w:noWrap/>
            <w:vAlign w:val="center"/>
            <w:hideMark/>
          </w:tcPr>
          <w:p w14:paraId="210214A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400</w:t>
            </w:r>
          </w:p>
        </w:tc>
        <w:tc>
          <w:tcPr>
            <w:tcW w:w="816" w:type="dxa"/>
            <w:vAlign w:val="center"/>
          </w:tcPr>
          <w:p w14:paraId="67DECA2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450</w:t>
            </w:r>
          </w:p>
        </w:tc>
        <w:tc>
          <w:tcPr>
            <w:tcW w:w="909" w:type="dxa"/>
            <w:noWrap/>
            <w:vAlign w:val="center"/>
          </w:tcPr>
          <w:p w14:paraId="68FDBCD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500</w:t>
            </w:r>
          </w:p>
        </w:tc>
        <w:tc>
          <w:tcPr>
            <w:tcW w:w="1082" w:type="dxa"/>
            <w:noWrap/>
            <w:vAlign w:val="center"/>
            <w:hideMark/>
          </w:tcPr>
          <w:p w14:paraId="694358C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550</w:t>
            </w:r>
          </w:p>
        </w:tc>
        <w:tc>
          <w:tcPr>
            <w:tcW w:w="1082" w:type="dxa"/>
            <w:noWrap/>
            <w:vAlign w:val="center"/>
          </w:tcPr>
          <w:p w14:paraId="57B2AD9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600</w:t>
            </w:r>
          </w:p>
        </w:tc>
        <w:tc>
          <w:tcPr>
            <w:tcW w:w="1200" w:type="dxa"/>
            <w:noWrap/>
            <w:vAlign w:val="center"/>
            <w:hideMark/>
          </w:tcPr>
          <w:p w14:paraId="7CBAD3D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</w:p>
        </w:tc>
      </w:tr>
      <w:tr w:rsidR="009773B9" w:rsidRPr="00F53990" w14:paraId="3D20B78B" w14:textId="77777777" w:rsidTr="000054D5">
        <w:trPr>
          <w:trHeight w:val="339"/>
          <w:jc w:val="center"/>
        </w:trPr>
        <w:tc>
          <w:tcPr>
            <w:tcW w:w="3446" w:type="dxa"/>
            <w:noWrap/>
            <w:vAlign w:val="center"/>
            <w:hideMark/>
          </w:tcPr>
          <w:p w14:paraId="5A0FFEAA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Переплет со складыванием А1-А4</w:t>
            </w:r>
          </w:p>
        </w:tc>
        <w:tc>
          <w:tcPr>
            <w:tcW w:w="1191" w:type="dxa"/>
            <w:noWrap/>
            <w:vAlign w:val="center"/>
            <w:hideMark/>
          </w:tcPr>
          <w:p w14:paraId="32A9A8C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50</w:t>
            </w:r>
            <w:r w:rsidRPr="00F53990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6" w:type="dxa"/>
            <w:vAlign w:val="center"/>
          </w:tcPr>
          <w:p w14:paraId="31BDDA0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550</w:t>
            </w:r>
          </w:p>
        </w:tc>
        <w:tc>
          <w:tcPr>
            <w:tcW w:w="909" w:type="dxa"/>
            <w:noWrap/>
            <w:vAlign w:val="center"/>
          </w:tcPr>
          <w:p w14:paraId="5B6112C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600</w:t>
            </w:r>
          </w:p>
        </w:tc>
        <w:tc>
          <w:tcPr>
            <w:tcW w:w="1082" w:type="dxa"/>
            <w:noWrap/>
            <w:vAlign w:val="center"/>
            <w:hideMark/>
          </w:tcPr>
          <w:p w14:paraId="361B5CC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</w:p>
        </w:tc>
        <w:tc>
          <w:tcPr>
            <w:tcW w:w="1082" w:type="dxa"/>
            <w:noWrap/>
            <w:vAlign w:val="center"/>
          </w:tcPr>
          <w:p w14:paraId="52C20B8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700</w:t>
            </w:r>
          </w:p>
        </w:tc>
        <w:tc>
          <w:tcPr>
            <w:tcW w:w="1200" w:type="dxa"/>
            <w:noWrap/>
            <w:vAlign w:val="center"/>
            <w:hideMark/>
          </w:tcPr>
          <w:p w14:paraId="794091A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750</w:t>
            </w:r>
          </w:p>
        </w:tc>
      </w:tr>
      <w:tr w:rsidR="009773B9" w:rsidRPr="00F53990" w14:paraId="2AAF07D7" w14:textId="77777777" w:rsidTr="000054D5">
        <w:trPr>
          <w:trHeight w:val="339"/>
          <w:jc w:val="center"/>
        </w:trPr>
        <w:tc>
          <w:tcPr>
            <w:tcW w:w="3446" w:type="dxa"/>
            <w:noWrap/>
            <w:vAlign w:val="center"/>
            <w:hideMark/>
          </w:tcPr>
          <w:p w14:paraId="2B2E1D5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Переплет со складыванием А0-А4</w:t>
            </w:r>
          </w:p>
        </w:tc>
        <w:tc>
          <w:tcPr>
            <w:tcW w:w="1191" w:type="dxa"/>
            <w:noWrap/>
            <w:vAlign w:val="center"/>
            <w:hideMark/>
          </w:tcPr>
          <w:p w14:paraId="2328AE9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</w:t>
            </w:r>
            <w:r w:rsidRPr="00F53990">
              <w:rPr>
                <w:rFonts w:asciiTheme="majorBidi" w:hAnsiTheme="majorBidi" w:cstheme="majorBidi"/>
                <w:sz w:val="20"/>
                <w:szCs w:val="20"/>
              </w:rPr>
              <w:t>00</w:t>
            </w:r>
          </w:p>
        </w:tc>
        <w:tc>
          <w:tcPr>
            <w:tcW w:w="816" w:type="dxa"/>
            <w:vAlign w:val="center"/>
          </w:tcPr>
          <w:p w14:paraId="6ABF50E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</w:p>
        </w:tc>
        <w:tc>
          <w:tcPr>
            <w:tcW w:w="909" w:type="dxa"/>
            <w:noWrap/>
            <w:vAlign w:val="center"/>
          </w:tcPr>
          <w:p w14:paraId="488F19D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700</w:t>
            </w:r>
          </w:p>
        </w:tc>
        <w:tc>
          <w:tcPr>
            <w:tcW w:w="1082" w:type="dxa"/>
            <w:noWrap/>
            <w:vAlign w:val="center"/>
            <w:hideMark/>
          </w:tcPr>
          <w:p w14:paraId="34DF0CD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750</w:t>
            </w:r>
          </w:p>
        </w:tc>
        <w:tc>
          <w:tcPr>
            <w:tcW w:w="1082" w:type="dxa"/>
            <w:noWrap/>
            <w:vAlign w:val="center"/>
          </w:tcPr>
          <w:p w14:paraId="6BFD909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800</w:t>
            </w:r>
          </w:p>
        </w:tc>
        <w:tc>
          <w:tcPr>
            <w:tcW w:w="1200" w:type="dxa"/>
            <w:noWrap/>
            <w:vAlign w:val="center"/>
            <w:hideMark/>
          </w:tcPr>
          <w:p w14:paraId="79A0D8E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850</w:t>
            </w:r>
          </w:p>
        </w:tc>
      </w:tr>
    </w:tbl>
    <w:p w14:paraId="17CC93CE" w14:textId="77777777" w:rsidR="009773B9" w:rsidRPr="00F53990" w:rsidRDefault="009773B9" w:rsidP="009773B9">
      <w:pPr>
        <w:tabs>
          <w:tab w:val="left" w:pos="815"/>
          <w:tab w:val="center" w:pos="5159"/>
        </w:tabs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1E4F115E" w14:textId="77777777" w:rsidR="009773B9" w:rsidRPr="00F53990" w:rsidRDefault="009773B9" w:rsidP="009773B9">
      <w:pPr>
        <w:tabs>
          <w:tab w:val="left" w:pos="815"/>
          <w:tab w:val="center" w:pos="5159"/>
        </w:tabs>
        <w:spacing w:after="0" w:line="240" w:lineRule="auto"/>
        <w:jc w:val="center"/>
        <w:rPr>
          <w:rFonts w:asciiTheme="majorBidi" w:hAnsiTheme="majorBidi" w:cstheme="majorBidi"/>
          <w:color w:val="1F4E78"/>
          <w:sz w:val="20"/>
          <w:szCs w:val="20"/>
        </w:rPr>
      </w:pP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Переплет</w:t>
      </w:r>
      <w:proofErr w:type="spellEnd"/>
      <w:r w:rsidRPr="00F53990">
        <w:rPr>
          <w:rFonts w:asciiTheme="majorBidi" w:hAnsiTheme="majorBidi" w:cstheme="majorBidi"/>
          <w:color w:val="1F4E78"/>
          <w:sz w:val="20"/>
          <w:szCs w:val="20"/>
        </w:rPr>
        <w:t xml:space="preserve"> А3 </w:t>
      </w:r>
    </w:p>
    <w:p w14:paraId="5A59FA38" w14:textId="77777777" w:rsidR="009773B9" w:rsidRPr="00F53990" w:rsidRDefault="009773B9" w:rsidP="009773B9">
      <w:pPr>
        <w:tabs>
          <w:tab w:val="left" w:pos="815"/>
          <w:tab w:val="center" w:pos="5159"/>
        </w:tabs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>на металлическую либо пластиковую пружины</w:t>
      </w:r>
    </w:p>
    <w:p w14:paraId="48E12397" w14:textId="77777777" w:rsidR="009773B9" w:rsidRPr="00F53990" w:rsidRDefault="009773B9" w:rsidP="009773B9">
      <w:pPr>
        <w:tabs>
          <w:tab w:val="left" w:pos="815"/>
          <w:tab w:val="center" w:pos="5159"/>
        </w:tabs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>(пластиковая пружина до 400 л, металлическая пружина до 200 л.)</w:t>
      </w:r>
    </w:p>
    <w:tbl>
      <w:tblPr>
        <w:tblStyle w:val="aff0"/>
        <w:tblW w:w="9681" w:type="dxa"/>
        <w:jc w:val="center"/>
        <w:tblLook w:val="04A0" w:firstRow="1" w:lastRow="0" w:firstColumn="1" w:lastColumn="0" w:noHBand="0" w:noVBand="1"/>
      </w:tblPr>
      <w:tblGrid>
        <w:gridCol w:w="3430"/>
        <w:gridCol w:w="1186"/>
        <w:gridCol w:w="812"/>
        <w:gridCol w:w="904"/>
        <w:gridCol w:w="1077"/>
        <w:gridCol w:w="1077"/>
        <w:gridCol w:w="1195"/>
      </w:tblGrid>
      <w:tr w:rsidR="0051402A" w:rsidRPr="0051402A" w14:paraId="2966FB01" w14:textId="77777777" w:rsidTr="0051402A">
        <w:trPr>
          <w:trHeight w:val="305"/>
          <w:jc w:val="center"/>
        </w:trPr>
        <w:tc>
          <w:tcPr>
            <w:tcW w:w="3430" w:type="dxa"/>
            <w:shd w:val="clear" w:color="auto" w:fill="FFC700"/>
            <w:noWrap/>
          </w:tcPr>
          <w:p w14:paraId="001F2B41" w14:textId="77777777" w:rsidR="009773B9" w:rsidRPr="0051402A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186" w:type="dxa"/>
            <w:shd w:val="clear" w:color="auto" w:fill="FFC700"/>
            <w:noWrap/>
          </w:tcPr>
          <w:p w14:paraId="46CB1675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</w:p>
          <w:p w14:paraId="78296908" w14:textId="2A65DE09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25 стр.</w:t>
            </w:r>
          </w:p>
        </w:tc>
        <w:tc>
          <w:tcPr>
            <w:tcW w:w="812" w:type="dxa"/>
            <w:shd w:val="clear" w:color="auto" w:fill="FFC700"/>
          </w:tcPr>
          <w:p w14:paraId="67AF6106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До </w:t>
            </w:r>
          </w:p>
          <w:p w14:paraId="4E2A0C9A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50 стр.</w:t>
            </w:r>
          </w:p>
        </w:tc>
        <w:tc>
          <w:tcPr>
            <w:tcW w:w="904" w:type="dxa"/>
            <w:shd w:val="clear" w:color="auto" w:fill="FFC700"/>
            <w:noWrap/>
          </w:tcPr>
          <w:p w14:paraId="3E325F97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</w:p>
          <w:p w14:paraId="2D89F00F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100 стр.</w:t>
            </w:r>
          </w:p>
        </w:tc>
        <w:tc>
          <w:tcPr>
            <w:tcW w:w="1077" w:type="dxa"/>
            <w:shd w:val="clear" w:color="auto" w:fill="FFC700"/>
            <w:noWrap/>
          </w:tcPr>
          <w:p w14:paraId="1FCB3EE0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</w:p>
          <w:p w14:paraId="5337DF88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200 стр.</w:t>
            </w:r>
          </w:p>
        </w:tc>
        <w:tc>
          <w:tcPr>
            <w:tcW w:w="1077" w:type="dxa"/>
            <w:shd w:val="clear" w:color="auto" w:fill="FFC700"/>
            <w:noWrap/>
          </w:tcPr>
          <w:p w14:paraId="21873B2D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</w:t>
            </w:r>
          </w:p>
          <w:p w14:paraId="5BF5EDDC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300 стр.</w:t>
            </w:r>
          </w:p>
        </w:tc>
        <w:tc>
          <w:tcPr>
            <w:tcW w:w="1195" w:type="dxa"/>
            <w:shd w:val="clear" w:color="auto" w:fill="FFC700"/>
            <w:noWrap/>
          </w:tcPr>
          <w:p w14:paraId="04B2F9D3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Более</w:t>
            </w:r>
          </w:p>
          <w:p w14:paraId="6126D284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300 стр.</w:t>
            </w:r>
          </w:p>
        </w:tc>
      </w:tr>
      <w:tr w:rsidR="009773B9" w:rsidRPr="00F53990" w14:paraId="1D3ED9D1" w14:textId="77777777" w:rsidTr="000054D5">
        <w:trPr>
          <w:trHeight w:val="305"/>
          <w:jc w:val="center"/>
        </w:trPr>
        <w:tc>
          <w:tcPr>
            <w:tcW w:w="3430" w:type="dxa"/>
            <w:noWrap/>
            <w:hideMark/>
          </w:tcPr>
          <w:p w14:paraId="6EB8222A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Переплет А3</w:t>
            </w:r>
          </w:p>
        </w:tc>
        <w:tc>
          <w:tcPr>
            <w:tcW w:w="1186" w:type="dxa"/>
            <w:noWrap/>
            <w:hideMark/>
          </w:tcPr>
          <w:p w14:paraId="2903861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</w:t>
            </w:r>
            <w:r w:rsidRPr="00F53990">
              <w:rPr>
                <w:rFonts w:asciiTheme="majorBidi" w:hAnsiTheme="majorBidi" w:cstheme="majorBidi"/>
                <w:sz w:val="20"/>
                <w:szCs w:val="20"/>
              </w:rPr>
              <w:t>00</w:t>
            </w:r>
          </w:p>
        </w:tc>
        <w:tc>
          <w:tcPr>
            <w:tcW w:w="812" w:type="dxa"/>
          </w:tcPr>
          <w:p w14:paraId="073B07B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375</w:t>
            </w:r>
          </w:p>
        </w:tc>
        <w:tc>
          <w:tcPr>
            <w:tcW w:w="904" w:type="dxa"/>
            <w:noWrap/>
          </w:tcPr>
          <w:p w14:paraId="7EA4445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450</w:t>
            </w:r>
          </w:p>
        </w:tc>
        <w:tc>
          <w:tcPr>
            <w:tcW w:w="1077" w:type="dxa"/>
            <w:noWrap/>
            <w:hideMark/>
          </w:tcPr>
          <w:p w14:paraId="7EDE61F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525</w:t>
            </w:r>
          </w:p>
        </w:tc>
        <w:tc>
          <w:tcPr>
            <w:tcW w:w="1077" w:type="dxa"/>
            <w:noWrap/>
          </w:tcPr>
          <w:p w14:paraId="34605E8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600</w:t>
            </w:r>
          </w:p>
        </w:tc>
        <w:tc>
          <w:tcPr>
            <w:tcW w:w="1195" w:type="dxa"/>
            <w:noWrap/>
            <w:hideMark/>
          </w:tcPr>
          <w:p w14:paraId="7016296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675</w:t>
            </w:r>
          </w:p>
        </w:tc>
      </w:tr>
      <w:tr w:rsidR="009773B9" w:rsidRPr="00F53990" w14:paraId="73C8E5C7" w14:textId="77777777" w:rsidTr="000054D5">
        <w:trPr>
          <w:trHeight w:val="305"/>
          <w:jc w:val="center"/>
        </w:trPr>
        <w:tc>
          <w:tcPr>
            <w:tcW w:w="3430" w:type="dxa"/>
            <w:noWrap/>
            <w:hideMark/>
          </w:tcPr>
          <w:p w14:paraId="0F36DD67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Переплет со складыванием А2-А3</w:t>
            </w:r>
          </w:p>
        </w:tc>
        <w:tc>
          <w:tcPr>
            <w:tcW w:w="1186" w:type="dxa"/>
            <w:noWrap/>
            <w:hideMark/>
          </w:tcPr>
          <w:p w14:paraId="46D86DE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400</w:t>
            </w:r>
          </w:p>
        </w:tc>
        <w:tc>
          <w:tcPr>
            <w:tcW w:w="812" w:type="dxa"/>
          </w:tcPr>
          <w:p w14:paraId="77FD9E5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450</w:t>
            </w:r>
          </w:p>
        </w:tc>
        <w:tc>
          <w:tcPr>
            <w:tcW w:w="904" w:type="dxa"/>
            <w:noWrap/>
          </w:tcPr>
          <w:p w14:paraId="57B17FB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500</w:t>
            </w:r>
          </w:p>
        </w:tc>
        <w:tc>
          <w:tcPr>
            <w:tcW w:w="1077" w:type="dxa"/>
            <w:noWrap/>
            <w:hideMark/>
          </w:tcPr>
          <w:p w14:paraId="4F7DB48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550</w:t>
            </w:r>
          </w:p>
        </w:tc>
        <w:tc>
          <w:tcPr>
            <w:tcW w:w="1077" w:type="dxa"/>
            <w:noWrap/>
          </w:tcPr>
          <w:p w14:paraId="24843E9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600</w:t>
            </w:r>
          </w:p>
        </w:tc>
        <w:tc>
          <w:tcPr>
            <w:tcW w:w="1195" w:type="dxa"/>
            <w:noWrap/>
            <w:hideMark/>
          </w:tcPr>
          <w:p w14:paraId="0063127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9773B9" w:rsidRPr="00F53990" w14:paraId="23DC0D75" w14:textId="77777777" w:rsidTr="000054D5">
        <w:trPr>
          <w:trHeight w:val="305"/>
          <w:jc w:val="center"/>
        </w:trPr>
        <w:tc>
          <w:tcPr>
            <w:tcW w:w="3430" w:type="dxa"/>
            <w:noWrap/>
            <w:hideMark/>
          </w:tcPr>
          <w:p w14:paraId="7D23EF1D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Переплет со складыванием А1-А3</w:t>
            </w:r>
          </w:p>
        </w:tc>
        <w:tc>
          <w:tcPr>
            <w:tcW w:w="1186" w:type="dxa"/>
            <w:noWrap/>
            <w:hideMark/>
          </w:tcPr>
          <w:p w14:paraId="6699227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</w:t>
            </w:r>
            <w:r w:rsidRPr="00F53990">
              <w:rPr>
                <w:rFonts w:asciiTheme="majorBidi" w:hAnsiTheme="majorBidi" w:cstheme="majorBidi"/>
                <w:sz w:val="20"/>
                <w:szCs w:val="20"/>
              </w:rPr>
              <w:t>00</w:t>
            </w:r>
          </w:p>
        </w:tc>
        <w:tc>
          <w:tcPr>
            <w:tcW w:w="812" w:type="dxa"/>
          </w:tcPr>
          <w:p w14:paraId="1BCB537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550</w:t>
            </w:r>
          </w:p>
        </w:tc>
        <w:tc>
          <w:tcPr>
            <w:tcW w:w="904" w:type="dxa"/>
            <w:noWrap/>
          </w:tcPr>
          <w:p w14:paraId="624D02B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600</w:t>
            </w:r>
          </w:p>
        </w:tc>
        <w:tc>
          <w:tcPr>
            <w:tcW w:w="1077" w:type="dxa"/>
            <w:noWrap/>
            <w:hideMark/>
          </w:tcPr>
          <w:p w14:paraId="3F6D4F0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</w:p>
        </w:tc>
        <w:tc>
          <w:tcPr>
            <w:tcW w:w="1077" w:type="dxa"/>
            <w:noWrap/>
          </w:tcPr>
          <w:p w14:paraId="5F7E0D7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700</w:t>
            </w:r>
          </w:p>
        </w:tc>
        <w:tc>
          <w:tcPr>
            <w:tcW w:w="1195" w:type="dxa"/>
            <w:noWrap/>
            <w:hideMark/>
          </w:tcPr>
          <w:p w14:paraId="01D6ADF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750</w:t>
            </w: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</w:tbl>
    <w:p w14:paraId="20D73CDA" w14:textId="77777777" w:rsidR="001457E4" w:rsidRDefault="001457E4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470C3348" w14:textId="7C46492A" w:rsidR="009773B9" w:rsidRPr="00F53990" w:rsidRDefault="009773B9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Твердый</w:t>
      </w:r>
      <w:proofErr w:type="spellEnd"/>
      <w:r w:rsidRPr="00F53990">
        <w:rPr>
          <w:rFonts w:asciiTheme="majorBidi" w:hAnsiTheme="majorBidi" w:cstheme="majorBidi"/>
          <w:color w:val="1F4E78"/>
          <w:sz w:val="20"/>
          <w:szCs w:val="20"/>
        </w:rPr>
        <w:t xml:space="preserve"> </w:t>
      </w: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переплет</w:t>
      </w:r>
      <w:proofErr w:type="spellEnd"/>
    </w:p>
    <w:tbl>
      <w:tblPr>
        <w:tblStyle w:val="aff0"/>
        <w:tblW w:w="9673" w:type="dxa"/>
        <w:jc w:val="center"/>
        <w:tblLook w:val="04A0" w:firstRow="1" w:lastRow="0" w:firstColumn="1" w:lastColumn="0" w:noHBand="0" w:noVBand="1"/>
      </w:tblPr>
      <w:tblGrid>
        <w:gridCol w:w="2417"/>
        <w:gridCol w:w="2417"/>
        <w:gridCol w:w="2417"/>
        <w:gridCol w:w="2422"/>
      </w:tblGrid>
      <w:tr w:rsidR="0051402A" w:rsidRPr="0051402A" w14:paraId="4EA04E81" w14:textId="77777777" w:rsidTr="0051402A">
        <w:trPr>
          <w:trHeight w:val="242"/>
          <w:jc w:val="center"/>
        </w:trPr>
        <w:tc>
          <w:tcPr>
            <w:tcW w:w="9673" w:type="dxa"/>
            <w:gridSpan w:val="4"/>
            <w:shd w:val="clear" w:color="auto" w:fill="FFC700"/>
          </w:tcPr>
          <w:p w14:paraId="3A183B1B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Цвет обложки</w:t>
            </w:r>
          </w:p>
        </w:tc>
      </w:tr>
      <w:tr w:rsidR="0051402A" w:rsidRPr="0051402A" w14:paraId="524D363F" w14:textId="77777777" w:rsidTr="0051402A">
        <w:trPr>
          <w:trHeight w:val="251"/>
          <w:jc w:val="center"/>
        </w:trPr>
        <w:tc>
          <w:tcPr>
            <w:tcW w:w="2417" w:type="dxa"/>
            <w:shd w:val="clear" w:color="auto" w:fill="FFC700"/>
          </w:tcPr>
          <w:p w14:paraId="76F08094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Синий</w:t>
            </w:r>
          </w:p>
        </w:tc>
        <w:tc>
          <w:tcPr>
            <w:tcW w:w="2417" w:type="dxa"/>
            <w:shd w:val="clear" w:color="auto" w:fill="FFC700"/>
          </w:tcPr>
          <w:p w14:paraId="0381A62E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Бордовый</w:t>
            </w:r>
          </w:p>
        </w:tc>
        <w:tc>
          <w:tcPr>
            <w:tcW w:w="2417" w:type="dxa"/>
            <w:shd w:val="clear" w:color="auto" w:fill="FFC700"/>
          </w:tcPr>
          <w:p w14:paraId="1FD0E24B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Зеленый</w:t>
            </w:r>
          </w:p>
        </w:tc>
        <w:tc>
          <w:tcPr>
            <w:tcW w:w="2422" w:type="dxa"/>
            <w:shd w:val="clear" w:color="auto" w:fill="FFC700"/>
          </w:tcPr>
          <w:p w14:paraId="2B8617D6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Красный</w:t>
            </w:r>
          </w:p>
        </w:tc>
      </w:tr>
      <w:tr w:rsidR="009773B9" w:rsidRPr="00F53990" w14:paraId="2BD1CCB3" w14:textId="77777777" w:rsidTr="000054D5">
        <w:trPr>
          <w:trHeight w:val="242"/>
          <w:jc w:val="center"/>
        </w:trPr>
        <w:tc>
          <w:tcPr>
            <w:tcW w:w="9673" w:type="dxa"/>
            <w:gridSpan w:val="4"/>
          </w:tcPr>
          <w:p w14:paraId="7726EFF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Обычный переплет</w:t>
            </w:r>
          </w:p>
        </w:tc>
      </w:tr>
      <w:tr w:rsidR="009773B9" w:rsidRPr="00F53990" w14:paraId="35D688C3" w14:textId="77777777" w:rsidTr="0051402A">
        <w:trPr>
          <w:trHeight w:val="242"/>
          <w:jc w:val="center"/>
        </w:trPr>
        <w:tc>
          <w:tcPr>
            <w:tcW w:w="2417" w:type="dxa"/>
          </w:tcPr>
          <w:p w14:paraId="2AA6B862" w14:textId="242499E6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600</w:t>
            </w:r>
          </w:p>
        </w:tc>
        <w:tc>
          <w:tcPr>
            <w:tcW w:w="2417" w:type="dxa"/>
          </w:tcPr>
          <w:p w14:paraId="58FC5AC5" w14:textId="0BA21DC9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600</w:t>
            </w:r>
          </w:p>
        </w:tc>
        <w:tc>
          <w:tcPr>
            <w:tcW w:w="2417" w:type="dxa"/>
          </w:tcPr>
          <w:p w14:paraId="6433293B" w14:textId="09E0AFEE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600</w:t>
            </w:r>
          </w:p>
        </w:tc>
        <w:tc>
          <w:tcPr>
            <w:tcW w:w="2422" w:type="dxa"/>
          </w:tcPr>
          <w:p w14:paraId="19C1AB55" w14:textId="32910AFF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600</w:t>
            </w:r>
          </w:p>
        </w:tc>
      </w:tr>
      <w:tr w:rsidR="009773B9" w:rsidRPr="00F53990" w14:paraId="56D1E3F2" w14:textId="77777777" w:rsidTr="000054D5">
        <w:trPr>
          <w:trHeight w:val="251"/>
          <w:jc w:val="center"/>
        </w:trPr>
        <w:tc>
          <w:tcPr>
            <w:tcW w:w="9673" w:type="dxa"/>
            <w:gridSpan w:val="4"/>
          </w:tcPr>
          <w:p w14:paraId="0249731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Обложки со стандартными надписями</w:t>
            </w:r>
          </w:p>
        </w:tc>
      </w:tr>
      <w:tr w:rsidR="009773B9" w:rsidRPr="00F53990" w14:paraId="6267C1E3" w14:textId="77777777" w:rsidTr="0051402A">
        <w:trPr>
          <w:trHeight w:val="242"/>
          <w:jc w:val="center"/>
        </w:trPr>
        <w:tc>
          <w:tcPr>
            <w:tcW w:w="2417" w:type="dxa"/>
          </w:tcPr>
          <w:p w14:paraId="4D228E8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</w:p>
        </w:tc>
        <w:tc>
          <w:tcPr>
            <w:tcW w:w="2417" w:type="dxa"/>
          </w:tcPr>
          <w:p w14:paraId="41C3038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</w:p>
        </w:tc>
        <w:tc>
          <w:tcPr>
            <w:tcW w:w="2417" w:type="dxa"/>
          </w:tcPr>
          <w:p w14:paraId="716AF8C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</w:p>
        </w:tc>
        <w:tc>
          <w:tcPr>
            <w:tcW w:w="2422" w:type="dxa"/>
          </w:tcPr>
          <w:p w14:paraId="2FD6E6F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650</w:t>
            </w:r>
          </w:p>
        </w:tc>
      </w:tr>
      <w:tr w:rsidR="009773B9" w:rsidRPr="000D51A2" w14:paraId="4C3D4E8D" w14:textId="77777777" w:rsidTr="000054D5">
        <w:trPr>
          <w:trHeight w:val="242"/>
          <w:jc w:val="center"/>
        </w:trPr>
        <w:tc>
          <w:tcPr>
            <w:tcW w:w="9673" w:type="dxa"/>
            <w:gridSpan w:val="4"/>
          </w:tcPr>
          <w:p w14:paraId="4185FCB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Обложки с изготовлением индивидуальной надписи</w:t>
            </w:r>
          </w:p>
        </w:tc>
      </w:tr>
      <w:tr w:rsidR="009773B9" w:rsidRPr="00F53990" w14:paraId="482835CC" w14:textId="77777777" w:rsidTr="0051402A">
        <w:trPr>
          <w:trHeight w:val="251"/>
          <w:jc w:val="center"/>
        </w:trPr>
        <w:tc>
          <w:tcPr>
            <w:tcW w:w="2417" w:type="dxa"/>
          </w:tcPr>
          <w:p w14:paraId="66FB4F0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850</w:t>
            </w:r>
          </w:p>
        </w:tc>
        <w:tc>
          <w:tcPr>
            <w:tcW w:w="2417" w:type="dxa"/>
          </w:tcPr>
          <w:p w14:paraId="521407F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850</w:t>
            </w:r>
          </w:p>
        </w:tc>
        <w:tc>
          <w:tcPr>
            <w:tcW w:w="2417" w:type="dxa"/>
          </w:tcPr>
          <w:p w14:paraId="6582D76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850</w:t>
            </w:r>
          </w:p>
        </w:tc>
        <w:tc>
          <w:tcPr>
            <w:tcW w:w="2422" w:type="dxa"/>
          </w:tcPr>
          <w:p w14:paraId="678DDB7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850</w:t>
            </w:r>
          </w:p>
        </w:tc>
      </w:tr>
    </w:tbl>
    <w:p w14:paraId="22677236" w14:textId="77777777" w:rsidR="00B1047D" w:rsidRDefault="00B1047D" w:rsidP="00B1047D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tbl>
      <w:tblPr>
        <w:tblpPr w:leftFromText="180" w:rightFromText="180" w:vertAnchor="text" w:horzAnchor="margin" w:tblpY="-124"/>
        <w:tblOverlap w:val="nev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B1047D" w:rsidRPr="00F53990" w14:paraId="3D1B3788" w14:textId="77777777" w:rsidTr="00B1047D">
        <w:trPr>
          <w:trHeight w:val="481"/>
        </w:trPr>
        <w:tc>
          <w:tcPr>
            <w:tcW w:w="10240" w:type="dxa"/>
            <w:shd w:val="clear" w:color="auto" w:fill="1F4E78"/>
            <w:vAlign w:val="center"/>
          </w:tcPr>
          <w:p w14:paraId="2EFD0E52" w14:textId="599AA584" w:rsidR="00B1047D" w:rsidRPr="00F53990" w:rsidRDefault="00B1047D" w:rsidP="00B1047D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lastRenderedPageBreak/>
              <w:t>0</w:t>
            </w:r>
            <w:r w:rsidR="00D16BBF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5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 xml:space="preserve"> / ШИРОКОФОРМАТНАЯ ПЕЧАТЬ</w:t>
            </w:r>
          </w:p>
        </w:tc>
      </w:tr>
    </w:tbl>
    <w:p w14:paraId="79A0FA30" w14:textId="03AAD4F4" w:rsidR="00B1047D" w:rsidRDefault="00B1047D" w:rsidP="00B1047D">
      <w:pPr>
        <w:tabs>
          <w:tab w:val="left" w:pos="1970"/>
        </w:tabs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4B4202F2" w14:textId="155EA202" w:rsidR="009773B9" w:rsidRDefault="009773B9" w:rsidP="009773B9">
      <w:pPr>
        <w:rPr>
          <w:rFonts w:asciiTheme="majorBidi" w:hAnsiTheme="majorBidi" w:cstheme="majorBidi"/>
          <w:color w:val="1F4E78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color w:val="1F4E78"/>
          <w:sz w:val="20"/>
          <w:szCs w:val="20"/>
          <w:lang w:val="ru-RU"/>
        </w:rPr>
        <w:t>Основные материалы и печать за 1 м²</w:t>
      </w:r>
    </w:p>
    <w:tbl>
      <w:tblPr>
        <w:tblStyle w:val="aff0"/>
        <w:tblpPr w:leftFromText="180" w:rightFromText="180" w:vertAnchor="text" w:horzAnchor="margin" w:tblpXSpec="right" w:tblpY="110"/>
        <w:tblW w:w="0" w:type="auto"/>
        <w:tblLook w:val="04A0" w:firstRow="1" w:lastRow="0" w:firstColumn="1" w:lastColumn="0" w:noHBand="0" w:noVBand="1"/>
      </w:tblPr>
      <w:tblGrid>
        <w:gridCol w:w="3964"/>
        <w:gridCol w:w="816"/>
      </w:tblGrid>
      <w:tr w:rsidR="00B1047D" w:rsidRPr="00F53990" w14:paraId="608CAB17" w14:textId="77777777" w:rsidTr="00B1047D">
        <w:trPr>
          <w:trHeight w:val="512"/>
        </w:trPr>
        <w:tc>
          <w:tcPr>
            <w:tcW w:w="4780" w:type="dxa"/>
            <w:gridSpan w:val="2"/>
            <w:shd w:val="clear" w:color="auto" w:fill="FFC700"/>
            <w:vAlign w:val="center"/>
          </w:tcPr>
          <w:p w14:paraId="49FF41D0" w14:textId="77777777" w:rsidR="00B1047D" w:rsidRPr="0051402A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УФ интерьерная печать</w:t>
            </w:r>
          </w:p>
        </w:tc>
      </w:tr>
      <w:tr w:rsidR="00B1047D" w:rsidRPr="00F53990" w14:paraId="45463722" w14:textId="77777777" w:rsidTr="00B1047D">
        <w:trPr>
          <w:trHeight w:val="320"/>
        </w:trPr>
        <w:tc>
          <w:tcPr>
            <w:tcW w:w="3964" w:type="dxa"/>
            <w:shd w:val="clear" w:color="auto" w:fill="FFFFFF"/>
            <w:vAlign w:val="center"/>
          </w:tcPr>
          <w:p w14:paraId="0F8C8C17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Ораджет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 CMYK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1DE71610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2 250 </w:t>
            </w:r>
          </w:p>
        </w:tc>
      </w:tr>
      <w:tr w:rsidR="00B1047D" w:rsidRPr="00F53990" w14:paraId="166CA639" w14:textId="77777777" w:rsidTr="00B1047D">
        <w:trPr>
          <w:trHeight w:val="320"/>
        </w:trPr>
        <w:tc>
          <w:tcPr>
            <w:tcW w:w="3964" w:type="dxa"/>
            <w:shd w:val="clear" w:color="auto" w:fill="F6F8FA"/>
            <w:vAlign w:val="center"/>
          </w:tcPr>
          <w:p w14:paraId="31BDEC98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Ораджет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 W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5E2A4381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2 312 </w:t>
            </w:r>
          </w:p>
        </w:tc>
      </w:tr>
      <w:tr w:rsidR="00B1047D" w:rsidRPr="00F53990" w14:paraId="497C701E" w14:textId="77777777" w:rsidTr="00B1047D">
        <w:trPr>
          <w:trHeight w:val="320"/>
        </w:trPr>
        <w:tc>
          <w:tcPr>
            <w:tcW w:w="3964" w:type="dxa"/>
            <w:shd w:val="clear" w:color="auto" w:fill="FFFFFF"/>
            <w:vAlign w:val="center"/>
          </w:tcPr>
          <w:p w14:paraId="6131A3EF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китайская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486AEFC0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1 512 </w:t>
            </w:r>
          </w:p>
        </w:tc>
      </w:tr>
      <w:tr w:rsidR="00B1047D" w:rsidRPr="00F53990" w14:paraId="18C019DC" w14:textId="77777777" w:rsidTr="00B1047D">
        <w:trPr>
          <w:trHeight w:val="320"/>
        </w:trPr>
        <w:tc>
          <w:tcPr>
            <w:tcW w:w="3964" w:type="dxa"/>
            <w:shd w:val="clear" w:color="auto" w:fill="F6F8FA"/>
            <w:vAlign w:val="center"/>
          </w:tcPr>
          <w:p w14:paraId="45E600CC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Пленка китайская 80мк с черным оборотом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23B95A0B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1 650 </w:t>
            </w:r>
          </w:p>
        </w:tc>
      </w:tr>
      <w:tr w:rsidR="00B1047D" w:rsidRPr="00F53990" w14:paraId="74DB23E4" w14:textId="77777777" w:rsidTr="00B1047D">
        <w:trPr>
          <w:trHeight w:val="298"/>
        </w:trPr>
        <w:tc>
          <w:tcPr>
            <w:tcW w:w="3964" w:type="dxa"/>
            <w:shd w:val="clear" w:color="auto" w:fill="FFFFFF"/>
            <w:vAlign w:val="center"/>
          </w:tcPr>
          <w:p w14:paraId="1CACD9CD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перфорированная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140мк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2E2C4EE3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1 875 </w:t>
            </w:r>
          </w:p>
        </w:tc>
      </w:tr>
      <w:tr w:rsidR="00B1047D" w:rsidRPr="00F53990" w14:paraId="51567496" w14:textId="77777777" w:rsidTr="00B1047D">
        <w:trPr>
          <w:trHeight w:val="320"/>
        </w:trPr>
        <w:tc>
          <w:tcPr>
            <w:tcW w:w="3964" w:type="dxa"/>
            <w:shd w:val="clear" w:color="auto" w:fill="F6F8FA"/>
            <w:vAlign w:val="center"/>
          </w:tcPr>
          <w:p w14:paraId="15FCE255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Бэклит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300г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21839E23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2 500 </w:t>
            </w:r>
          </w:p>
        </w:tc>
      </w:tr>
      <w:tr w:rsidR="00B1047D" w:rsidRPr="00F53990" w14:paraId="4020F968" w14:textId="77777777" w:rsidTr="00B1047D">
        <w:trPr>
          <w:trHeight w:val="320"/>
        </w:trPr>
        <w:tc>
          <w:tcPr>
            <w:tcW w:w="3964" w:type="dxa"/>
            <w:shd w:val="clear" w:color="auto" w:fill="FFFFFF"/>
            <w:vAlign w:val="center"/>
          </w:tcPr>
          <w:p w14:paraId="7CC39074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светонакопительная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(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фотолюминесцентная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) 240мк*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7589BCE8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9 625 </w:t>
            </w:r>
          </w:p>
        </w:tc>
      </w:tr>
      <w:tr w:rsidR="00B1047D" w:rsidRPr="00F53990" w14:paraId="485D5976" w14:textId="77777777" w:rsidTr="00B1047D">
        <w:trPr>
          <w:trHeight w:val="320"/>
        </w:trPr>
        <w:tc>
          <w:tcPr>
            <w:tcW w:w="3964" w:type="dxa"/>
            <w:shd w:val="clear" w:color="auto" w:fill="F6F8FA"/>
            <w:vAlign w:val="center"/>
          </w:tcPr>
          <w:p w14:paraId="4C0CDEA0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светоотражающая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(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световозвращающая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) 110мк*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24C583C8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3 850 </w:t>
            </w:r>
          </w:p>
        </w:tc>
      </w:tr>
      <w:tr w:rsidR="00B1047D" w:rsidRPr="00F53990" w14:paraId="604D77B0" w14:textId="77777777" w:rsidTr="00B1047D">
        <w:trPr>
          <w:trHeight w:val="320"/>
        </w:trPr>
        <w:tc>
          <w:tcPr>
            <w:tcW w:w="3964" w:type="dxa"/>
            <w:shd w:val="clear" w:color="auto" w:fill="FFFFFF"/>
            <w:vAlign w:val="center"/>
          </w:tcPr>
          <w:p w14:paraId="403DDA7C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Ситилайт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150г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1FF39FFD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1 788 </w:t>
            </w:r>
          </w:p>
        </w:tc>
      </w:tr>
      <w:tr w:rsidR="00B1047D" w:rsidRPr="00F53990" w14:paraId="424BE498" w14:textId="77777777" w:rsidTr="00B1047D">
        <w:trPr>
          <w:trHeight w:val="320"/>
        </w:trPr>
        <w:tc>
          <w:tcPr>
            <w:tcW w:w="3964" w:type="dxa"/>
            <w:shd w:val="clear" w:color="auto" w:fill="F6F8FA"/>
            <w:vAlign w:val="center"/>
          </w:tcPr>
          <w:p w14:paraId="16F57F6B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Фотобумага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220г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6325F599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1 925 </w:t>
            </w:r>
          </w:p>
        </w:tc>
      </w:tr>
      <w:tr w:rsidR="00B1047D" w:rsidRPr="00F53990" w14:paraId="6F565206" w14:textId="77777777" w:rsidTr="00B1047D">
        <w:trPr>
          <w:trHeight w:val="320"/>
        </w:trPr>
        <w:tc>
          <w:tcPr>
            <w:tcW w:w="3964" w:type="dxa"/>
            <w:shd w:val="clear" w:color="auto" w:fill="FFFFFF"/>
            <w:vAlign w:val="center"/>
          </w:tcPr>
          <w:p w14:paraId="748D7847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Холст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натуральный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350г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724C2C8F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3 025 </w:t>
            </w:r>
          </w:p>
        </w:tc>
      </w:tr>
      <w:tr w:rsidR="00B1047D" w:rsidRPr="00F53990" w14:paraId="203D2ED6" w14:textId="77777777" w:rsidTr="00B1047D">
        <w:trPr>
          <w:trHeight w:val="320"/>
        </w:trPr>
        <w:tc>
          <w:tcPr>
            <w:tcW w:w="3964" w:type="dxa"/>
            <w:shd w:val="clear" w:color="auto" w:fill="F6F8FA"/>
            <w:vAlign w:val="center"/>
          </w:tcPr>
          <w:p w14:paraId="5D95958E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Фотообои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(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песок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лен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)*</w:t>
            </w:r>
            <w:proofErr w:type="gramEnd"/>
          </w:p>
        </w:tc>
        <w:tc>
          <w:tcPr>
            <w:tcW w:w="816" w:type="dxa"/>
            <w:shd w:val="clear" w:color="auto" w:fill="F6F8FA"/>
            <w:vAlign w:val="center"/>
          </w:tcPr>
          <w:p w14:paraId="4E975FA5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2 538 </w:t>
            </w:r>
          </w:p>
        </w:tc>
      </w:tr>
      <w:tr w:rsidR="00B1047D" w:rsidRPr="00F53990" w14:paraId="7AB37E97" w14:textId="77777777" w:rsidTr="00B1047D">
        <w:trPr>
          <w:trHeight w:val="320"/>
        </w:trPr>
        <w:tc>
          <w:tcPr>
            <w:tcW w:w="3964" w:type="dxa"/>
            <w:shd w:val="clear" w:color="auto" w:fill="FFFFFF"/>
            <w:vAlign w:val="center"/>
          </w:tcPr>
          <w:p w14:paraId="663A7ED0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Магнитный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винил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0,5мм*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6D1FDECE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4 812 </w:t>
            </w:r>
          </w:p>
        </w:tc>
      </w:tr>
      <w:tr w:rsidR="00B1047D" w:rsidRPr="00F53990" w14:paraId="6D82FD1E" w14:textId="77777777" w:rsidTr="00B1047D">
        <w:trPr>
          <w:trHeight w:val="320"/>
        </w:trPr>
        <w:tc>
          <w:tcPr>
            <w:tcW w:w="3964" w:type="dxa"/>
            <w:shd w:val="clear" w:color="auto" w:fill="F6F8FA"/>
            <w:vAlign w:val="center"/>
          </w:tcPr>
          <w:p w14:paraId="530C6D80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Печать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CMYKW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1ED1B114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1 500 </w:t>
            </w:r>
          </w:p>
        </w:tc>
      </w:tr>
    </w:tbl>
    <w:tbl>
      <w:tblPr>
        <w:tblStyle w:val="aff0"/>
        <w:tblpPr w:leftFromText="180" w:rightFromText="180" w:vertAnchor="page" w:horzAnchor="margin" w:tblpY="1838"/>
        <w:tblW w:w="0" w:type="auto"/>
        <w:tblLook w:val="04A0" w:firstRow="1" w:lastRow="0" w:firstColumn="1" w:lastColumn="0" w:noHBand="0" w:noVBand="1"/>
      </w:tblPr>
      <w:tblGrid>
        <w:gridCol w:w="4032"/>
        <w:gridCol w:w="816"/>
      </w:tblGrid>
      <w:tr w:rsidR="00B1047D" w:rsidRPr="0051402A" w14:paraId="671CC4B9" w14:textId="77777777" w:rsidTr="00B1047D">
        <w:trPr>
          <w:trHeight w:val="382"/>
        </w:trPr>
        <w:tc>
          <w:tcPr>
            <w:tcW w:w="4848" w:type="dxa"/>
            <w:gridSpan w:val="2"/>
            <w:shd w:val="clear" w:color="auto" w:fill="FFC700"/>
            <w:vAlign w:val="center"/>
          </w:tcPr>
          <w:p w14:paraId="12126797" w14:textId="77777777" w:rsidR="00B1047D" w:rsidRPr="0051402A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Широкоформатная печать</w:t>
            </w:r>
          </w:p>
        </w:tc>
      </w:tr>
      <w:tr w:rsidR="00B1047D" w:rsidRPr="00F53990" w14:paraId="6BBCEEDB" w14:textId="77777777" w:rsidTr="00B1047D">
        <w:trPr>
          <w:trHeight w:val="220"/>
        </w:trPr>
        <w:tc>
          <w:tcPr>
            <w:tcW w:w="4032" w:type="dxa"/>
            <w:shd w:val="clear" w:color="auto" w:fill="FFFFFF"/>
            <w:vAlign w:val="center"/>
          </w:tcPr>
          <w:p w14:paraId="55B3E83D" w14:textId="77777777" w:rsidR="00B1047D" w:rsidRPr="00F53990" w:rsidRDefault="00B1047D" w:rsidP="00B1047D">
            <w:pPr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литой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400г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71E14FBD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color w:val="1F2933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688</w:t>
            </w:r>
          </w:p>
        </w:tc>
      </w:tr>
      <w:tr w:rsidR="00B1047D" w:rsidRPr="00F53990" w14:paraId="5A18B289" w14:textId="77777777" w:rsidTr="00B1047D">
        <w:trPr>
          <w:trHeight w:val="242"/>
        </w:trPr>
        <w:tc>
          <w:tcPr>
            <w:tcW w:w="4032" w:type="dxa"/>
            <w:shd w:val="clear" w:color="auto" w:fill="F6F8FA"/>
            <w:vAlign w:val="center"/>
          </w:tcPr>
          <w:p w14:paraId="4A2448A9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литой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510г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6D045408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850</w:t>
            </w:r>
          </w:p>
        </w:tc>
      </w:tr>
      <w:tr w:rsidR="00B1047D" w:rsidRPr="00F53990" w14:paraId="37286690" w14:textId="77777777" w:rsidTr="00B1047D">
        <w:trPr>
          <w:trHeight w:val="220"/>
        </w:trPr>
        <w:tc>
          <w:tcPr>
            <w:tcW w:w="4032" w:type="dxa"/>
            <w:shd w:val="clear" w:color="auto" w:fill="FFFFFF"/>
            <w:vAlign w:val="center"/>
          </w:tcPr>
          <w:p w14:paraId="008626E3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ламинированный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300г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358E8245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438</w:t>
            </w:r>
          </w:p>
        </w:tc>
      </w:tr>
      <w:tr w:rsidR="00B1047D" w:rsidRPr="00F53990" w14:paraId="237FAFA5" w14:textId="77777777" w:rsidTr="00B1047D">
        <w:trPr>
          <w:trHeight w:val="242"/>
        </w:trPr>
        <w:tc>
          <w:tcPr>
            <w:tcW w:w="4032" w:type="dxa"/>
            <w:shd w:val="clear" w:color="auto" w:fill="F6F8FA"/>
            <w:vAlign w:val="center"/>
          </w:tcPr>
          <w:p w14:paraId="23F36AEC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ламинированный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440г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4C599396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662</w:t>
            </w:r>
          </w:p>
        </w:tc>
      </w:tr>
      <w:tr w:rsidR="00B1047D" w:rsidRPr="00F53990" w14:paraId="32946CB4" w14:textId="77777777" w:rsidTr="00B1047D">
        <w:trPr>
          <w:trHeight w:val="242"/>
        </w:trPr>
        <w:tc>
          <w:tcPr>
            <w:tcW w:w="4032" w:type="dxa"/>
            <w:shd w:val="clear" w:color="auto" w:fill="FFFFFF"/>
            <w:vAlign w:val="center"/>
          </w:tcPr>
          <w:p w14:paraId="748211B9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Сетка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370г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3CEEDCAB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1 338</w:t>
            </w:r>
          </w:p>
        </w:tc>
      </w:tr>
      <w:tr w:rsidR="00B1047D" w:rsidRPr="00F53990" w14:paraId="7D519BA7" w14:textId="77777777" w:rsidTr="00B1047D">
        <w:trPr>
          <w:trHeight w:val="220"/>
        </w:trPr>
        <w:tc>
          <w:tcPr>
            <w:tcW w:w="4032" w:type="dxa"/>
            <w:shd w:val="clear" w:color="auto" w:fill="F6F8FA"/>
            <w:vAlign w:val="center"/>
          </w:tcPr>
          <w:p w14:paraId="031B1467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Ораджет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40EA732F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1 212</w:t>
            </w:r>
          </w:p>
        </w:tc>
      </w:tr>
      <w:tr w:rsidR="00B1047D" w:rsidRPr="00F53990" w14:paraId="33B3679B" w14:textId="77777777" w:rsidTr="00B1047D">
        <w:trPr>
          <w:trHeight w:val="242"/>
        </w:trPr>
        <w:tc>
          <w:tcPr>
            <w:tcW w:w="4032" w:type="dxa"/>
            <w:shd w:val="clear" w:color="auto" w:fill="FFFFFF"/>
            <w:vAlign w:val="center"/>
          </w:tcPr>
          <w:p w14:paraId="3ECD54BF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Ораджет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легосъеиная</w:t>
            </w:r>
            <w:proofErr w:type="spellEnd"/>
          </w:p>
        </w:tc>
        <w:tc>
          <w:tcPr>
            <w:tcW w:w="816" w:type="dxa"/>
            <w:shd w:val="clear" w:color="auto" w:fill="FFFFFF"/>
            <w:vAlign w:val="center"/>
          </w:tcPr>
          <w:p w14:paraId="6638FF9F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1 510</w:t>
            </w:r>
          </w:p>
        </w:tc>
      </w:tr>
      <w:tr w:rsidR="00B1047D" w:rsidRPr="00F53990" w14:paraId="0B184CDC" w14:textId="77777777" w:rsidTr="00B1047D">
        <w:trPr>
          <w:trHeight w:val="220"/>
        </w:trPr>
        <w:tc>
          <w:tcPr>
            <w:tcW w:w="4032" w:type="dxa"/>
            <w:shd w:val="clear" w:color="auto" w:fill="F6F8FA"/>
            <w:vAlign w:val="center"/>
          </w:tcPr>
          <w:p w14:paraId="049A6DEB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китайская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33778439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588</w:t>
            </w:r>
          </w:p>
        </w:tc>
      </w:tr>
      <w:tr w:rsidR="00B1047D" w:rsidRPr="00F53990" w14:paraId="1BB776B5" w14:textId="77777777" w:rsidTr="00B1047D">
        <w:trPr>
          <w:trHeight w:val="242"/>
        </w:trPr>
        <w:tc>
          <w:tcPr>
            <w:tcW w:w="4032" w:type="dxa"/>
            <w:shd w:val="clear" w:color="auto" w:fill="FFFFFF"/>
            <w:vAlign w:val="center"/>
          </w:tcPr>
          <w:p w14:paraId="3E4958B5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Пленка китайская 80мк с черным оборотом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1EDCE7DB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812</w:t>
            </w:r>
          </w:p>
        </w:tc>
      </w:tr>
      <w:tr w:rsidR="00B1047D" w:rsidRPr="00F53990" w14:paraId="193C55D3" w14:textId="77777777" w:rsidTr="00B1047D">
        <w:trPr>
          <w:trHeight w:val="242"/>
        </w:trPr>
        <w:tc>
          <w:tcPr>
            <w:tcW w:w="4032" w:type="dxa"/>
            <w:shd w:val="clear" w:color="auto" w:fill="F6F8FA"/>
            <w:vAlign w:val="center"/>
          </w:tcPr>
          <w:p w14:paraId="6851AF6E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перфорированная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140мк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20C3F936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850</w:t>
            </w:r>
          </w:p>
        </w:tc>
      </w:tr>
      <w:tr w:rsidR="00B1047D" w:rsidRPr="00F53990" w14:paraId="16A816E0" w14:textId="77777777" w:rsidTr="00B1047D">
        <w:trPr>
          <w:trHeight w:val="220"/>
        </w:trPr>
        <w:tc>
          <w:tcPr>
            <w:tcW w:w="4032" w:type="dxa"/>
            <w:shd w:val="clear" w:color="auto" w:fill="FFFFFF"/>
            <w:vAlign w:val="center"/>
          </w:tcPr>
          <w:p w14:paraId="3AB544E3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Ситилайт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150г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57208C02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688</w:t>
            </w:r>
          </w:p>
        </w:tc>
      </w:tr>
      <w:tr w:rsidR="00B1047D" w:rsidRPr="00F53990" w14:paraId="70C27761" w14:textId="77777777" w:rsidTr="00B1047D">
        <w:trPr>
          <w:trHeight w:val="242"/>
        </w:trPr>
        <w:tc>
          <w:tcPr>
            <w:tcW w:w="4032" w:type="dxa"/>
            <w:shd w:val="clear" w:color="auto" w:fill="F6F8FA"/>
            <w:vAlign w:val="center"/>
          </w:tcPr>
          <w:p w14:paraId="4982434D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Блюбэк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115г*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255CB618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500</w:t>
            </w:r>
          </w:p>
        </w:tc>
      </w:tr>
      <w:tr w:rsidR="00B1047D" w:rsidRPr="00F53990" w14:paraId="10A34215" w14:textId="77777777" w:rsidTr="00B1047D">
        <w:trPr>
          <w:trHeight w:val="220"/>
        </w:trPr>
        <w:tc>
          <w:tcPr>
            <w:tcW w:w="4032" w:type="dxa"/>
            <w:shd w:val="clear" w:color="auto" w:fill="FFFFFF"/>
            <w:vAlign w:val="center"/>
          </w:tcPr>
          <w:p w14:paraId="6F6ABB12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полипропиленовая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130г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6C97A509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762 </w:t>
            </w:r>
          </w:p>
        </w:tc>
      </w:tr>
      <w:tr w:rsidR="00B1047D" w:rsidRPr="00F53990" w14:paraId="462A8B25" w14:textId="77777777" w:rsidTr="00B1047D">
        <w:trPr>
          <w:trHeight w:val="242"/>
        </w:trPr>
        <w:tc>
          <w:tcPr>
            <w:tcW w:w="4032" w:type="dxa"/>
            <w:shd w:val="clear" w:color="auto" w:fill="F6F8FA"/>
            <w:vAlign w:val="center"/>
          </w:tcPr>
          <w:p w14:paraId="622AE430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скроллерная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150г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2280E6FF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1 488 </w:t>
            </w:r>
          </w:p>
        </w:tc>
      </w:tr>
    </w:tbl>
    <w:p w14:paraId="16FB6E44" w14:textId="77777777" w:rsidR="0051402A" w:rsidRDefault="0051402A" w:rsidP="009773B9">
      <w:pPr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15A82AB7" w14:textId="77777777" w:rsidR="0051402A" w:rsidRDefault="0051402A" w:rsidP="009773B9">
      <w:pPr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6AF6CAD9" w14:textId="77777777" w:rsidR="0051402A" w:rsidRDefault="0051402A" w:rsidP="009773B9">
      <w:pPr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1D25C518" w14:textId="77777777" w:rsidR="0051402A" w:rsidRDefault="0051402A" w:rsidP="009773B9">
      <w:pPr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1CF026DD" w14:textId="77777777" w:rsidR="0051402A" w:rsidRDefault="0051402A" w:rsidP="009773B9">
      <w:pPr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26C429C3" w14:textId="77777777" w:rsidR="0051402A" w:rsidRPr="00F53990" w:rsidRDefault="0051402A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Style w:val="aff0"/>
        <w:tblpPr w:leftFromText="180" w:rightFromText="180" w:vertAnchor="text" w:horzAnchor="margin" w:tblpXSpec="right" w:tblpY="250"/>
        <w:tblW w:w="0" w:type="auto"/>
        <w:tblLook w:val="04A0" w:firstRow="1" w:lastRow="0" w:firstColumn="1" w:lastColumn="0" w:noHBand="0" w:noVBand="1"/>
      </w:tblPr>
      <w:tblGrid>
        <w:gridCol w:w="3747"/>
        <w:gridCol w:w="816"/>
      </w:tblGrid>
      <w:tr w:rsidR="00B1047D" w:rsidRPr="00F53990" w14:paraId="0ED6DDD9" w14:textId="77777777" w:rsidTr="00B1047D">
        <w:trPr>
          <w:trHeight w:val="383"/>
        </w:trPr>
        <w:tc>
          <w:tcPr>
            <w:tcW w:w="4563" w:type="dxa"/>
            <w:gridSpan w:val="2"/>
            <w:shd w:val="clear" w:color="auto" w:fill="FFC700"/>
            <w:vAlign w:val="center"/>
          </w:tcPr>
          <w:p w14:paraId="15B65490" w14:textId="77777777" w:rsidR="00B1047D" w:rsidRPr="0051402A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УФ широкоформатная печать</w:t>
            </w:r>
          </w:p>
        </w:tc>
      </w:tr>
      <w:tr w:rsidR="00B1047D" w:rsidRPr="00F53990" w14:paraId="79EA8769" w14:textId="77777777" w:rsidTr="00B1047D">
        <w:trPr>
          <w:trHeight w:val="239"/>
        </w:trPr>
        <w:tc>
          <w:tcPr>
            <w:tcW w:w="3747" w:type="dxa"/>
            <w:shd w:val="clear" w:color="auto" w:fill="F6F8FA"/>
            <w:vAlign w:val="center"/>
          </w:tcPr>
          <w:p w14:paraId="640996E3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литой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400г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5EEE6020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1 100 </w:t>
            </w:r>
          </w:p>
        </w:tc>
      </w:tr>
      <w:tr w:rsidR="00B1047D" w:rsidRPr="00F53990" w14:paraId="5ADBF432" w14:textId="77777777" w:rsidTr="00B1047D">
        <w:trPr>
          <w:trHeight w:val="239"/>
        </w:trPr>
        <w:tc>
          <w:tcPr>
            <w:tcW w:w="3747" w:type="dxa"/>
            <w:shd w:val="clear" w:color="auto" w:fill="FFFFFF"/>
            <w:vAlign w:val="center"/>
          </w:tcPr>
          <w:p w14:paraId="3559B48A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литой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510г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4D6FF377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1 375 </w:t>
            </w:r>
          </w:p>
        </w:tc>
      </w:tr>
      <w:tr w:rsidR="00B1047D" w:rsidRPr="00F53990" w14:paraId="4B1944E2" w14:textId="77777777" w:rsidTr="00B1047D">
        <w:trPr>
          <w:trHeight w:val="239"/>
        </w:trPr>
        <w:tc>
          <w:tcPr>
            <w:tcW w:w="3747" w:type="dxa"/>
            <w:shd w:val="clear" w:color="auto" w:fill="F6F8FA"/>
            <w:vAlign w:val="center"/>
          </w:tcPr>
          <w:p w14:paraId="43340572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ламинированный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300г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3DC1B3BE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838 </w:t>
            </w:r>
          </w:p>
        </w:tc>
      </w:tr>
      <w:tr w:rsidR="00B1047D" w:rsidRPr="00F53990" w14:paraId="6D8FEC24" w14:textId="77777777" w:rsidTr="00B1047D">
        <w:trPr>
          <w:trHeight w:val="239"/>
        </w:trPr>
        <w:tc>
          <w:tcPr>
            <w:tcW w:w="3747" w:type="dxa"/>
            <w:shd w:val="clear" w:color="auto" w:fill="FFFFFF"/>
            <w:vAlign w:val="center"/>
          </w:tcPr>
          <w:p w14:paraId="2374692C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ламинированный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440г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43F37302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1 050 </w:t>
            </w:r>
          </w:p>
        </w:tc>
      </w:tr>
      <w:tr w:rsidR="00B1047D" w:rsidRPr="00F53990" w14:paraId="47721373" w14:textId="77777777" w:rsidTr="00B1047D">
        <w:trPr>
          <w:trHeight w:val="222"/>
        </w:trPr>
        <w:tc>
          <w:tcPr>
            <w:tcW w:w="3747" w:type="dxa"/>
            <w:shd w:val="clear" w:color="auto" w:fill="F6F8FA"/>
            <w:vAlign w:val="center"/>
          </w:tcPr>
          <w:p w14:paraId="456307CE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ламинированный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бэклит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440г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032F44E1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1 512 </w:t>
            </w:r>
          </w:p>
        </w:tc>
      </w:tr>
      <w:tr w:rsidR="00B1047D" w:rsidRPr="00F53990" w14:paraId="2FC51837" w14:textId="77777777" w:rsidTr="00B1047D">
        <w:trPr>
          <w:trHeight w:val="239"/>
        </w:trPr>
        <w:tc>
          <w:tcPr>
            <w:tcW w:w="3747" w:type="dxa"/>
            <w:shd w:val="clear" w:color="auto" w:fill="FFFFFF"/>
            <w:vAlign w:val="center"/>
          </w:tcPr>
          <w:p w14:paraId="7E6106F5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литой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блокаут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440г*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6B54D039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1 725 </w:t>
            </w:r>
          </w:p>
        </w:tc>
      </w:tr>
      <w:tr w:rsidR="00B1047D" w:rsidRPr="00F53990" w14:paraId="53A2ECBE" w14:textId="77777777" w:rsidTr="00B1047D">
        <w:trPr>
          <w:trHeight w:val="239"/>
        </w:trPr>
        <w:tc>
          <w:tcPr>
            <w:tcW w:w="3747" w:type="dxa"/>
            <w:shd w:val="clear" w:color="auto" w:fill="F6F8FA"/>
            <w:vAlign w:val="center"/>
          </w:tcPr>
          <w:p w14:paraId="373EB30C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 xml:space="preserve">Баннер литой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блокаут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 xml:space="preserve"> 440г (двусторонняя </w:t>
            </w:r>
            <w:proofErr w:type="gram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печать)*</w:t>
            </w:r>
            <w:proofErr w:type="gramEnd"/>
          </w:p>
        </w:tc>
        <w:tc>
          <w:tcPr>
            <w:tcW w:w="816" w:type="dxa"/>
            <w:shd w:val="clear" w:color="auto" w:fill="F6F8FA"/>
            <w:vAlign w:val="center"/>
          </w:tcPr>
          <w:p w14:paraId="7B67AE9E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2 088 </w:t>
            </w:r>
          </w:p>
        </w:tc>
      </w:tr>
      <w:tr w:rsidR="00B1047D" w:rsidRPr="00F53990" w14:paraId="0ABEA03D" w14:textId="77777777" w:rsidTr="00B1047D">
        <w:trPr>
          <w:trHeight w:val="239"/>
        </w:trPr>
        <w:tc>
          <w:tcPr>
            <w:tcW w:w="3747" w:type="dxa"/>
            <w:shd w:val="clear" w:color="auto" w:fill="FFFFFF"/>
            <w:vAlign w:val="center"/>
          </w:tcPr>
          <w:p w14:paraId="2C610CEA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литой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блэкбэк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440г*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22394952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1 350 </w:t>
            </w:r>
          </w:p>
        </w:tc>
      </w:tr>
      <w:tr w:rsidR="00B1047D" w:rsidRPr="00F53990" w14:paraId="16F4380A" w14:textId="77777777" w:rsidTr="00B1047D">
        <w:trPr>
          <w:trHeight w:val="239"/>
        </w:trPr>
        <w:tc>
          <w:tcPr>
            <w:tcW w:w="3747" w:type="dxa"/>
            <w:shd w:val="clear" w:color="auto" w:fill="F6F8FA"/>
            <w:vAlign w:val="center"/>
          </w:tcPr>
          <w:p w14:paraId="4E1608A5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Сетка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баннерная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370г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3E567C88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1 325 </w:t>
            </w:r>
          </w:p>
        </w:tc>
      </w:tr>
      <w:tr w:rsidR="00B1047D" w:rsidRPr="00F53990" w14:paraId="30053EAC" w14:textId="77777777" w:rsidTr="00B1047D">
        <w:trPr>
          <w:trHeight w:val="239"/>
        </w:trPr>
        <w:tc>
          <w:tcPr>
            <w:tcW w:w="3747" w:type="dxa"/>
            <w:shd w:val="clear" w:color="auto" w:fill="FFFFFF"/>
            <w:vAlign w:val="center"/>
          </w:tcPr>
          <w:p w14:paraId="321687D0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Ораджет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25650889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1 925 </w:t>
            </w:r>
          </w:p>
        </w:tc>
      </w:tr>
      <w:tr w:rsidR="00B1047D" w:rsidRPr="00F53990" w14:paraId="01D7CE0C" w14:textId="77777777" w:rsidTr="00B1047D">
        <w:trPr>
          <w:trHeight w:val="239"/>
        </w:trPr>
        <w:tc>
          <w:tcPr>
            <w:tcW w:w="3747" w:type="dxa"/>
            <w:shd w:val="clear" w:color="auto" w:fill="F6F8FA"/>
            <w:vAlign w:val="center"/>
          </w:tcPr>
          <w:p w14:paraId="54420A39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Ораджет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легкосъемная</w:t>
            </w:r>
            <w:proofErr w:type="spellEnd"/>
          </w:p>
        </w:tc>
        <w:tc>
          <w:tcPr>
            <w:tcW w:w="816" w:type="dxa"/>
            <w:shd w:val="clear" w:color="auto" w:fill="F6F8FA"/>
            <w:vAlign w:val="center"/>
          </w:tcPr>
          <w:p w14:paraId="048F2053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1 788 </w:t>
            </w:r>
          </w:p>
        </w:tc>
      </w:tr>
      <w:tr w:rsidR="00B1047D" w:rsidRPr="00F53990" w14:paraId="045C78F0" w14:textId="77777777" w:rsidTr="00B1047D">
        <w:trPr>
          <w:trHeight w:val="239"/>
        </w:trPr>
        <w:tc>
          <w:tcPr>
            <w:tcW w:w="3747" w:type="dxa"/>
            <w:shd w:val="clear" w:color="auto" w:fill="FFFFFF"/>
            <w:vAlign w:val="center"/>
          </w:tcPr>
          <w:p w14:paraId="4F08572F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китайская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0E058218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975 </w:t>
            </w:r>
          </w:p>
        </w:tc>
      </w:tr>
      <w:tr w:rsidR="00B1047D" w:rsidRPr="00F53990" w14:paraId="604576AF" w14:textId="77777777" w:rsidTr="00B1047D">
        <w:trPr>
          <w:trHeight w:val="239"/>
        </w:trPr>
        <w:tc>
          <w:tcPr>
            <w:tcW w:w="3747" w:type="dxa"/>
            <w:shd w:val="clear" w:color="auto" w:fill="F6F8FA"/>
            <w:vAlign w:val="center"/>
          </w:tcPr>
          <w:p w14:paraId="6A9834B9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Пленка китайская с черным оборотом 100мк*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6C2B9D7B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1 150 </w:t>
            </w:r>
          </w:p>
        </w:tc>
      </w:tr>
      <w:tr w:rsidR="00B1047D" w:rsidRPr="00F53990" w14:paraId="2ACC51AF" w14:textId="77777777" w:rsidTr="00B1047D">
        <w:trPr>
          <w:trHeight w:val="239"/>
        </w:trPr>
        <w:tc>
          <w:tcPr>
            <w:tcW w:w="3747" w:type="dxa"/>
            <w:shd w:val="clear" w:color="auto" w:fill="FFFFFF"/>
            <w:vAlign w:val="center"/>
          </w:tcPr>
          <w:p w14:paraId="63E71347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Ситилайт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150г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32DB86BA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1 238 </w:t>
            </w:r>
          </w:p>
        </w:tc>
      </w:tr>
      <w:tr w:rsidR="00B1047D" w:rsidRPr="00F53990" w14:paraId="480D6DEC" w14:textId="77777777" w:rsidTr="00B1047D">
        <w:trPr>
          <w:trHeight w:val="239"/>
        </w:trPr>
        <w:tc>
          <w:tcPr>
            <w:tcW w:w="3747" w:type="dxa"/>
            <w:shd w:val="clear" w:color="auto" w:fill="F6F8FA"/>
            <w:vAlign w:val="center"/>
          </w:tcPr>
          <w:p w14:paraId="7B665E51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Ситилайт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150г АНАЛОГ*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213D4F06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775 </w:t>
            </w:r>
          </w:p>
        </w:tc>
      </w:tr>
      <w:tr w:rsidR="00B1047D" w:rsidRPr="00F53990" w14:paraId="692614E8" w14:textId="77777777" w:rsidTr="00B1047D">
        <w:trPr>
          <w:trHeight w:val="239"/>
        </w:trPr>
        <w:tc>
          <w:tcPr>
            <w:tcW w:w="3747" w:type="dxa"/>
            <w:shd w:val="clear" w:color="auto" w:fill="FFFFFF"/>
            <w:vAlign w:val="center"/>
          </w:tcPr>
          <w:p w14:paraId="463EE148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полипропиленовая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130г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75556C3B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1 062 </w:t>
            </w:r>
          </w:p>
        </w:tc>
      </w:tr>
      <w:tr w:rsidR="00B1047D" w:rsidRPr="00F53990" w14:paraId="2EAD4962" w14:textId="77777777" w:rsidTr="00B1047D">
        <w:trPr>
          <w:trHeight w:val="222"/>
        </w:trPr>
        <w:tc>
          <w:tcPr>
            <w:tcW w:w="3747" w:type="dxa"/>
            <w:shd w:val="clear" w:color="auto" w:fill="F6F8FA"/>
            <w:vAlign w:val="center"/>
          </w:tcPr>
          <w:p w14:paraId="74FD03AF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скроллерная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150г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298356FF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2 200 </w:t>
            </w:r>
          </w:p>
        </w:tc>
      </w:tr>
      <w:tr w:rsidR="00B1047D" w:rsidRPr="00F53990" w14:paraId="2B27C632" w14:textId="77777777" w:rsidTr="00B1047D">
        <w:trPr>
          <w:trHeight w:val="239"/>
        </w:trPr>
        <w:tc>
          <w:tcPr>
            <w:tcW w:w="3747" w:type="dxa"/>
            <w:shd w:val="clear" w:color="auto" w:fill="FFFFFF"/>
            <w:vAlign w:val="center"/>
          </w:tcPr>
          <w:p w14:paraId="48E4F8C9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Холст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натуральный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350г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13291C1A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2 250 </w:t>
            </w:r>
          </w:p>
        </w:tc>
      </w:tr>
      <w:tr w:rsidR="00B1047D" w:rsidRPr="00F53990" w14:paraId="5661C7A8" w14:textId="77777777" w:rsidTr="00B1047D">
        <w:trPr>
          <w:trHeight w:val="239"/>
        </w:trPr>
        <w:tc>
          <w:tcPr>
            <w:tcW w:w="3747" w:type="dxa"/>
            <w:shd w:val="clear" w:color="auto" w:fill="F6F8FA"/>
            <w:vAlign w:val="center"/>
          </w:tcPr>
          <w:p w14:paraId="2FEB4135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Печать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материале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заказчика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*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6F316E4F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875 </w:t>
            </w:r>
          </w:p>
        </w:tc>
      </w:tr>
    </w:tbl>
    <w:tbl>
      <w:tblPr>
        <w:tblStyle w:val="aff0"/>
        <w:tblpPr w:leftFromText="180" w:rightFromText="180" w:vertAnchor="text" w:horzAnchor="margin" w:tblpY="304"/>
        <w:tblOverlap w:val="never"/>
        <w:tblW w:w="0" w:type="auto"/>
        <w:tblLook w:val="04A0" w:firstRow="1" w:lastRow="0" w:firstColumn="1" w:lastColumn="0" w:noHBand="0" w:noVBand="1"/>
      </w:tblPr>
      <w:tblGrid>
        <w:gridCol w:w="3429"/>
        <w:gridCol w:w="816"/>
      </w:tblGrid>
      <w:tr w:rsidR="00B1047D" w:rsidRPr="00F53990" w14:paraId="30BD09DE" w14:textId="77777777" w:rsidTr="00B1047D">
        <w:trPr>
          <w:trHeight w:val="429"/>
        </w:trPr>
        <w:tc>
          <w:tcPr>
            <w:tcW w:w="4245" w:type="dxa"/>
            <w:gridSpan w:val="2"/>
            <w:shd w:val="clear" w:color="auto" w:fill="FFC700"/>
            <w:vAlign w:val="center"/>
          </w:tcPr>
          <w:p w14:paraId="11597A7F" w14:textId="77777777" w:rsidR="00B1047D" w:rsidRPr="0051402A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 Интерьерная печать</w:t>
            </w:r>
          </w:p>
        </w:tc>
      </w:tr>
      <w:tr w:rsidR="00B1047D" w:rsidRPr="00F53990" w14:paraId="6C007D87" w14:textId="77777777" w:rsidTr="00B1047D">
        <w:trPr>
          <w:trHeight w:val="247"/>
        </w:trPr>
        <w:tc>
          <w:tcPr>
            <w:tcW w:w="3429" w:type="dxa"/>
            <w:shd w:val="clear" w:color="auto" w:fill="FFFFFF"/>
            <w:vAlign w:val="center"/>
          </w:tcPr>
          <w:p w14:paraId="5F30582C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Ораджет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5CB3779C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1 925 </w:t>
            </w:r>
          </w:p>
        </w:tc>
      </w:tr>
      <w:tr w:rsidR="00B1047D" w:rsidRPr="00F53990" w14:paraId="2DDF44BA" w14:textId="77777777" w:rsidTr="00B1047D">
        <w:trPr>
          <w:trHeight w:val="271"/>
        </w:trPr>
        <w:tc>
          <w:tcPr>
            <w:tcW w:w="3429" w:type="dxa"/>
            <w:shd w:val="clear" w:color="auto" w:fill="F6F8FA"/>
            <w:vAlign w:val="center"/>
          </w:tcPr>
          <w:p w14:paraId="69DC866C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Ламинация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Ораджет</w:t>
            </w:r>
            <w:proofErr w:type="spellEnd"/>
          </w:p>
        </w:tc>
        <w:tc>
          <w:tcPr>
            <w:tcW w:w="816" w:type="dxa"/>
            <w:shd w:val="clear" w:color="auto" w:fill="F6F8FA"/>
            <w:vAlign w:val="center"/>
          </w:tcPr>
          <w:p w14:paraId="4C1DCA1B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1 512 </w:t>
            </w:r>
          </w:p>
        </w:tc>
      </w:tr>
      <w:tr w:rsidR="00B1047D" w:rsidRPr="00F53990" w14:paraId="00B519F0" w14:textId="77777777" w:rsidTr="00B1047D">
        <w:trPr>
          <w:trHeight w:val="247"/>
        </w:trPr>
        <w:tc>
          <w:tcPr>
            <w:tcW w:w="3429" w:type="dxa"/>
            <w:shd w:val="clear" w:color="auto" w:fill="FFFFFF"/>
            <w:vAlign w:val="center"/>
          </w:tcPr>
          <w:p w14:paraId="695C6205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Ламинация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Китайская</w:t>
            </w:r>
            <w:proofErr w:type="spellEnd"/>
          </w:p>
        </w:tc>
        <w:tc>
          <w:tcPr>
            <w:tcW w:w="816" w:type="dxa"/>
            <w:shd w:val="clear" w:color="auto" w:fill="FFFFFF"/>
            <w:vAlign w:val="center"/>
          </w:tcPr>
          <w:p w14:paraId="18293A7A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688 </w:t>
            </w:r>
          </w:p>
        </w:tc>
      </w:tr>
      <w:tr w:rsidR="00B1047D" w:rsidRPr="00F53990" w14:paraId="51ECACE5" w14:textId="77777777" w:rsidTr="00B1047D">
        <w:trPr>
          <w:trHeight w:val="271"/>
        </w:trPr>
        <w:tc>
          <w:tcPr>
            <w:tcW w:w="3429" w:type="dxa"/>
            <w:shd w:val="clear" w:color="auto" w:fill="F6F8FA"/>
            <w:vAlign w:val="center"/>
          </w:tcPr>
          <w:p w14:paraId="3EB0C7D5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 xml:space="preserve">Пленка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Ораджет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 xml:space="preserve"> 80мк (в 2 слоя)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1EEF0056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2 162 </w:t>
            </w:r>
          </w:p>
        </w:tc>
      </w:tr>
      <w:tr w:rsidR="00B1047D" w:rsidRPr="00F53990" w14:paraId="6F70A949" w14:textId="77777777" w:rsidTr="00B1047D">
        <w:trPr>
          <w:trHeight w:val="271"/>
        </w:trPr>
        <w:tc>
          <w:tcPr>
            <w:tcW w:w="3429" w:type="dxa"/>
            <w:shd w:val="clear" w:color="auto" w:fill="FFFFFF"/>
            <w:vAlign w:val="center"/>
          </w:tcPr>
          <w:p w14:paraId="7FB1BC3B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Ораджет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легкосъемная</w:t>
            </w:r>
            <w:proofErr w:type="spellEnd"/>
          </w:p>
        </w:tc>
        <w:tc>
          <w:tcPr>
            <w:tcW w:w="816" w:type="dxa"/>
            <w:shd w:val="clear" w:color="auto" w:fill="FFFFFF"/>
            <w:vAlign w:val="center"/>
          </w:tcPr>
          <w:p w14:paraId="608F2AFA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1 888 </w:t>
            </w:r>
          </w:p>
        </w:tc>
      </w:tr>
      <w:tr w:rsidR="00B1047D" w:rsidRPr="00F53990" w14:paraId="2745BE23" w14:textId="77777777" w:rsidTr="00B1047D">
        <w:trPr>
          <w:trHeight w:val="247"/>
        </w:trPr>
        <w:tc>
          <w:tcPr>
            <w:tcW w:w="3429" w:type="dxa"/>
            <w:shd w:val="clear" w:color="auto" w:fill="F6F8FA"/>
            <w:vAlign w:val="center"/>
          </w:tcPr>
          <w:p w14:paraId="501B4802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китайская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80мк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41A6638C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888 </w:t>
            </w:r>
          </w:p>
        </w:tc>
      </w:tr>
      <w:tr w:rsidR="00B1047D" w:rsidRPr="00F53990" w14:paraId="15425966" w14:textId="77777777" w:rsidTr="00B1047D">
        <w:trPr>
          <w:trHeight w:val="271"/>
        </w:trPr>
        <w:tc>
          <w:tcPr>
            <w:tcW w:w="3429" w:type="dxa"/>
            <w:shd w:val="clear" w:color="auto" w:fill="FFFFFF"/>
            <w:vAlign w:val="center"/>
          </w:tcPr>
          <w:p w14:paraId="399C1B1C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перфорированная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140мк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34C8C535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1 262 </w:t>
            </w:r>
          </w:p>
        </w:tc>
      </w:tr>
      <w:tr w:rsidR="00B1047D" w:rsidRPr="00F53990" w14:paraId="297880C5" w14:textId="77777777" w:rsidTr="00B1047D">
        <w:trPr>
          <w:trHeight w:val="247"/>
        </w:trPr>
        <w:tc>
          <w:tcPr>
            <w:tcW w:w="3429" w:type="dxa"/>
            <w:shd w:val="clear" w:color="auto" w:fill="F6F8FA"/>
            <w:vAlign w:val="center"/>
          </w:tcPr>
          <w:p w14:paraId="2D6C5B0C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Бэклит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300г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30EDAFA8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2 200 </w:t>
            </w:r>
          </w:p>
        </w:tc>
      </w:tr>
      <w:tr w:rsidR="00B1047D" w:rsidRPr="00F53990" w14:paraId="53AE8107" w14:textId="77777777" w:rsidTr="00B1047D">
        <w:trPr>
          <w:trHeight w:val="271"/>
        </w:trPr>
        <w:tc>
          <w:tcPr>
            <w:tcW w:w="3429" w:type="dxa"/>
            <w:shd w:val="clear" w:color="auto" w:fill="FFFFFF"/>
            <w:vAlign w:val="center"/>
          </w:tcPr>
          <w:p w14:paraId="0EF0DD03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Ситилайт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150г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495B6E97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1 112 </w:t>
            </w:r>
          </w:p>
        </w:tc>
      </w:tr>
      <w:tr w:rsidR="00B1047D" w:rsidRPr="00F53990" w14:paraId="4A52CB48" w14:textId="77777777" w:rsidTr="00B1047D">
        <w:trPr>
          <w:trHeight w:val="271"/>
        </w:trPr>
        <w:tc>
          <w:tcPr>
            <w:tcW w:w="3429" w:type="dxa"/>
            <w:shd w:val="clear" w:color="auto" w:fill="F6F8FA"/>
            <w:vAlign w:val="center"/>
          </w:tcPr>
          <w:p w14:paraId="6898D224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Блюбэк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115г*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49C29ECC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912 </w:t>
            </w:r>
          </w:p>
        </w:tc>
      </w:tr>
      <w:tr w:rsidR="00B1047D" w:rsidRPr="00F53990" w14:paraId="47924B4D" w14:textId="77777777" w:rsidTr="00B1047D">
        <w:trPr>
          <w:trHeight w:val="247"/>
        </w:trPr>
        <w:tc>
          <w:tcPr>
            <w:tcW w:w="3429" w:type="dxa"/>
            <w:shd w:val="clear" w:color="auto" w:fill="FFFFFF"/>
            <w:vAlign w:val="center"/>
          </w:tcPr>
          <w:p w14:paraId="654D5475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Фотобумага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220г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62ADFB65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1 425 </w:t>
            </w:r>
          </w:p>
        </w:tc>
      </w:tr>
      <w:tr w:rsidR="00B1047D" w:rsidRPr="00F53990" w14:paraId="25872B3B" w14:textId="77777777" w:rsidTr="00B1047D">
        <w:trPr>
          <w:trHeight w:val="271"/>
        </w:trPr>
        <w:tc>
          <w:tcPr>
            <w:tcW w:w="3429" w:type="dxa"/>
            <w:shd w:val="clear" w:color="auto" w:fill="F6F8FA"/>
            <w:vAlign w:val="center"/>
          </w:tcPr>
          <w:p w14:paraId="525F9B3E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Бумага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полипропиленовая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130г</w:t>
            </w:r>
          </w:p>
        </w:tc>
        <w:tc>
          <w:tcPr>
            <w:tcW w:w="816" w:type="dxa"/>
            <w:shd w:val="clear" w:color="auto" w:fill="F6F8FA"/>
            <w:vAlign w:val="center"/>
          </w:tcPr>
          <w:p w14:paraId="38D3844C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1 012 </w:t>
            </w:r>
          </w:p>
        </w:tc>
      </w:tr>
      <w:tr w:rsidR="00B1047D" w:rsidRPr="00F53990" w14:paraId="447E0A04" w14:textId="77777777" w:rsidTr="00B1047D">
        <w:trPr>
          <w:trHeight w:val="247"/>
        </w:trPr>
        <w:tc>
          <w:tcPr>
            <w:tcW w:w="3429" w:type="dxa"/>
            <w:shd w:val="clear" w:color="auto" w:fill="FFFFFF"/>
            <w:vAlign w:val="center"/>
          </w:tcPr>
          <w:p w14:paraId="4D92452F" w14:textId="77777777" w:rsidR="00B1047D" w:rsidRPr="00F53990" w:rsidRDefault="00B1047D" w:rsidP="00B1047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Холст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натуральный</w:t>
            </w:r>
            <w:proofErr w:type="spellEnd"/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 350г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7F74F23D" w14:textId="77777777" w:rsidR="00B1047D" w:rsidRPr="00F53990" w:rsidRDefault="00B1047D" w:rsidP="00B1047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 xml:space="preserve">2 362 </w:t>
            </w:r>
          </w:p>
        </w:tc>
      </w:tr>
    </w:tbl>
    <w:p w14:paraId="374BABAD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DC5E7B9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51AF20F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CAF9E06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29DA9FC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3D26CE9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B65A1B0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A2041A2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093B45C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3DA84E03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4D1B897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60D64644" w14:textId="77777777" w:rsidR="00B1047D" w:rsidRPr="00B1047D" w:rsidRDefault="00B1047D" w:rsidP="00B1047D">
      <w:pPr>
        <w:ind w:firstLine="708"/>
        <w:rPr>
          <w:rFonts w:asciiTheme="majorBidi" w:hAnsiTheme="majorBidi" w:cstheme="majorBidi"/>
          <w:sz w:val="20"/>
          <w:szCs w:val="20"/>
          <w:lang w:val="ru-RU"/>
        </w:rPr>
      </w:pPr>
    </w:p>
    <w:p w14:paraId="5373EC52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EAA6A4C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5D5B2C7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35DA2D33" w14:textId="77777777" w:rsidR="00B1047D" w:rsidRPr="00B1047D" w:rsidRDefault="00B1047D" w:rsidP="00B1047D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0BD3A2E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66DB847" w14:textId="16008F9E" w:rsidR="009773B9" w:rsidRPr="00F53990" w:rsidRDefault="00D16BBF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К печати принимаются заказы от 0,5 кв.м.</w:t>
      </w:r>
    </w:p>
    <w:p w14:paraId="0A432CCD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E1A6001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4"/>
      </w:tblGrid>
      <w:tr w:rsidR="009773B9" w:rsidRPr="00F53990" w14:paraId="4B73B942" w14:textId="77777777" w:rsidTr="000054D5">
        <w:trPr>
          <w:jc w:val="center"/>
        </w:trPr>
        <w:tc>
          <w:tcPr>
            <w:tcW w:w="10318" w:type="dxa"/>
            <w:shd w:val="clear" w:color="auto" w:fill="1F4E78"/>
            <w:vAlign w:val="center"/>
          </w:tcPr>
          <w:p w14:paraId="64E1F4A8" w14:textId="6EC68BD0" w:rsidR="009773B9" w:rsidRPr="00F53990" w:rsidRDefault="009773B9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</w:rPr>
            </w:pPr>
            <w:bookmarkStart w:id="6" w:name="_Hlk241759414"/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>0</w:t>
            </w:r>
            <w:r w:rsidR="00D16BBF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6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 xml:space="preserve"> / ДТФ</w:t>
            </w:r>
          </w:p>
        </w:tc>
      </w:tr>
      <w:bookmarkEnd w:id="6"/>
    </w:tbl>
    <w:p w14:paraId="3196E5DB" w14:textId="77777777" w:rsidR="009773B9" w:rsidRDefault="009773B9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04FCC3FA" w14:textId="77777777" w:rsidR="009773B9" w:rsidRPr="00F53990" w:rsidRDefault="009773B9" w:rsidP="009773B9">
      <w:pPr>
        <w:jc w:val="center"/>
        <w:rPr>
          <w:rFonts w:asciiTheme="majorBidi" w:hAnsiTheme="majorBidi" w:cstheme="majorBidi"/>
          <w:sz w:val="20"/>
          <w:szCs w:val="20"/>
        </w:rPr>
      </w:pP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Печать</w:t>
      </w:r>
      <w:proofErr w:type="spellEnd"/>
      <w:r w:rsidRPr="00F53990">
        <w:rPr>
          <w:rFonts w:asciiTheme="majorBidi" w:hAnsiTheme="majorBidi" w:cstheme="majorBidi"/>
          <w:color w:val="1F4E78"/>
          <w:sz w:val="20"/>
          <w:szCs w:val="20"/>
        </w:rPr>
        <w:t xml:space="preserve"> и </w:t>
      </w: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нанесение</w:t>
      </w:r>
      <w:proofErr w:type="spellEnd"/>
      <w:r w:rsidRPr="00F53990">
        <w:rPr>
          <w:rFonts w:asciiTheme="majorBidi" w:hAnsiTheme="majorBidi" w:cstheme="majorBidi"/>
          <w:color w:val="1F4E78"/>
          <w:sz w:val="20"/>
          <w:szCs w:val="20"/>
        </w:rPr>
        <w:t xml:space="preserve"> ДТФ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1134"/>
        <w:gridCol w:w="1134"/>
        <w:gridCol w:w="1134"/>
        <w:gridCol w:w="1134"/>
        <w:gridCol w:w="1134"/>
        <w:gridCol w:w="1134"/>
      </w:tblGrid>
      <w:tr w:rsidR="0051402A" w:rsidRPr="0051402A" w14:paraId="2D37E8C2" w14:textId="77777777" w:rsidTr="0051402A">
        <w:trPr>
          <w:jc w:val="center"/>
        </w:trPr>
        <w:tc>
          <w:tcPr>
            <w:tcW w:w="1587" w:type="dxa"/>
            <w:shd w:val="clear" w:color="auto" w:fill="FFC700"/>
            <w:vAlign w:val="center"/>
          </w:tcPr>
          <w:p w14:paraId="6FF6F0E2" w14:textId="77777777" w:rsidR="009773B9" w:rsidRPr="0051402A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Размер</w:t>
            </w:r>
            <w:proofErr w:type="spellEnd"/>
          </w:p>
        </w:tc>
        <w:tc>
          <w:tcPr>
            <w:tcW w:w="1134" w:type="dxa"/>
            <w:shd w:val="clear" w:color="auto" w:fill="FFC700"/>
            <w:vAlign w:val="center"/>
          </w:tcPr>
          <w:p w14:paraId="6F840E9A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1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FFC700"/>
            <w:vAlign w:val="center"/>
          </w:tcPr>
          <w:p w14:paraId="38311791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2–4</w:t>
            </w: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FFC700"/>
            <w:vAlign w:val="center"/>
          </w:tcPr>
          <w:p w14:paraId="4E61E5A0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5–10</w:t>
            </w:r>
          </w:p>
        </w:tc>
        <w:tc>
          <w:tcPr>
            <w:tcW w:w="1134" w:type="dxa"/>
            <w:shd w:val="clear" w:color="auto" w:fill="FFC700"/>
            <w:vAlign w:val="center"/>
          </w:tcPr>
          <w:p w14:paraId="1CB2FDB3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11–25</w:t>
            </w:r>
          </w:p>
        </w:tc>
        <w:tc>
          <w:tcPr>
            <w:tcW w:w="1134" w:type="dxa"/>
            <w:shd w:val="clear" w:color="auto" w:fill="FFC700"/>
            <w:vAlign w:val="center"/>
          </w:tcPr>
          <w:p w14:paraId="19BB75F3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26–50</w:t>
            </w:r>
          </w:p>
        </w:tc>
        <w:tc>
          <w:tcPr>
            <w:tcW w:w="1134" w:type="dxa"/>
            <w:shd w:val="clear" w:color="auto" w:fill="FFC700"/>
            <w:vAlign w:val="center"/>
          </w:tcPr>
          <w:p w14:paraId="47A8AE6A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51–100</w:t>
            </w:r>
          </w:p>
        </w:tc>
      </w:tr>
      <w:tr w:rsidR="009773B9" w:rsidRPr="00F53990" w14:paraId="6C364025" w14:textId="77777777" w:rsidTr="000054D5">
        <w:trPr>
          <w:jc w:val="center"/>
        </w:trPr>
        <w:tc>
          <w:tcPr>
            <w:tcW w:w="1587" w:type="dxa"/>
            <w:shd w:val="clear" w:color="auto" w:fill="FFFFFF"/>
            <w:vAlign w:val="center"/>
          </w:tcPr>
          <w:p w14:paraId="54E9228E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EDF97C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2CD656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B7492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434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E7D395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0EEF2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313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8FA0FA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266</w:t>
            </w:r>
          </w:p>
        </w:tc>
      </w:tr>
      <w:tr w:rsidR="009773B9" w:rsidRPr="00F53990" w14:paraId="7E02F897" w14:textId="77777777" w:rsidTr="000054D5">
        <w:trPr>
          <w:jc w:val="center"/>
        </w:trPr>
        <w:tc>
          <w:tcPr>
            <w:tcW w:w="1587" w:type="dxa"/>
            <w:shd w:val="clear" w:color="auto" w:fill="F6F8FA"/>
            <w:vAlign w:val="center"/>
          </w:tcPr>
          <w:p w14:paraId="7847AF2B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5Х30 СМ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7117FBD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600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4024F3E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510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64AE5A9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433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0FD6DD2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368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40EEE9C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313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288B2B2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266</w:t>
            </w:r>
          </w:p>
        </w:tc>
      </w:tr>
      <w:tr w:rsidR="009773B9" w:rsidRPr="00F53990" w14:paraId="0C22AD8F" w14:textId="77777777" w:rsidTr="000054D5">
        <w:trPr>
          <w:jc w:val="center"/>
        </w:trPr>
        <w:tc>
          <w:tcPr>
            <w:tcW w:w="1587" w:type="dxa"/>
            <w:shd w:val="clear" w:color="auto" w:fill="FFFFFF"/>
            <w:vAlign w:val="center"/>
          </w:tcPr>
          <w:p w14:paraId="5307A40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72B8A9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750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71711F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637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70D5BB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54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683A6A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460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39D89E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391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DC0E52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332</w:t>
            </w:r>
          </w:p>
        </w:tc>
      </w:tr>
      <w:tr w:rsidR="009773B9" w:rsidRPr="00F53990" w14:paraId="7724EFA6" w14:textId="77777777" w:rsidTr="000054D5">
        <w:trPr>
          <w:jc w:val="center"/>
        </w:trPr>
        <w:tc>
          <w:tcPr>
            <w:tcW w:w="1587" w:type="dxa"/>
            <w:shd w:val="clear" w:color="auto" w:fill="F6F8FA"/>
            <w:vAlign w:val="center"/>
          </w:tcPr>
          <w:p w14:paraId="2968EB84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7Х42 СМ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391FF30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750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19BA553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637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1C63EF6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542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40E3324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460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670BD58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391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4C0BAE2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332</w:t>
            </w:r>
          </w:p>
        </w:tc>
      </w:tr>
      <w:tr w:rsidR="009773B9" w:rsidRPr="00F53990" w14:paraId="1BB7ED37" w14:textId="77777777" w:rsidTr="000054D5">
        <w:trPr>
          <w:jc w:val="center"/>
        </w:trPr>
        <w:tc>
          <w:tcPr>
            <w:tcW w:w="1587" w:type="dxa"/>
            <w:shd w:val="clear" w:color="auto" w:fill="FFFFFF"/>
            <w:vAlign w:val="center"/>
          </w:tcPr>
          <w:p w14:paraId="5F0A9935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4A4614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135485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850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42455F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72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02DF5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614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63DE03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522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CEB9B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443</w:t>
            </w:r>
          </w:p>
        </w:tc>
      </w:tr>
      <w:tr w:rsidR="009773B9" w:rsidRPr="00F53990" w14:paraId="709A09F8" w14:textId="77777777" w:rsidTr="000054D5">
        <w:trPr>
          <w:jc w:val="center"/>
        </w:trPr>
        <w:tc>
          <w:tcPr>
            <w:tcW w:w="1587" w:type="dxa"/>
            <w:shd w:val="clear" w:color="auto" w:fill="F6F8FA"/>
            <w:vAlign w:val="center"/>
          </w:tcPr>
          <w:p w14:paraId="7A1405E2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10Х60 СМ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6D32A41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ОТ 2-Х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4ACCE87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850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31FF9B7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72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35FBE37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614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1B52582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522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410B7BD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443</w:t>
            </w:r>
          </w:p>
        </w:tc>
      </w:tr>
      <w:tr w:rsidR="009773B9" w:rsidRPr="00F53990" w14:paraId="4E243E52" w14:textId="77777777" w:rsidTr="000054D5">
        <w:trPr>
          <w:jc w:val="center"/>
        </w:trPr>
        <w:tc>
          <w:tcPr>
            <w:tcW w:w="1587" w:type="dxa"/>
            <w:shd w:val="clear" w:color="auto" w:fill="FFFFFF"/>
            <w:vAlign w:val="center"/>
          </w:tcPr>
          <w:p w14:paraId="607D5166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2A89BE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1200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971012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46C72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867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954138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73</w:t>
            </w: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  <w:lang w:val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97D86B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A5290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532</w:t>
            </w:r>
          </w:p>
        </w:tc>
      </w:tr>
    </w:tbl>
    <w:p w14:paraId="5F77B9E3" w14:textId="77777777" w:rsidR="009773B9" w:rsidRDefault="009773B9" w:rsidP="009773B9">
      <w:pPr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0F231B1A" w14:textId="77777777" w:rsidR="009773B9" w:rsidRPr="00F53990" w:rsidRDefault="009773B9" w:rsidP="009773B9">
      <w:pPr>
        <w:jc w:val="center"/>
        <w:rPr>
          <w:rFonts w:asciiTheme="majorBidi" w:hAnsiTheme="majorBidi" w:cstheme="majorBidi"/>
          <w:sz w:val="20"/>
          <w:szCs w:val="20"/>
        </w:rPr>
      </w:pPr>
      <w:proofErr w:type="spellStart"/>
      <w:r w:rsidRPr="00F53990">
        <w:rPr>
          <w:rFonts w:asciiTheme="majorBidi" w:hAnsiTheme="majorBidi" w:cstheme="majorBidi"/>
          <w:color w:val="1F4E78"/>
          <w:sz w:val="20"/>
          <w:szCs w:val="20"/>
        </w:rPr>
        <w:t>Печать</w:t>
      </w:r>
      <w:proofErr w:type="spellEnd"/>
      <w:r w:rsidRPr="00F53990">
        <w:rPr>
          <w:rFonts w:asciiTheme="majorBidi" w:hAnsiTheme="majorBidi" w:cstheme="majorBidi"/>
          <w:color w:val="1F4E78"/>
          <w:sz w:val="20"/>
          <w:szCs w:val="20"/>
        </w:rPr>
        <w:t xml:space="preserve"> </w:t>
      </w:r>
      <w:r w:rsidRPr="00F53990">
        <w:rPr>
          <w:rFonts w:asciiTheme="majorBidi" w:hAnsiTheme="majorBidi" w:cstheme="majorBidi"/>
          <w:color w:val="1F4E78"/>
          <w:sz w:val="20"/>
          <w:szCs w:val="20"/>
          <w:lang w:val="ru-RU"/>
        </w:rPr>
        <w:t>наклеек без нанесения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1134"/>
        <w:gridCol w:w="1134"/>
        <w:gridCol w:w="1134"/>
        <w:gridCol w:w="1134"/>
        <w:gridCol w:w="1134"/>
        <w:gridCol w:w="1134"/>
      </w:tblGrid>
      <w:tr w:rsidR="0051402A" w:rsidRPr="0051402A" w14:paraId="1C912366" w14:textId="77777777" w:rsidTr="0051402A">
        <w:trPr>
          <w:jc w:val="center"/>
        </w:trPr>
        <w:tc>
          <w:tcPr>
            <w:tcW w:w="1587" w:type="dxa"/>
            <w:shd w:val="clear" w:color="auto" w:fill="FFC700"/>
            <w:vAlign w:val="center"/>
          </w:tcPr>
          <w:p w14:paraId="50D35B8F" w14:textId="77777777" w:rsidR="009773B9" w:rsidRPr="0051402A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Размер</w:t>
            </w:r>
            <w:proofErr w:type="spellEnd"/>
          </w:p>
        </w:tc>
        <w:tc>
          <w:tcPr>
            <w:tcW w:w="1134" w:type="dxa"/>
            <w:shd w:val="clear" w:color="auto" w:fill="FFC700"/>
            <w:vAlign w:val="center"/>
          </w:tcPr>
          <w:p w14:paraId="576C4FBE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1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FFC700"/>
            <w:vAlign w:val="center"/>
          </w:tcPr>
          <w:p w14:paraId="713C2135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2–4</w:t>
            </w: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FFC700"/>
            <w:vAlign w:val="center"/>
          </w:tcPr>
          <w:p w14:paraId="2AD2F1C1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5–10</w:t>
            </w:r>
          </w:p>
        </w:tc>
        <w:tc>
          <w:tcPr>
            <w:tcW w:w="1134" w:type="dxa"/>
            <w:shd w:val="clear" w:color="auto" w:fill="FFC700"/>
            <w:vAlign w:val="center"/>
          </w:tcPr>
          <w:p w14:paraId="79914A8F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11–25</w:t>
            </w:r>
          </w:p>
        </w:tc>
        <w:tc>
          <w:tcPr>
            <w:tcW w:w="1134" w:type="dxa"/>
            <w:shd w:val="clear" w:color="auto" w:fill="FFC700"/>
            <w:vAlign w:val="center"/>
          </w:tcPr>
          <w:p w14:paraId="55E63ACC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26–50</w:t>
            </w:r>
          </w:p>
        </w:tc>
        <w:tc>
          <w:tcPr>
            <w:tcW w:w="1134" w:type="dxa"/>
            <w:shd w:val="clear" w:color="auto" w:fill="FFC700"/>
            <w:vAlign w:val="center"/>
          </w:tcPr>
          <w:p w14:paraId="7C6A7ED8" w14:textId="77777777" w:rsidR="009773B9" w:rsidRPr="0051402A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51–100</w:t>
            </w:r>
          </w:p>
        </w:tc>
      </w:tr>
      <w:tr w:rsidR="009773B9" w:rsidRPr="00F53990" w14:paraId="564A75C5" w14:textId="77777777" w:rsidTr="000054D5">
        <w:trPr>
          <w:jc w:val="center"/>
        </w:trPr>
        <w:tc>
          <w:tcPr>
            <w:tcW w:w="1587" w:type="dxa"/>
            <w:shd w:val="clear" w:color="auto" w:fill="FFFFFF"/>
            <w:vAlign w:val="center"/>
          </w:tcPr>
          <w:p w14:paraId="0707CE82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8A0B8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E8D34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255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9FEC64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216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08759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184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593204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84B280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133</w:t>
            </w:r>
          </w:p>
        </w:tc>
      </w:tr>
      <w:tr w:rsidR="009773B9" w:rsidRPr="00F53990" w14:paraId="48C63265" w14:textId="77777777" w:rsidTr="000054D5">
        <w:trPr>
          <w:jc w:val="center"/>
        </w:trPr>
        <w:tc>
          <w:tcPr>
            <w:tcW w:w="1587" w:type="dxa"/>
            <w:shd w:val="clear" w:color="auto" w:fill="F6F8FA"/>
            <w:vAlign w:val="center"/>
          </w:tcPr>
          <w:p w14:paraId="0194E46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5Х30 СМ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480A209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479172B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255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31EB83D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216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332DBE6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184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7CED389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156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33A1299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133</w:t>
            </w:r>
          </w:p>
        </w:tc>
      </w:tr>
      <w:tr w:rsidR="009773B9" w:rsidRPr="00F53990" w14:paraId="729E95C4" w14:textId="77777777" w:rsidTr="000054D5">
        <w:trPr>
          <w:jc w:val="center"/>
        </w:trPr>
        <w:tc>
          <w:tcPr>
            <w:tcW w:w="1587" w:type="dxa"/>
            <w:shd w:val="clear" w:color="auto" w:fill="FFFFFF"/>
            <w:vAlign w:val="center"/>
          </w:tcPr>
          <w:p w14:paraId="768815AB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DB43E2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375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6C2245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318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0F89E8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270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CE59B9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230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F8F032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195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C794025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166</w:t>
            </w:r>
          </w:p>
        </w:tc>
      </w:tr>
      <w:tr w:rsidR="009773B9" w:rsidRPr="00F53990" w14:paraId="49C894F5" w14:textId="77777777" w:rsidTr="000054D5">
        <w:trPr>
          <w:jc w:val="center"/>
        </w:trPr>
        <w:tc>
          <w:tcPr>
            <w:tcW w:w="1587" w:type="dxa"/>
            <w:shd w:val="clear" w:color="auto" w:fill="F6F8FA"/>
            <w:vAlign w:val="center"/>
          </w:tcPr>
          <w:p w14:paraId="48E48799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7Х42 СМ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0232DB1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375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740CBBE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318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27917AFE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270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1328263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230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064F9BF9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195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371F6092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166</w:t>
            </w:r>
          </w:p>
        </w:tc>
      </w:tr>
      <w:tr w:rsidR="009773B9" w:rsidRPr="00F53990" w14:paraId="18B683CB" w14:textId="77777777" w:rsidTr="000054D5">
        <w:trPr>
          <w:jc w:val="center"/>
        </w:trPr>
        <w:tc>
          <w:tcPr>
            <w:tcW w:w="1587" w:type="dxa"/>
            <w:shd w:val="clear" w:color="auto" w:fill="FFFFFF"/>
            <w:vAlign w:val="center"/>
          </w:tcPr>
          <w:p w14:paraId="2F0765A1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9D2972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EFE49F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425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C68D13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2FEDB3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BEAC1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261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EDCD3D0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221</w:t>
            </w:r>
          </w:p>
        </w:tc>
      </w:tr>
      <w:tr w:rsidR="009773B9" w:rsidRPr="00F53990" w14:paraId="71D0E2FB" w14:textId="77777777" w:rsidTr="000054D5">
        <w:trPr>
          <w:jc w:val="center"/>
        </w:trPr>
        <w:tc>
          <w:tcPr>
            <w:tcW w:w="1587" w:type="dxa"/>
            <w:shd w:val="clear" w:color="auto" w:fill="F6F8FA"/>
            <w:vAlign w:val="center"/>
          </w:tcPr>
          <w:p w14:paraId="2CEAC330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10Х60 СМ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454EC40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ОТ 2-Х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79C243B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425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2CAC85CB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361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71958D24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307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11549A76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261</w:t>
            </w:r>
          </w:p>
        </w:tc>
        <w:tc>
          <w:tcPr>
            <w:tcW w:w="1134" w:type="dxa"/>
            <w:shd w:val="clear" w:color="auto" w:fill="F6F8FA"/>
            <w:vAlign w:val="center"/>
          </w:tcPr>
          <w:p w14:paraId="75B6686C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221</w:t>
            </w:r>
          </w:p>
        </w:tc>
      </w:tr>
      <w:tr w:rsidR="009773B9" w:rsidRPr="00F53990" w14:paraId="47B62FF6" w14:textId="77777777" w:rsidTr="000054D5">
        <w:trPr>
          <w:jc w:val="center"/>
        </w:trPr>
        <w:tc>
          <w:tcPr>
            <w:tcW w:w="1587" w:type="dxa"/>
            <w:shd w:val="clear" w:color="auto" w:fill="FFFFFF"/>
            <w:vAlign w:val="center"/>
          </w:tcPr>
          <w:p w14:paraId="75A098D0" w14:textId="77777777" w:rsidR="009773B9" w:rsidRPr="00F53990" w:rsidRDefault="009773B9" w:rsidP="000054D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А3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D13577A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600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A0FBD28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510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8D89F9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433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96E5711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368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90EF567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313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DE93C2D" w14:textId="77777777" w:rsidR="009773B9" w:rsidRPr="00F53990" w:rsidRDefault="009773B9" w:rsidP="000054D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color w:val="1F2933"/>
                <w:sz w:val="20"/>
                <w:szCs w:val="20"/>
              </w:rPr>
              <w:t>266</w:t>
            </w:r>
          </w:p>
        </w:tc>
      </w:tr>
    </w:tbl>
    <w:p w14:paraId="335AD140" w14:textId="77777777" w:rsidR="009773B9" w:rsidRDefault="009773B9" w:rsidP="009773B9">
      <w:pPr>
        <w:spacing w:after="40"/>
        <w:jc w:val="center"/>
        <w:rPr>
          <w:rFonts w:asciiTheme="majorBidi" w:hAnsiTheme="majorBidi" w:cstheme="majorBidi"/>
          <w:color w:val="1F4E78"/>
          <w:sz w:val="20"/>
          <w:szCs w:val="20"/>
          <w:lang w:val="ru-RU"/>
        </w:rPr>
      </w:pPr>
    </w:p>
    <w:p w14:paraId="3E1A58C5" w14:textId="3F5089DD" w:rsidR="009773B9" w:rsidRPr="00F53990" w:rsidRDefault="009773B9" w:rsidP="009773B9">
      <w:pPr>
        <w:spacing w:after="40"/>
        <w:jc w:val="center"/>
        <w:rPr>
          <w:rFonts w:asciiTheme="majorBidi" w:hAnsiTheme="majorBidi" w:cstheme="majorBidi"/>
          <w:sz w:val="20"/>
          <w:szCs w:val="20"/>
          <w:lang w:val="ru-RU"/>
        </w:rPr>
      </w:pPr>
      <w:r w:rsidRPr="00F04927">
        <w:rPr>
          <w:rFonts w:asciiTheme="majorBidi" w:hAnsiTheme="majorBidi" w:cstheme="majorBidi"/>
          <w:color w:val="1F4E78"/>
          <w:sz w:val="20"/>
          <w:szCs w:val="20"/>
          <w:lang w:val="ru-RU"/>
        </w:rPr>
        <w:t xml:space="preserve">Термонаклейки </w:t>
      </w:r>
      <w:r>
        <w:rPr>
          <w:rFonts w:asciiTheme="majorBidi" w:hAnsiTheme="majorBidi" w:cstheme="majorBidi"/>
          <w:color w:val="1F4E78"/>
          <w:sz w:val="20"/>
          <w:szCs w:val="20"/>
          <w:lang w:val="ru-RU"/>
        </w:rPr>
        <w:t xml:space="preserve">на одежду </w:t>
      </w:r>
      <w:r w:rsidRPr="00F04927">
        <w:rPr>
          <w:rFonts w:asciiTheme="majorBidi" w:hAnsiTheme="majorBidi" w:cstheme="majorBidi"/>
          <w:color w:val="1F4E78"/>
          <w:sz w:val="20"/>
          <w:szCs w:val="20"/>
          <w:lang w:val="ru-RU"/>
        </w:rPr>
        <w:t>из пленки разных цветов и фактур</w:t>
      </w:r>
      <w:r w:rsidRPr="00F53990">
        <w:rPr>
          <w:rFonts w:asciiTheme="majorBidi" w:hAnsiTheme="majorBidi" w:cstheme="majorBidi"/>
          <w:sz w:val="20"/>
          <w:szCs w:val="20"/>
          <w:lang w:val="ru-RU"/>
        </w:rPr>
        <w:fldChar w:fldCharType="begin"/>
      </w:r>
      <w:r w:rsidRPr="00F53990">
        <w:rPr>
          <w:rFonts w:asciiTheme="majorBidi" w:hAnsiTheme="majorBidi" w:cstheme="majorBidi"/>
          <w:sz w:val="20"/>
          <w:szCs w:val="20"/>
          <w:lang w:val="ru-RU"/>
        </w:rPr>
        <w:instrText xml:space="preserve"> LINK </w:instrText>
      </w:r>
      <w:r>
        <w:rPr>
          <w:rFonts w:asciiTheme="majorBidi" w:hAnsiTheme="majorBidi" w:cstheme="majorBidi"/>
          <w:sz w:val="20"/>
          <w:szCs w:val="20"/>
          <w:lang w:val="ru-RU"/>
        </w:rPr>
        <w:instrText xml:space="preserve">Excel.Sheet.12 C:\\Users\\mento\\OneDrive\\Desktop\\Прайсы\\термотрансфер.xlsx Лист1!R1C1:R9C5 </w:instrText>
      </w:r>
      <w:r w:rsidRPr="00F53990">
        <w:rPr>
          <w:rFonts w:asciiTheme="majorBidi" w:hAnsiTheme="majorBidi" w:cstheme="majorBidi"/>
          <w:sz w:val="20"/>
          <w:szCs w:val="20"/>
          <w:lang w:val="ru-RU"/>
        </w:rPr>
        <w:instrText xml:space="preserve">\a \f 5 \h  \* MERGEFORMAT </w:instrText>
      </w:r>
      <w:r w:rsidRPr="00F53990">
        <w:rPr>
          <w:rFonts w:asciiTheme="majorBidi" w:hAnsiTheme="majorBidi" w:cstheme="majorBidi"/>
          <w:sz w:val="20"/>
          <w:szCs w:val="20"/>
          <w:lang w:val="ru-RU"/>
        </w:rPr>
        <w:fldChar w:fldCharType="separate"/>
      </w:r>
    </w:p>
    <w:p w14:paraId="13CC5336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fldChar w:fldCharType="end"/>
      </w:r>
    </w:p>
    <w:tbl>
      <w:tblPr>
        <w:tblStyle w:val="aff0"/>
        <w:tblpPr w:leftFromText="180" w:rightFromText="180" w:vertAnchor="text" w:horzAnchor="margin" w:tblpXSpec="center" w:tblpY="15"/>
        <w:tblW w:w="9333" w:type="dxa"/>
        <w:tblLook w:val="04A0" w:firstRow="1" w:lastRow="0" w:firstColumn="1" w:lastColumn="0" w:noHBand="0" w:noVBand="1"/>
      </w:tblPr>
      <w:tblGrid>
        <w:gridCol w:w="6421"/>
        <w:gridCol w:w="688"/>
        <w:gridCol w:w="102"/>
        <w:gridCol w:w="692"/>
        <w:gridCol w:w="98"/>
        <w:gridCol w:w="616"/>
        <w:gridCol w:w="716"/>
      </w:tblGrid>
      <w:tr w:rsidR="0051402A" w:rsidRPr="0051402A" w14:paraId="5CFDCBA7" w14:textId="77777777" w:rsidTr="006D7C77">
        <w:trPr>
          <w:trHeight w:val="324"/>
        </w:trPr>
        <w:tc>
          <w:tcPr>
            <w:tcW w:w="9333" w:type="dxa"/>
            <w:gridSpan w:val="7"/>
            <w:shd w:val="clear" w:color="auto" w:fill="FFC700"/>
            <w:noWrap/>
          </w:tcPr>
          <w:p w14:paraId="20A109B3" w14:textId="77777777" w:rsidR="009773B9" w:rsidRPr="0051402A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Плоттерная резка, выборка и нанесение на изделие клиента</w:t>
            </w:r>
          </w:p>
        </w:tc>
      </w:tr>
      <w:tr w:rsidR="0051402A" w:rsidRPr="0051402A" w14:paraId="3C0A9D87" w14:textId="77777777" w:rsidTr="006D7C77">
        <w:trPr>
          <w:trHeight w:val="324"/>
        </w:trPr>
        <w:tc>
          <w:tcPr>
            <w:tcW w:w="6421" w:type="dxa"/>
            <w:shd w:val="clear" w:color="auto" w:fill="FFC700"/>
            <w:noWrap/>
            <w:hideMark/>
          </w:tcPr>
          <w:p w14:paraId="0F7AA548" w14:textId="5145E932" w:rsidR="009773B9" w:rsidRPr="0051402A" w:rsidRDefault="009773B9" w:rsidP="000054D5">
            <w:pPr>
              <w:spacing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12" w:type="dxa"/>
            <w:gridSpan w:val="6"/>
            <w:shd w:val="clear" w:color="auto" w:fill="FFC700"/>
            <w:noWrap/>
            <w:hideMark/>
          </w:tcPr>
          <w:p w14:paraId="6F2365F0" w14:textId="77777777" w:rsidR="009773B9" w:rsidRPr="0051402A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Размер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з</w:t>
            </w:r>
            <w:r w:rsidRPr="0051402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готовки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пленки</w:t>
            </w:r>
            <w:proofErr w:type="spellEnd"/>
          </w:p>
        </w:tc>
      </w:tr>
      <w:tr w:rsidR="0051402A" w:rsidRPr="0051402A" w14:paraId="2C8D73BA" w14:textId="77777777" w:rsidTr="006D7C77">
        <w:trPr>
          <w:trHeight w:val="324"/>
        </w:trPr>
        <w:tc>
          <w:tcPr>
            <w:tcW w:w="6421" w:type="dxa"/>
            <w:shd w:val="clear" w:color="auto" w:fill="FFC700"/>
            <w:noWrap/>
            <w:hideMark/>
          </w:tcPr>
          <w:p w14:paraId="7E4A08E6" w14:textId="397B4BC5" w:rsidR="009773B9" w:rsidRPr="0051402A" w:rsidRDefault="009773B9" w:rsidP="000054D5">
            <w:pPr>
              <w:spacing w:after="40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 </w:t>
            </w:r>
            <w:r w:rsidR="00D16BBF"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D16BBF" w:rsidRPr="0051402A">
              <w:rPr>
                <w:rFonts w:asciiTheme="majorBidi" w:hAnsiTheme="majorBidi" w:cstheme="majorBidi"/>
                <w:sz w:val="20"/>
                <w:szCs w:val="20"/>
              </w:rPr>
              <w:t>Цвет</w:t>
            </w:r>
            <w:proofErr w:type="spellEnd"/>
            <w:r w:rsidR="00D16BBF"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D16BBF" w:rsidRPr="0051402A">
              <w:rPr>
                <w:rFonts w:asciiTheme="majorBidi" w:hAnsiTheme="majorBidi" w:cstheme="majorBidi"/>
                <w:sz w:val="20"/>
                <w:szCs w:val="20"/>
              </w:rPr>
              <w:t>пленки</w:t>
            </w:r>
            <w:proofErr w:type="spellEnd"/>
          </w:p>
        </w:tc>
        <w:tc>
          <w:tcPr>
            <w:tcW w:w="688" w:type="dxa"/>
            <w:shd w:val="clear" w:color="auto" w:fill="FFC700"/>
            <w:noWrap/>
            <w:hideMark/>
          </w:tcPr>
          <w:p w14:paraId="79445CFB" w14:textId="77777777" w:rsidR="009773B9" w:rsidRPr="0051402A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А6</w:t>
            </w:r>
          </w:p>
        </w:tc>
        <w:tc>
          <w:tcPr>
            <w:tcW w:w="794" w:type="dxa"/>
            <w:gridSpan w:val="2"/>
            <w:shd w:val="clear" w:color="auto" w:fill="FFC700"/>
            <w:noWrap/>
            <w:hideMark/>
          </w:tcPr>
          <w:p w14:paraId="4EB00C15" w14:textId="77777777" w:rsidR="009773B9" w:rsidRPr="0051402A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А5</w:t>
            </w:r>
          </w:p>
        </w:tc>
        <w:tc>
          <w:tcPr>
            <w:tcW w:w="714" w:type="dxa"/>
            <w:gridSpan w:val="2"/>
            <w:shd w:val="clear" w:color="auto" w:fill="FFC700"/>
            <w:noWrap/>
            <w:hideMark/>
          </w:tcPr>
          <w:p w14:paraId="52CC680E" w14:textId="77777777" w:rsidR="009773B9" w:rsidRPr="0051402A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А4</w:t>
            </w:r>
          </w:p>
        </w:tc>
        <w:tc>
          <w:tcPr>
            <w:tcW w:w="716" w:type="dxa"/>
            <w:shd w:val="clear" w:color="auto" w:fill="FFC700"/>
            <w:noWrap/>
            <w:hideMark/>
          </w:tcPr>
          <w:p w14:paraId="06C0C68B" w14:textId="77777777" w:rsidR="009773B9" w:rsidRPr="0051402A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1402A">
              <w:rPr>
                <w:rFonts w:asciiTheme="majorBidi" w:hAnsiTheme="majorBidi" w:cstheme="majorBidi"/>
                <w:sz w:val="20"/>
                <w:szCs w:val="20"/>
              </w:rPr>
              <w:t>А3</w:t>
            </w:r>
          </w:p>
        </w:tc>
      </w:tr>
      <w:tr w:rsidR="009773B9" w:rsidRPr="00F53990" w14:paraId="368599A9" w14:textId="77777777" w:rsidTr="006D7C77">
        <w:trPr>
          <w:trHeight w:val="324"/>
        </w:trPr>
        <w:tc>
          <w:tcPr>
            <w:tcW w:w="9333" w:type="dxa"/>
            <w:gridSpan w:val="7"/>
            <w:noWrap/>
            <w:hideMark/>
          </w:tcPr>
          <w:p w14:paraId="499D6702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Пленка</w:t>
            </w:r>
            <w:proofErr w:type="spellEnd"/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белая</w:t>
            </w:r>
            <w:proofErr w:type="spellEnd"/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цветная</w:t>
            </w:r>
            <w:proofErr w:type="spellEnd"/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F53990">
              <w:rPr>
                <w:rFonts w:asciiTheme="majorBidi" w:hAnsiTheme="majorBidi" w:cstheme="majorBidi"/>
                <w:sz w:val="20"/>
                <w:szCs w:val="20"/>
              </w:rPr>
              <w:t>обычная</w:t>
            </w:r>
            <w:proofErr w:type="spellEnd"/>
          </w:p>
        </w:tc>
      </w:tr>
      <w:tr w:rsidR="009773B9" w:rsidRPr="00F53990" w14:paraId="1E3CFFF6" w14:textId="77777777" w:rsidTr="006D7C77">
        <w:trPr>
          <w:trHeight w:val="495"/>
        </w:trPr>
        <w:tc>
          <w:tcPr>
            <w:tcW w:w="6421" w:type="dxa"/>
            <w:hideMark/>
          </w:tcPr>
          <w:p w14:paraId="3E64AB61" w14:textId="77777777" w:rsidR="009773B9" w:rsidRPr="00F53990" w:rsidRDefault="009773B9" w:rsidP="000054D5">
            <w:pPr>
              <w:spacing w:after="40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Очень мелкие детали в макете, выборка занимает много времени, более 20 мин на изделие</w:t>
            </w:r>
          </w:p>
        </w:tc>
        <w:tc>
          <w:tcPr>
            <w:tcW w:w="790" w:type="dxa"/>
            <w:gridSpan w:val="2"/>
            <w:noWrap/>
            <w:hideMark/>
          </w:tcPr>
          <w:p w14:paraId="370F90EA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800</w:t>
            </w:r>
          </w:p>
        </w:tc>
        <w:tc>
          <w:tcPr>
            <w:tcW w:w="790" w:type="dxa"/>
            <w:gridSpan w:val="2"/>
            <w:noWrap/>
            <w:hideMark/>
          </w:tcPr>
          <w:p w14:paraId="6B373154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900</w:t>
            </w:r>
          </w:p>
        </w:tc>
        <w:tc>
          <w:tcPr>
            <w:tcW w:w="616" w:type="dxa"/>
            <w:noWrap/>
            <w:hideMark/>
          </w:tcPr>
          <w:p w14:paraId="3F6C58EE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1250</w:t>
            </w:r>
          </w:p>
        </w:tc>
        <w:tc>
          <w:tcPr>
            <w:tcW w:w="716" w:type="dxa"/>
            <w:noWrap/>
            <w:hideMark/>
          </w:tcPr>
          <w:p w14:paraId="3A9C6E37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1500</w:t>
            </w:r>
          </w:p>
        </w:tc>
      </w:tr>
      <w:tr w:rsidR="009773B9" w:rsidRPr="00F53990" w14:paraId="4F24E4EB" w14:textId="77777777" w:rsidTr="006D7C77">
        <w:trPr>
          <w:trHeight w:val="324"/>
        </w:trPr>
        <w:tc>
          <w:tcPr>
            <w:tcW w:w="6421" w:type="dxa"/>
            <w:hideMark/>
          </w:tcPr>
          <w:p w14:paraId="25343AE3" w14:textId="77777777" w:rsidR="009773B9" w:rsidRPr="00F53990" w:rsidRDefault="009773B9" w:rsidP="000054D5">
            <w:pPr>
              <w:spacing w:after="40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Среднего размера детали, выборка занимает до 20 мин</w:t>
            </w:r>
          </w:p>
        </w:tc>
        <w:tc>
          <w:tcPr>
            <w:tcW w:w="790" w:type="dxa"/>
            <w:gridSpan w:val="2"/>
            <w:noWrap/>
            <w:hideMark/>
          </w:tcPr>
          <w:p w14:paraId="5FC3EAFB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700</w:t>
            </w:r>
          </w:p>
        </w:tc>
        <w:tc>
          <w:tcPr>
            <w:tcW w:w="790" w:type="dxa"/>
            <w:gridSpan w:val="2"/>
            <w:noWrap/>
            <w:hideMark/>
          </w:tcPr>
          <w:p w14:paraId="7A1A9B30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850</w:t>
            </w:r>
          </w:p>
        </w:tc>
        <w:tc>
          <w:tcPr>
            <w:tcW w:w="616" w:type="dxa"/>
            <w:noWrap/>
            <w:hideMark/>
          </w:tcPr>
          <w:p w14:paraId="69C071E0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1100</w:t>
            </w:r>
          </w:p>
        </w:tc>
        <w:tc>
          <w:tcPr>
            <w:tcW w:w="716" w:type="dxa"/>
            <w:noWrap/>
            <w:hideMark/>
          </w:tcPr>
          <w:p w14:paraId="16DD9EE1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1400</w:t>
            </w:r>
          </w:p>
        </w:tc>
      </w:tr>
      <w:tr w:rsidR="009773B9" w:rsidRPr="00F53990" w14:paraId="484C8F3D" w14:textId="77777777" w:rsidTr="006D7C77">
        <w:trPr>
          <w:trHeight w:val="324"/>
        </w:trPr>
        <w:tc>
          <w:tcPr>
            <w:tcW w:w="6421" w:type="dxa"/>
            <w:hideMark/>
          </w:tcPr>
          <w:p w14:paraId="556EFAA3" w14:textId="77777777" w:rsidR="009773B9" w:rsidRPr="00F53990" w:rsidRDefault="009773B9" w:rsidP="000054D5">
            <w:pPr>
              <w:spacing w:after="40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Крупные детали, выбираются одним движением, или до 2 мин</w:t>
            </w:r>
          </w:p>
        </w:tc>
        <w:tc>
          <w:tcPr>
            <w:tcW w:w="790" w:type="dxa"/>
            <w:gridSpan w:val="2"/>
            <w:noWrap/>
            <w:hideMark/>
          </w:tcPr>
          <w:p w14:paraId="1D92354E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600</w:t>
            </w:r>
          </w:p>
        </w:tc>
        <w:tc>
          <w:tcPr>
            <w:tcW w:w="790" w:type="dxa"/>
            <w:gridSpan w:val="2"/>
            <w:noWrap/>
            <w:hideMark/>
          </w:tcPr>
          <w:p w14:paraId="0D13AF01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750</w:t>
            </w:r>
          </w:p>
        </w:tc>
        <w:tc>
          <w:tcPr>
            <w:tcW w:w="616" w:type="dxa"/>
            <w:noWrap/>
            <w:hideMark/>
          </w:tcPr>
          <w:p w14:paraId="472D7FA5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1000</w:t>
            </w:r>
          </w:p>
        </w:tc>
        <w:tc>
          <w:tcPr>
            <w:tcW w:w="716" w:type="dxa"/>
            <w:noWrap/>
            <w:hideMark/>
          </w:tcPr>
          <w:p w14:paraId="3786C551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1200</w:t>
            </w:r>
          </w:p>
        </w:tc>
      </w:tr>
      <w:tr w:rsidR="009773B9" w:rsidRPr="000D51A2" w14:paraId="3147D4D8" w14:textId="77777777" w:rsidTr="006D7C77">
        <w:trPr>
          <w:trHeight w:val="305"/>
        </w:trPr>
        <w:tc>
          <w:tcPr>
            <w:tcW w:w="9333" w:type="dxa"/>
            <w:gridSpan w:val="7"/>
            <w:hideMark/>
          </w:tcPr>
          <w:p w14:paraId="3C1FF6B2" w14:textId="77777777" w:rsidR="009773B9" w:rsidRPr="00F53990" w:rsidRDefault="009773B9" w:rsidP="000054D5">
            <w:pPr>
              <w:spacing w:after="40"/>
              <w:jc w:val="center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Пленка золотая, голограмм, светоотражающая +30% к прайсу, два цвета в изделии +50%</w:t>
            </w:r>
          </w:p>
        </w:tc>
      </w:tr>
    </w:tbl>
    <w:p w14:paraId="2BBD3591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14BCC003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281EFFBE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4845EEE5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3DEA9CFC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6C95488F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360D8E0F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410FB5E2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12C1702D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21F9365B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70A709E3" w14:textId="77777777" w:rsidR="009773B9" w:rsidRPr="00F53990" w:rsidRDefault="009773B9" w:rsidP="009773B9">
      <w:pPr>
        <w:spacing w:after="40"/>
        <w:rPr>
          <w:rFonts w:asciiTheme="majorBidi" w:hAnsiTheme="majorBidi" w:cstheme="majorBidi"/>
          <w:sz w:val="20"/>
          <w:szCs w:val="20"/>
          <w:lang w:val="ru-RU"/>
        </w:rPr>
      </w:pPr>
    </w:p>
    <w:p w14:paraId="53333895" w14:textId="77777777" w:rsidR="009773B9" w:rsidRDefault="009773B9" w:rsidP="009773B9">
      <w:pPr>
        <w:spacing w:before="80" w:after="80"/>
        <w:rPr>
          <w:rFonts w:asciiTheme="majorBidi" w:hAnsiTheme="majorBidi" w:cstheme="majorBidi"/>
          <w:sz w:val="20"/>
          <w:szCs w:val="20"/>
          <w:lang w:val="ru-RU"/>
        </w:rPr>
      </w:pPr>
    </w:p>
    <w:p w14:paraId="6F0E945A" w14:textId="77777777" w:rsidR="009773B9" w:rsidRDefault="009773B9" w:rsidP="009773B9">
      <w:pPr>
        <w:spacing w:before="80" w:after="80"/>
        <w:rPr>
          <w:rFonts w:asciiTheme="majorBidi" w:hAnsiTheme="majorBidi" w:cstheme="majorBidi"/>
          <w:sz w:val="20"/>
          <w:szCs w:val="20"/>
          <w:lang w:val="ru-RU"/>
        </w:rPr>
      </w:pPr>
    </w:p>
    <w:p w14:paraId="1D5E33F0" w14:textId="77777777" w:rsidR="009773B9" w:rsidRDefault="009773B9" w:rsidP="009773B9">
      <w:pPr>
        <w:spacing w:before="80" w:after="80"/>
        <w:rPr>
          <w:rFonts w:asciiTheme="majorBidi" w:hAnsiTheme="majorBidi" w:cstheme="majorBidi"/>
          <w:sz w:val="20"/>
          <w:szCs w:val="20"/>
          <w:lang w:val="ru-RU"/>
        </w:rPr>
      </w:pPr>
    </w:p>
    <w:p w14:paraId="603B0ACB" w14:textId="77777777" w:rsidR="00D16BBF" w:rsidRDefault="00D16BBF" w:rsidP="009773B9">
      <w:pPr>
        <w:spacing w:before="80" w:after="80"/>
        <w:rPr>
          <w:rFonts w:asciiTheme="majorBidi" w:hAnsiTheme="majorBidi" w:cstheme="majorBidi"/>
          <w:sz w:val="20"/>
          <w:szCs w:val="20"/>
          <w:lang w:val="ru-RU"/>
        </w:rPr>
      </w:pPr>
    </w:p>
    <w:p w14:paraId="00ED3622" w14:textId="77777777" w:rsidR="00D16BBF" w:rsidRDefault="00D16BBF" w:rsidP="009773B9">
      <w:pPr>
        <w:spacing w:before="80" w:after="80"/>
        <w:rPr>
          <w:rFonts w:asciiTheme="majorBidi" w:hAnsiTheme="majorBidi" w:cstheme="majorBidi"/>
          <w:sz w:val="20"/>
          <w:szCs w:val="20"/>
          <w:lang w:val="ru-RU"/>
        </w:rPr>
      </w:pPr>
    </w:p>
    <w:p w14:paraId="5EC9801D" w14:textId="0E7BE85B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</w:rPr>
      </w:pPr>
    </w:p>
    <w:tbl>
      <w:tblPr>
        <w:tblpPr w:leftFromText="180" w:rightFromText="180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9773B9" w:rsidRPr="00F53990" w14:paraId="320AEA0B" w14:textId="77777777" w:rsidTr="000054D5">
        <w:tc>
          <w:tcPr>
            <w:tcW w:w="10318" w:type="dxa"/>
            <w:shd w:val="clear" w:color="auto" w:fill="1F4E78"/>
            <w:vAlign w:val="center"/>
          </w:tcPr>
          <w:p w14:paraId="7344D0CB" w14:textId="4A090ABF" w:rsidR="009773B9" w:rsidRPr="00F53990" w:rsidRDefault="009773B9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bookmarkStart w:id="7" w:name="_Hlk241760569"/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>0</w:t>
            </w:r>
            <w:r w:rsidR="00D16BBF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7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</w:rPr>
              <w:t xml:space="preserve"> / 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Ручки с логотипом</w:t>
            </w:r>
          </w:p>
        </w:tc>
      </w:tr>
      <w:bookmarkEnd w:id="7"/>
    </w:tbl>
    <w:p w14:paraId="67C169DB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pPr w:leftFromText="180" w:rightFromText="180" w:vertAnchor="text" w:horzAnchor="margin" w:tblpXSpec="center" w:tblpY="59"/>
        <w:tblW w:w="9529" w:type="dxa"/>
        <w:tblLook w:val="04A0" w:firstRow="1" w:lastRow="0" w:firstColumn="1" w:lastColumn="0" w:noHBand="0" w:noVBand="1"/>
      </w:tblPr>
      <w:tblGrid>
        <w:gridCol w:w="868"/>
        <w:gridCol w:w="2586"/>
        <w:gridCol w:w="2676"/>
        <w:gridCol w:w="1590"/>
        <w:gridCol w:w="1809"/>
      </w:tblGrid>
      <w:tr w:rsidR="0051402A" w:rsidRPr="0051402A" w14:paraId="1FED2683" w14:textId="77777777" w:rsidTr="006D7C77">
        <w:trPr>
          <w:trHeight w:val="288"/>
        </w:trPr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700"/>
            <w:noWrap/>
            <w:vAlign w:val="bottom"/>
            <w:hideMark/>
          </w:tcPr>
          <w:p w14:paraId="0206E9CD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Тираж</w:t>
            </w:r>
          </w:p>
        </w:tc>
        <w:tc>
          <w:tcPr>
            <w:tcW w:w="25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700"/>
            <w:noWrap/>
            <w:vAlign w:val="bottom"/>
            <w:hideMark/>
          </w:tcPr>
          <w:p w14:paraId="5E441EE2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Нанесение с 1 стороны</w:t>
            </w:r>
          </w:p>
        </w:tc>
        <w:tc>
          <w:tcPr>
            <w:tcW w:w="26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700"/>
            <w:noWrap/>
            <w:vAlign w:val="bottom"/>
            <w:hideMark/>
          </w:tcPr>
          <w:p w14:paraId="7661B3E5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Нанесение с 2-х сторон</w:t>
            </w:r>
          </w:p>
        </w:tc>
        <w:tc>
          <w:tcPr>
            <w:tcW w:w="33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C700"/>
            <w:noWrap/>
            <w:vAlign w:val="bottom"/>
            <w:hideMark/>
          </w:tcPr>
          <w:p w14:paraId="1D3F4956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Стоимость за тираж</w:t>
            </w:r>
          </w:p>
        </w:tc>
      </w:tr>
      <w:tr w:rsidR="009773B9" w:rsidRPr="00F53990" w14:paraId="32C45375" w14:textId="77777777" w:rsidTr="006D7C77">
        <w:trPr>
          <w:trHeight w:val="274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B20E4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B899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200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A365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350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1D0D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2000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60E0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3500</w:t>
            </w:r>
          </w:p>
        </w:tc>
      </w:tr>
      <w:tr w:rsidR="009773B9" w:rsidRPr="00F53990" w14:paraId="6898A19B" w14:textId="77777777" w:rsidTr="006D7C77">
        <w:trPr>
          <w:trHeight w:val="274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C2806D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B608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175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21FB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225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6231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4375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BAA2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5625</w:t>
            </w:r>
          </w:p>
        </w:tc>
      </w:tr>
      <w:tr w:rsidR="009773B9" w:rsidRPr="00F53990" w14:paraId="37662851" w14:textId="77777777" w:rsidTr="006D7C77">
        <w:trPr>
          <w:trHeight w:val="274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C9F76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37C7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150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92D3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200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9812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7500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C833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10000</w:t>
            </w:r>
          </w:p>
        </w:tc>
      </w:tr>
      <w:tr w:rsidR="009773B9" w:rsidRPr="00F53990" w14:paraId="6AEAAB70" w14:textId="77777777" w:rsidTr="006D7C77">
        <w:trPr>
          <w:trHeight w:val="274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257275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75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D3D5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125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90B6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175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5308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9375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4D98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13125</w:t>
            </w:r>
          </w:p>
        </w:tc>
      </w:tr>
      <w:tr w:rsidR="009773B9" w:rsidRPr="00F53990" w14:paraId="118881D3" w14:textId="77777777" w:rsidTr="006D7C77">
        <w:trPr>
          <w:trHeight w:val="288"/>
        </w:trPr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FE531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6C3C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EEB2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05A4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10000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B62C2" w14:textId="77777777" w:rsidR="009773B9" w:rsidRPr="00F53990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15000</w:t>
            </w:r>
          </w:p>
        </w:tc>
      </w:tr>
    </w:tbl>
    <w:p w14:paraId="3CE92ADC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A81ECE3" w14:textId="77777777" w:rsidR="009773B9" w:rsidRPr="00F53990" w:rsidRDefault="009773B9" w:rsidP="009773B9">
      <w:pPr>
        <w:tabs>
          <w:tab w:val="left" w:pos="1010"/>
        </w:tabs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>Срок изготовления 2-4 дня</w:t>
      </w:r>
    </w:p>
    <w:p w14:paraId="7569A9A9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pPr w:leftFromText="180" w:rightFromText="180" w:vertAnchor="text" w:horzAnchor="margin" w:tblpY="195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9773B9" w:rsidRPr="000D51A2" w14:paraId="713F15C6" w14:textId="77777777" w:rsidTr="006D7C77">
        <w:tc>
          <w:tcPr>
            <w:tcW w:w="10204" w:type="dxa"/>
            <w:shd w:val="clear" w:color="auto" w:fill="1F4E78"/>
            <w:vAlign w:val="center"/>
          </w:tcPr>
          <w:p w14:paraId="719EB97E" w14:textId="77777777" w:rsidR="009773B9" w:rsidRPr="00F53990" w:rsidRDefault="009773B9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08 / Фото на холсте, натяжка</w:t>
            </w:r>
            <w:r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 xml:space="preserve"> на подрамник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, обработка (под ключ)</w:t>
            </w:r>
          </w:p>
        </w:tc>
      </w:tr>
    </w:tbl>
    <w:p w14:paraId="17B465AB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Style w:val="aff0"/>
        <w:tblpPr w:leftFromText="180" w:rightFromText="180" w:vertAnchor="page" w:horzAnchor="margin" w:tblpXSpec="center" w:tblpY="6724"/>
        <w:tblW w:w="4874" w:type="dxa"/>
        <w:tblLook w:val="04A0" w:firstRow="1" w:lastRow="0" w:firstColumn="1" w:lastColumn="0" w:noHBand="0" w:noVBand="1"/>
      </w:tblPr>
      <w:tblGrid>
        <w:gridCol w:w="1985"/>
        <w:gridCol w:w="1524"/>
        <w:gridCol w:w="1365"/>
      </w:tblGrid>
      <w:tr w:rsidR="006D7C77" w:rsidRPr="0051402A" w14:paraId="2B1E4A33" w14:textId="77777777" w:rsidTr="006D7C77">
        <w:trPr>
          <w:trHeight w:val="338"/>
        </w:trPr>
        <w:tc>
          <w:tcPr>
            <w:tcW w:w="1985" w:type="dxa"/>
            <w:shd w:val="clear" w:color="auto" w:fill="FFC700"/>
          </w:tcPr>
          <w:p w14:paraId="1EE98F3B" w14:textId="77777777" w:rsidR="006D7C77" w:rsidRPr="0051402A" w:rsidRDefault="006D7C77" w:rsidP="006D7C77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Размер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подрамника</w:t>
            </w:r>
            <w:proofErr w:type="spellEnd"/>
          </w:p>
        </w:tc>
        <w:tc>
          <w:tcPr>
            <w:tcW w:w="1524" w:type="dxa"/>
            <w:shd w:val="clear" w:color="auto" w:fill="FFC700"/>
          </w:tcPr>
          <w:p w14:paraId="01288302" w14:textId="77777777" w:rsidR="006D7C77" w:rsidRPr="0051402A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Синтетический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0A369C87" w14:textId="77777777" w:rsidR="006D7C77" w:rsidRPr="0051402A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холст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руб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1365" w:type="dxa"/>
            <w:shd w:val="clear" w:color="auto" w:fill="FFC700"/>
          </w:tcPr>
          <w:p w14:paraId="6C1F8E61" w14:textId="77777777" w:rsidR="006D7C77" w:rsidRPr="0051402A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Натуральный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11A61272" w14:textId="77777777" w:rsidR="006D7C77" w:rsidRPr="0051402A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холст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руб</w:t>
            </w:r>
            <w:proofErr w:type="spellEnd"/>
            <w:r w:rsidRPr="0051402A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6D7C77" w:rsidRPr="00F53990" w14:paraId="350E2009" w14:textId="77777777" w:rsidTr="006D7C77">
        <w:trPr>
          <w:trHeight w:val="320"/>
        </w:trPr>
        <w:tc>
          <w:tcPr>
            <w:tcW w:w="1985" w:type="dxa"/>
          </w:tcPr>
          <w:p w14:paraId="44115580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30х40</w:t>
            </w:r>
          </w:p>
        </w:tc>
        <w:tc>
          <w:tcPr>
            <w:tcW w:w="1524" w:type="dxa"/>
          </w:tcPr>
          <w:p w14:paraId="6809FA92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1500</w:t>
            </w:r>
          </w:p>
        </w:tc>
        <w:tc>
          <w:tcPr>
            <w:tcW w:w="1365" w:type="dxa"/>
          </w:tcPr>
          <w:p w14:paraId="61DEA288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2300</w:t>
            </w:r>
          </w:p>
        </w:tc>
      </w:tr>
      <w:tr w:rsidR="006D7C77" w:rsidRPr="00F53990" w14:paraId="053C0525" w14:textId="77777777" w:rsidTr="006D7C77">
        <w:trPr>
          <w:trHeight w:val="338"/>
        </w:trPr>
        <w:tc>
          <w:tcPr>
            <w:tcW w:w="1985" w:type="dxa"/>
          </w:tcPr>
          <w:p w14:paraId="79EFD0EF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40х40</w:t>
            </w:r>
          </w:p>
        </w:tc>
        <w:tc>
          <w:tcPr>
            <w:tcW w:w="1524" w:type="dxa"/>
          </w:tcPr>
          <w:p w14:paraId="002F4E99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1600</w:t>
            </w:r>
          </w:p>
        </w:tc>
        <w:tc>
          <w:tcPr>
            <w:tcW w:w="1365" w:type="dxa"/>
          </w:tcPr>
          <w:p w14:paraId="31E6FB1B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2500</w:t>
            </w:r>
          </w:p>
        </w:tc>
      </w:tr>
      <w:tr w:rsidR="006D7C77" w:rsidRPr="00F53990" w14:paraId="279DF5C6" w14:textId="77777777" w:rsidTr="006D7C77">
        <w:trPr>
          <w:trHeight w:val="320"/>
        </w:trPr>
        <w:tc>
          <w:tcPr>
            <w:tcW w:w="1985" w:type="dxa"/>
          </w:tcPr>
          <w:p w14:paraId="6A9DFF22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40х50</w:t>
            </w:r>
          </w:p>
        </w:tc>
        <w:tc>
          <w:tcPr>
            <w:tcW w:w="1524" w:type="dxa"/>
          </w:tcPr>
          <w:p w14:paraId="4A519903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1900</w:t>
            </w:r>
          </w:p>
        </w:tc>
        <w:tc>
          <w:tcPr>
            <w:tcW w:w="1365" w:type="dxa"/>
          </w:tcPr>
          <w:p w14:paraId="3767E3E1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2800</w:t>
            </w:r>
          </w:p>
        </w:tc>
      </w:tr>
      <w:tr w:rsidR="006D7C77" w:rsidRPr="00F53990" w14:paraId="4A9F71A6" w14:textId="77777777" w:rsidTr="006D7C77">
        <w:trPr>
          <w:trHeight w:val="338"/>
        </w:trPr>
        <w:tc>
          <w:tcPr>
            <w:tcW w:w="1985" w:type="dxa"/>
          </w:tcPr>
          <w:p w14:paraId="71EA67E5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40х60</w:t>
            </w:r>
          </w:p>
        </w:tc>
        <w:tc>
          <w:tcPr>
            <w:tcW w:w="1524" w:type="dxa"/>
          </w:tcPr>
          <w:p w14:paraId="48A0BA85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2200</w:t>
            </w:r>
          </w:p>
        </w:tc>
        <w:tc>
          <w:tcPr>
            <w:tcW w:w="1365" w:type="dxa"/>
          </w:tcPr>
          <w:p w14:paraId="592063BF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3100</w:t>
            </w:r>
          </w:p>
        </w:tc>
      </w:tr>
      <w:tr w:rsidR="006D7C77" w:rsidRPr="00F53990" w14:paraId="44D6400F" w14:textId="77777777" w:rsidTr="006D7C77">
        <w:trPr>
          <w:trHeight w:val="320"/>
        </w:trPr>
        <w:tc>
          <w:tcPr>
            <w:tcW w:w="1985" w:type="dxa"/>
          </w:tcPr>
          <w:p w14:paraId="61D7D049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 50х50</w:t>
            </w:r>
          </w:p>
        </w:tc>
        <w:tc>
          <w:tcPr>
            <w:tcW w:w="1524" w:type="dxa"/>
          </w:tcPr>
          <w:p w14:paraId="2F5E5856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2300</w:t>
            </w:r>
          </w:p>
        </w:tc>
        <w:tc>
          <w:tcPr>
            <w:tcW w:w="1365" w:type="dxa"/>
          </w:tcPr>
          <w:p w14:paraId="516FB096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3200</w:t>
            </w:r>
          </w:p>
        </w:tc>
      </w:tr>
      <w:tr w:rsidR="006D7C77" w:rsidRPr="00F53990" w14:paraId="3C10570F" w14:textId="77777777" w:rsidTr="006D7C77">
        <w:trPr>
          <w:trHeight w:val="338"/>
        </w:trPr>
        <w:tc>
          <w:tcPr>
            <w:tcW w:w="1985" w:type="dxa"/>
          </w:tcPr>
          <w:p w14:paraId="6A6469EC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40х70</w:t>
            </w:r>
          </w:p>
        </w:tc>
        <w:tc>
          <w:tcPr>
            <w:tcW w:w="1524" w:type="dxa"/>
          </w:tcPr>
          <w:p w14:paraId="294060D9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2500</w:t>
            </w:r>
          </w:p>
        </w:tc>
        <w:tc>
          <w:tcPr>
            <w:tcW w:w="1365" w:type="dxa"/>
          </w:tcPr>
          <w:p w14:paraId="25D01DB4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3400</w:t>
            </w:r>
          </w:p>
        </w:tc>
      </w:tr>
      <w:tr w:rsidR="006D7C77" w:rsidRPr="00F53990" w14:paraId="22514B68" w14:textId="77777777" w:rsidTr="006D7C77">
        <w:trPr>
          <w:trHeight w:val="338"/>
        </w:trPr>
        <w:tc>
          <w:tcPr>
            <w:tcW w:w="1985" w:type="dxa"/>
          </w:tcPr>
          <w:p w14:paraId="59E8BE07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 xml:space="preserve"> 50х60</w:t>
            </w:r>
          </w:p>
        </w:tc>
        <w:tc>
          <w:tcPr>
            <w:tcW w:w="1524" w:type="dxa"/>
          </w:tcPr>
          <w:p w14:paraId="50CEFBBE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2600</w:t>
            </w:r>
          </w:p>
        </w:tc>
        <w:tc>
          <w:tcPr>
            <w:tcW w:w="1365" w:type="dxa"/>
          </w:tcPr>
          <w:p w14:paraId="2F9C82C3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3600</w:t>
            </w:r>
          </w:p>
        </w:tc>
      </w:tr>
      <w:tr w:rsidR="006D7C77" w:rsidRPr="00F53990" w14:paraId="269F9D7B" w14:textId="77777777" w:rsidTr="006D7C77">
        <w:trPr>
          <w:trHeight w:val="320"/>
        </w:trPr>
        <w:tc>
          <w:tcPr>
            <w:tcW w:w="1985" w:type="dxa"/>
          </w:tcPr>
          <w:p w14:paraId="23C6A315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50х70</w:t>
            </w:r>
          </w:p>
        </w:tc>
        <w:tc>
          <w:tcPr>
            <w:tcW w:w="1524" w:type="dxa"/>
          </w:tcPr>
          <w:p w14:paraId="166B2F5A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2800</w:t>
            </w:r>
          </w:p>
        </w:tc>
        <w:tc>
          <w:tcPr>
            <w:tcW w:w="1365" w:type="dxa"/>
          </w:tcPr>
          <w:p w14:paraId="2904578E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3700</w:t>
            </w:r>
          </w:p>
        </w:tc>
      </w:tr>
      <w:tr w:rsidR="006D7C77" w:rsidRPr="00F53990" w14:paraId="38318B4B" w14:textId="77777777" w:rsidTr="006D7C77">
        <w:trPr>
          <w:trHeight w:val="338"/>
        </w:trPr>
        <w:tc>
          <w:tcPr>
            <w:tcW w:w="1985" w:type="dxa"/>
          </w:tcPr>
          <w:p w14:paraId="546948AE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60х80</w:t>
            </w:r>
          </w:p>
        </w:tc>
        <w:tc>
          <w:tcPr>
            <w:tcW w:w="1524" w:type="dxa"/>
          </w:tcPr>
          <w:p w14:paraId="6616229C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3200</w:t>
            </w:r>
          </w:p>
        </w:tc>
        <w:tc>
          <w:tcPr>
            <w:tcW w:w="1365" w:type="dxa"/>
          </w:tcPr>
          <w:p w14:paraId="7A3AADFC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4000</w:t>
            </w:r>
          </w:p>
        </w:tc>
      </w:tr>
      <w:tr w:rsidR="006D7C77" w:rsidRPr="00F53990" w14:paraId="6D1B22E0" w14:textId="77777777" w:rsidTr="006D7C77">
        <w:trPr>
          <w:trHeight w:val="320"/>
        </w:trPr>
        <w:tc>
          <w:tcPr>
            <w:tcW w:w="1985" w:type="dxa"/>
          </w:tcPr>
          <w:p w14:paraId="5FB981B4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70х70</w:t>
            </w:r>
          </w:p>
        </w:tc>
        <w:tc>
          <w:tcPr>
            <w:tcW w:w="1524" w:type="dxa"/>
          </w:tcPr>
          <w:p w14:paraId="6AB1BED7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3300</w:t>
            </w:r>
          </w:p>
        </w:tc>
        <w:tc>
          <w:tcPr>
            <w:tcW w:w="1365" w:type="dxa"/>
          </w:tcPr>
          <w:p w14:paraId="3FF31FE3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4200</w:t>
            </w:r>
          </w:p>
        </w:tc>
      </w:tr>
      <w:tr w:rsidR="006D7C77" w:rsidRPr="00F53990" w14:paraId="3818F62B" w14:textId="77777777" w:rsidTr="006D7C77">
        <w:trPr>
          <w:trHeight w:val="338"/>
        </w:trPr>
        <w:tc>
          <w:tcPr>
            <w:tcW w:w="1985" w:type="dxa"/>
          </w:tcPr>
          <w:p w14:paraId="4515DC4B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75х75</w:t>
            </w:r>
          </w:p>
        </w:tc>
        <w:tc>
          <w:tcPr>
            <w:tcW w:w="1524" w:type="dxa"/>
          </w:tcPr>
          <w:p w14:paraId="72B0F8E4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3500</w:t>
            </w:r>
          </w:p>
        </w:tc>
        <w:tc>
          <w:tcPr>
            <w:tcW w:w="1365" w:type="dxa"/>
          </w:tcPr>
          <w:p w14:paraId="0A494642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4500</w:t>
            </w:r>
          </w:p>
        </w:tc>
      </w:tr>
      <w:tr w:rsidR="006D7C77" w:rsidRPr="00F53990" w14:paraId="7E47CF1F" w14:textId="77777777" w:rsidTr="006D7C77">
        <w:trPr>
          <w:trHeight w:val="320"/>
        </w:trPr>
        <w:tc>
          <w:tcPr>
            <w:tcW w:w="1985" w:type="dxa"/>
          </w:tcPr>
          <w:p w14:paraId="30A89F32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70х90</w:t>
            </w:r>
          </w:p>
        </w:tc>
        <w:tc>
          <w:tcPr>
            <w:tcW w:w="1524" w:type="dxa"/>
          </w:tcPr>
          <w:p w14:paraId="4FF01742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3700</w:t>
            </w:r>
          </w:p>
        </w:tc>
        <w:tc>
          <w:tcPr>
            <w:tcW w:w="1365" w:type="dxa"/>
          </w:tcPr>
          <w:p w14:paraId="48B90D80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4700</w:t>
            </w:r>
          </w:p>
        </w:tc>
      </w:tr>
      <w:tr w:rsidR="006D7C77" w:rsidRPr="00F53990" w14:paraId="363AC767" w14:textId="77777777" w:rsidTr="006D7C77">
        <w:trPr>
          <w:trHeight w:val="338"/>
        </w:trPr>
        <w:tc>
          <w:tcPr>
            <w:tcW w:w="1985" w:type="dxa"/>
          </w:tcPr>
          <w:p w14:paraId="23E1E07C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70х105</w:t>
            </w:r>
          </w:p>
        </w:tc>
        <w:tc>
          <w:tcPr>
            <w:tcW w:w="1524" w:type="dxa"/>
          </w:tcPr>
          <w:p w14:paraId="2B6DB137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4200</w:t>
            </w:r>
          </w:p>
        </w:tc>
        <w:tc>
          <w:tcPr>
            <w:tcW w:w="1365" w:type="dxa"/>
          </w:tcPr>
          <w:p w14:paraId="2A345F5A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5300</w:t>
            </w:r>
          </w:p>
        </w:tc>
      </w:tr>
      <w:tr w:rsidR="006D7C77" w:rsidRPr="00F53990" w14:paraId="1D7A6F40" w14:textId="77777777" w:rsidTr="006D7C77">
        <w:trPr>
          <w:trHeight w:val="320"/>
        </w:trPr>
        <w:tc>
          <w:tcPr>
            <w:tcW w:w="1985" w:type="dxa"/>
          </w:tcPr>
          <w:p w14:paraId="08008DBE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80х120</w:t>
            </w:r>
          </w:p>
        </w:tc>
        <w:tc>
          <w:tcPr>
            <w:tcW w:w="1524" w:type="dxa"/>
          </w:tcPr>
          <w:p w14:paraId="184A64E7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4700</w:t>
            </w:r>
          </w:p>
        </w:tc>
        <w:tc>
          <w:tcPr>
            <w:tcW w:w="1365" w:type="dxa"/>
          </w:tcPr>
          <w:p w14:paraId="790DB234" w14:textId="77777777" w:rsidR="006D7C77" w:rsidRPr="00F53990" w:rsidRDefault="006D7C77" w:rsidP="006D7C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5700</w:t>
            </w:r>
          </w:p>
        </w:tc>
      </w:tr>
    </w:tbl>
    <w:p w14:paraId="7EAD05A4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EBE7171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B12E878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F6D3D6E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3CDA65ED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184FB15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5A12122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180DA4A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743008F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0791FDB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1C7C6FC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82994C1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E3C81EF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091CCE07" w14:textId="77777777" w:rsidR="009773B9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</w:p>
    <w:p w14:paraId="4ADC7734" w14:textId="77777777" w:rsidR="0051402A" w:rsidRDefault="0051402A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</w:p>
    <w:p w14:paraId="52519526" w14:textId="015F94CF" w:rsidR="009773B9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 xml:space="preserve">Покрытие лаком +50% от стоимости. </w:t>
      </w:r>
    </w:p>
    <w:p w14:paraId="1ED3BF27" w14:textId="77777777" w:rsidR="009773B9" w:rsidRDefault="009773B9" w:rsidP="009773B9">
      <w:pPr>
        <w:jc w:val="center"/>
        <w:rPr>
          <w:rFonts w:asciiTheme="majorBidi" w:hAnsiTheme="majorBidi" w:cstheme="majorBidi"/>
          <w:sz w:val="20"/>
          <w:szCs w:val="20"/>
          <w:lang w:val="ru-RU"/>
        </w:rPr>
      </w:pPr>
      <w:r>
        <w:rPr>
          <w:rFonts w:asciiTheme="majorBidi" w:hAnsiTheme="majorBidi" w:cstheme="majorBidi"/>
          <w:sz w:val="20"/>
          <w:szCs w:val="20"/>
          <w:lang w:val="ru-RU"/>
        </w:rPr>
        <w:t>Покрытие лаком дает дополнительную УФ защиту и защиту от внешних повреждений.</w:t>
      </w:r>
    </w:p>
    <w:p w14:paraId="3C5907AC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EE3D11E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63B540B6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4977AE73" w14:textId="77777777" w:rsidR="006D7C77" w:rsidRDefault="006D7C77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2F2C0F5A" w14:textId="77777777" w:rsidR="00C20F69" w:rsidRDefault="00C20F6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1B4CFF09" w14:textId="77777777" w:rsidR="00C20F69" w:rsidRDefault="00C20F6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519CCB6F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pPr w:leftFromText="180" w:rightFromText="180" w:vertAnchor="text" w:horzAnchor="margin" w:tblpY="-167"/>
        <w:tblOverlap w:val="never"/>
        <w:tblW w:w="10554" w:type="dxa"/>
        <w:tblLook w:val="04A0" w:firstRow="1" w:lastRow="0" w:firstColumn="1" w:lastColumn="0" w:noHBand="0" w:noVBand="1"/>
      </w:tblPr>
      <w:tblGrid>
        <w:gridCol w:w="10554"/>
      </w:tblGrid>
      <w:tr w:rsidR="009773B9" w:rsidRPr="00F53990" w14:paraId="21340009" w14:textId="77777777" w:rsidTr="000054D5">
        <w:trPr>
          <w:trHeight w:val="379"/>
        </w:trPr>
        <w:tc>
          <w:tcPr>
            <w:tcW w:w="10554" w:type="dxa"/>
            <w:shd w:val="clear" w:color="auto" w:fill="1F4E78"/>
            <w:vAlign w:val="center"/>
          </w:tcPr>
          <w:p w14:paraId="0735420F" w14:textId="64387602" w:rsidR="009773B9" w:rsidRPr="00F53990" w:rsidRDefault="009773B9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bookmarkStart w:id="8" w:name="_Hlk241766960"/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lastRenderedPageBreak/>
              <w:t>0</w:t>
            </w:r>
            <w:r w:rsidR="00D16BBF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9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 xml:space="preserve"> / Изготовление наклеек</w:t>
            </w:r>
          </w:p>
        </w:tc>
      </w:tr>
      <w:bookmarkEnd w:id="8"/>
    </w:tbl>
    <w:p w14:paraId="62F210CA" w14:textId="77777777" w:rsidR="009773B9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</w:p>
    <w:p w14:paraId="7B7B0612" w14:textId="77777777" w:rsidR="009773B9" w:rsidRPr="00F53990" w:rsidRDefault="009773B9" w:rsidP="009773B9">
      <w:pPr>
        <w:rPr>
          <w:rFonts w:asciiTheme="majorBidi" w:hAnsiTheme="majorBidi" w:cstheme="majorBidi"/>
          <w:sz w:val="20"/>
          <w:szCs w:val="20"/>
          <w:lang w:val="ru-RU"/>
        </w:rPr>
      </w:pPr>
      <w:r w:rsidRPr="00F53990">
        <w:rPr>
          <w:rFonts w:asciiTheme="majorBidi" w:hAnsiTheme="majorBidi" w:cstheme="majorBidi"/>
          <w:sz w:val="20"/>
          <w:szCs w:val="20"/>
          <w:lang w:val="ru-RU"/>
        </w:rPr>
        <w:t>Пример расчета стоимости наклеек с разными размерами, разной пленкой. При изготовлении наклеек выполняется печать на белой, прозрачной, матовой или глянцевой пленке, затем каждая наклейка вырезается по контуру. Окончательный результат выдается клиенту в виде рулона.</w:t>
      </w:r>
    </w:p>
    <w:tbl>
      <w:tblPr>
        <w:tblpPr w:leftFromText="180" w:rightFromText="180" w:vertAnchor="text" w:horzAnchor="margin" w:tblpXSpec="center" w:tblpY="316"/>
        <w:tblW w:w="6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1247"/>
        <w:gridCol w:w="1300"/>
        <w:gridCol w:w="1214"/>
        <w:gridCol w:w="953"/>
        <w:gridCol w:w="1092"/>
      </w:tblGrid>
      <w:tr w:rsidR="0051402A" w:rsidRPr="0051402A" w14:paraId="5E6BAC88" w14:textId="77777777" w:rsidTr="006D7C77">
        <w:trPr>
          <w:trHeight w:val="250"/>
        </w:trPr>
        <w:tc>
          <w:tcPr>
            <w:tcW w:w="621" w:type="dxa"/>
            <w:shd w:val="clear" w:color="auto" w:fill="FFC700"/>
            <w:noWrap/>
            <w:vAlign w:val="center"/>
            <w:hideMark/>
          </w:tcPr>
          <w:p w14:paraId="39A4E7EF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№</w:t>
            </w:r>
            <w:proofErr w:type="spellStart"/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пп</w:t>
            </w:r>
            <w:proofErr w:type="spellEnd"/>
          </w:p>
        </w:tc>
        <w:tc>
          <w:tcPr>
            <w:tcW w:w="1247" w:type="dxa"/>
            <w:shd w:val="clear" w:color="auto" w:fill="FFC700"/>
            <w:noWrap/>
            <w:vAlign w:val="center"/>
            <w:hideMark/>
          </w:tcPr>
          <w:p w14:paraId="06629E5C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 xml:space="preserve">Размер </w:t>
            </w:r>
            <w:proofErr w:type="gramStart"/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1,см</w:t>
            </w:r>
            <w:proofErr w:type="gramEnd"/>
          </w:p>
        </w:tc>
        <w:tc>
          <w:tcPr>
            <w:tcW w:w="1300" w:type="dxa"/>
            <w:shd w:val="clear" w:color="auto" w:fill="FFC700"/>
            <w:noWrap/>
            <w:vAlign w:val="center"/>
            <w:hideMark/>
          </w:tcPr>
          <w:p w14:paraId="1061DD6E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Размер 2, см</w:t>
            </w:r>
          </w:p>
        </w:tc>
        <w:tc>
          <w:tcPr>
            <w:tcW w:w="1214" w:type="dxa"/>
            <w:shd w:val="clear" w:color="auto" w:fill="FFC700"/>
            <w:noWrap/>
            <w:vAlign w:val="center"/>
            <w:hideMark/>
          </w:tcPr>
          <w:p w14:paraId="15788CAC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 xml:space="preserve">Тираж, </w:t>
            </w:r>
            <w:proofErr w:type="spellStart"/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шт</w:t>
            </w:r>
            <w:proofErr w:type="spellEnd"/>
          </w:p>
        </w:tc>
        <w:tc>
          <w:tcPr>
            <w:tcW w:w="953" w:type="dxa"/>
            <w:shd w:val="clear" w:color="auto" w:fill="FFC700"/>
            <w:noWrap/>
            <w:vAlign w:val="center"/>
            <w:hideMark/>
          </w:tcPr>
          <w:p w14:paraId="4CB94F71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ru-RU"/>
              </w:rPr>
            </w:pPr>
            <w:proofErr w:type="spellStart"/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eastAsia="ru-RU"/>
              </w:rPr>
              <w:t>Orajet</w:t>
            </w:r>
            <w:proofErr w:type="spellEnd"/>
          </w:p>
        </w:tc>
        <w:tc>
          <w:tcPr>
            <w:tcW w:w="1092" w:type="dxa"/>
            <w:shd w:val="clear" w:color="auto" w:fill="FFC700"/>
            <w:noWrap/>
            <w:vAlign w:val="center"/>
            <w:hideMark/>
          </w:tcPr>
          <w:p w14:paraId="7C297B49" w14:textId="77777777" w:rsidR="009773B9" w:rsidRPr="0051402A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Китай</w:t>
            </w:r>
          </w:p>
        </w:tc>
      </w:tr>
      <w:tr w:rsidR="009773B9" w:rsidRPr="002A1EFF" w14:paraId="663060BD" w14:textId="77777777" w:rsidTr="006D7C77">
        <w:trPr>
          <w:trHeight w:val="250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3C6D7EA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E56052C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51148AB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231DA03D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5000</w:t>
            </w:r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14:paraId="42990F04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1 440 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4E1D18A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1 089 </w:t>
            </w:r>
          </w:p>
        </w:tc>
      </w:tr>
      <w:tr w:rsidR="009773B9" w:rsidRPr="002A1EFF" w14:paraId="62FA5298" w14:textId="77777777" w:rsidTr="006D7C77">
        <w:trPr>
          <w:trHeight w:val="250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8FC290B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CBF8AE6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4075B7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02F0D75C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1250</w:t>
            </w:r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14:paraId="6C828AC8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1 210 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67131ADC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877 </w:t>
            </w:r>
          </w:p>
        </w:tc>
      </w:tr>
      <w:tr w:rsidR="009773B9" w:rsidRPr="002A1EFF" w14:paraId="64994894" w14:textId="77777777" w:rsidTr="006D7C77">
        <w:trPr>
          <w:trHeight w:val="250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383F87E8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84D9E54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4BFEE8E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622FA91B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550</w:t>
            </w:r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14:paraId="597763BF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1 126 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43A88A7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817 </w:t>
            </w:r>
          </w:p>
        </w:tc>
      </w:tr>
      <w:tr w:rsidR="009773B9" w:rsidRPr="002A1EFF" w14:paraId="45F5CADD" w14:textId="77777777" w:rsidTr="006D7C77">
        <w:trPr>
          <w:trHeight w:val="250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78254C4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DFADED7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438657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7585A632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200</w:t>
            </w:r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14:paraId="2345D044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1 082 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8537D2C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784 </w:t>
            </w:r>
          </w:p>
        </w:tc>
      </w:tr>
      <w:tr w:rsidR="009773B9" w:rsidRPr="002A1EFF" w14:paraId="2EB34C1E" w14:textId="77777777" w:rsidTr="006D7C77">
        <w:trPr>
          <w:trHeight w:val="250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01745DE0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84208D4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599E88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3123B3D4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14:paraId="41B69F7C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1 040 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6113F3A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754 </w:t>
            </w:r>
          </w:p>
        </w:tc>
      </w:tr>
      <w:tr w:rsidR="009773B9" w:rsidRPr="002A1EFF" w14:paraId="16757434" w14:textId="77777777" w:rsidTr="006D7C77">
        <w:trPr>
          <w:trHeight w:val="264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2F7BEFA5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0A55120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261DB5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1214" w:type="dxa"/>
            <w:shd w:val="clear" w:color="auto" w:fill="auto"/>
            <w:noWrap/>
            <w:vAlign w:val="center"/>
            <w:hideMark/>
          </w:tcPr>
          <w:p w14:paraId="4E4E5D81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14:paraId="2F65F2E9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930 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5248E56" w14:textId="77777777" w:rsidR="009773B9" w:rsidRPr="002A1EFF" w:rsidRDefault="009773B9" w:rsidP="000054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2A1EF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674 </w:t>
            </w:r>
          </w:p>
        </w:tc>
      </w:tr>
    </w:tbl>
    <w:p w14:paraId="32F7A537" w14:textId="77777777" w:rsidR="009773B9" w:rsidRPr="00F53990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  <w:lang w:val="ru-RU"/>
        </w:rPr>
      </w:pPr>
    </w:p>
    <w:p w14:paraId="6189FCE7" w14:textId="77777777" w:rsidR="009773B9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</w:rPr>
      </w:pPr>
    </w:p>
    <w:p w14:paraId="05B82687" w14:textId="77777777" w:rsidR="009773B9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</w:rPr>
      </w:pPr>
    </w:p>
    <w:p w14:paraId="04AABF25" w14:textId="77777777" w:rsidR="009773B9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</w:rPr>
      </w:pPr>
    </w:p>
    <w:p w14:paraId="2573A777" w14:textId="77777777" w:rsidR="009773B9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</w:rPr>
      </w:pPr>
    </w:p>
    <w:p w14:paraId="60EC3C79" w14:textId="77777777" w:rsidR="009773B9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</w:rPr>
      </w:pPr>
    </w:p>
    <w:p w14:paraId="61D8C94B" w14:textId="77777777" w:rsidR="009773B9" w:rsidRPr="00FC3924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</w:rPr>
      </w:pPr>
    </w:p>
    <w:tbl>
      <w:tblPr>
        <w:tblpPr w:leftFromText="180" w:rightFromText="180" w:vertAnchor="text" w:horzAnchor="margin" w:tblpY="278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9773B9" w:rsidRPr="00F53990" w14:paraId="5F3F4DDB" w14:textId="77777777" w:rsidTr="000054D5">
        <w:tc>
          <w:tcPr>
            <w:tcW w:w="10318" w:type="dxa"/>
            <w:shd w:val="clear" w:color="auto" w:fill="1F4E78"/>
            <w:vAlign w:val="center"/>
          </w:tcPr>
          <w:p w14:paraId="54AF2C32" w14:textId="50311BDF" w:rsidR="009773B9" w:rsidRPr="00F53990" w:rsidRDefault="00D16BBF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bookmarkStart w:id="9" w:name="_Hlk241842469"/>
            <w:r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10</w:t>
            </w:r>
            <w:r w:rsidR="009773B9"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 xml:space="preserve"> / Печать на кружках</w:t>
            </w:r>
          </w:p>
        </w:tc>
      </w:tr>
      <w:bookmarkEnd w:id="9"/>
    </w:tbl>
    <w:p w14:paraId="1A9AC6A4" w14:textId="77777777" w:rsidR="009773B9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  <w:lang w:val="ru-RU"/>
        </w:rPr>
      </w:pPr>
    </w:p>
    <w:p w14:paraId="3EC353A0" w14:textId="77777777" w:rsidR="009773B9" w:rsidRPr="00F53990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  <w:lang w:val="ru-RU"/>
        </w:rPr>
      </w:pPr>
    </w:p>
    <w:tbl>
      <w:tblPr>
        <w:tblW w:w="10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3"/>
        <w:gridCol w:w="1717"/>
      </w:tblGrid>
      <w:tr w:rsidR="0051402A" w:rsidRPr="0051402A" w14:paraId="359A079A" w14:textId="77777777" w:rsidTr="0051402A">
        <w:trPr>
          <w:trHeight w:val="245"/>
        </w:trPr>
        <w:tc>
          <w:tcPr>
            <w:tcW w:w="8473" w:type="dxa"/>
            <w:shd w:val="clear" w:color="auto" w:fill="FFC700"/>
            <w:noWrap/>
            <w:vAlign w:val="center"/>
            <w:hideMark/>
          </w:tcPr>
          <w:p w14:paraId="666BF6FE" w14:textId="77777777" w:rsidR="009773B9" w:rsidRPr="0051402A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eastAsia="ru-RU"/>
              </w:rPr>
            </w:pPr>
            <w:bookmarkStart w:id="10" w:name="_Hlk241842518"/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7" w:type="dxa"/>
            <w:shd w:val="clear" w:color="auto" w:fill="FFC700"/>
          </w:tcPr>
          <w:p w14:paraId="56EF4E41" w14:textId="77777777" w:rsidR="009773B9" w:rsidRPr="0051402A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eastAsia="ru-RU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</w:p>
        </w:tc>
      </w:tr>
      <w:tr w:rsidR="009773B9" w:rsidRPr="00F53990" w14:paraId="4956D5C8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71227FAD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Орка</w:t>
            </w:r>
            <w:proofErr w:type="spellEnd"/>
          </w:p>
        </w:tc>
        <w:tc>
          <w:tcPr>
            <w:tcW w:w="1717" w:type="dxa"/>
          </w:tcPr>
          <w:p w14:paraId="5388FCCB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700</w:t>
            </w:r>
          </w:p>
        </w:tc>
      </w:tr>
      <w:tr w:rsidR="009773B9" w:rsidRPr="00F53990" w14:paraId="17F00EE3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235431ED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С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надписью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внутри</w:t>
            </w:r>
            <w:proofErr w:type="spellEnd"/>
          </w:p>
        </w:tc>
        <w:tc>
          <w:tcPr>
            <w:tcW w:w="1717" w:type="dxa"/>
          </w:tcPr>
          <w:p w14:paraId="700C0386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900</w:t>
            </w:r>
          </w:p>
        </w:tc>
      </w:tr>
      <w:tr w:rsidR="009773B9" w:rsidRPr="00F53990" w14:paraId="370F68B2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6F77E0D2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Стеклянная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цветная</w:t>
            </w:r>
            <w:proofErr w:type="spellEnd"/>
          </w:p>
        </w:tc>
        <w:tc>
          <w:tcPr>
            <w:tcW w:w="1717" w:type="dxa"/>
          </w:tcPr>
          <w:p w14:paraId="64F8C7A1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800</w:t>
            </w:r>
          </w:p>
        </w:tc>
      </w:tr>
      <w:tr w:rsidR="009773B9" w:rsidRPr="00F53990" w14:paraId="009315F3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65303C25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матовая</w:t>
            </w:r>
            <w:proofErr w:type="spellEnd"/>
          </w:p>
        </w:tc>
        <w:tc>
          <w:tcPr>
            <w:tcW w:w="1717" w:type="dxa"/>
          </w:tcPr>
          <w:p w14:paraId="06803C39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750</w:t>
            </w:r>
          </w:p>
        </w:tc>
      </w:tr>
      <w:tr w:rsidR="009773B9" w:rsidRPr="00F53990" w14:paraId="578B61DA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25BDCA72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С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цветным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дном</w:t>
            </w:r>
            <w:proofErr w:type="spellEnd"/>
          </w:p>
        </w:tc>
        <w:tc>
          <w:tcPr>
            <w:tcW w:w="1717" w:type="dxa"/>
          </w:tcPr>
          <w:p w14:paraId="7D0C2F9C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750</w:t>
            </w:r>
          </w:p>
        </w:tc>
      </w:tr>
      <w:tr w:rsidR="009773B9" w:rsidRPr="00F53990" w14:paraId="4C45C50C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1935D944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Стеклянная</w:t>
            </w:r>
            <w:proofErr w:type="spellEnd"/>
          </w:p>
        </w:tc>
        <w:tc>
          <w:tcPr>
            <w:tcW w:w="1717" w:type="dxa"/>
          </w:tcPr>
          <w:p w14:paraId="41DCBCDA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800</w:t>
            </w:r>
          </w:p>
        </w:tc>
      </w:tr>
      <w:tr w:rsidR="009773B9" w:rsidRPr="00F53990" w14:paraId="05923856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2BA52CA3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Металическая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 белая с ободком 330 мл</w:t>
            </w:r>
          </w:p>
        </w:tc>
        <w:tc>
          <w:tcPr>
            <w:tcW w:w="1717" w:type="dxa"/>
          </w:tcPr>
          <w:p w14:paraId="7AAE236E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900</w:t>
            </w:r>
          </w:p>
        </w:tc>
      </w:tr>
      <w:tr w:rsidR="009773B9" w:rsidRPr="00F53990" w14:paraId="3130A96A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5587FB01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Металическая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 белая с ободком 360 мл</w:t>
            </w:r>
          </w:p>
        </w:tc>
        <w:tc>
          <w:tcPr>
            <w:tcW w:w="1717" w:type="dxa"/>
          </w:tcPr>
          <w:p w14:paraId="5CB5454E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950</w:t>
            </w:r>
          </w:p>
        </w:tc>
      </w:tr>
      <w:tr w:rsidR="009773B9" w:rsidRPr="00F53990" w14:paraId="3A15F201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32E00673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Металличекая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карабин</w:t>
            </w:r>
            <w:proofErr w:type="spellEnd"/>
          </w:p>
        </w:tc>
        <w:tc>
          <w:tcPr>
            <w:tcW w:w="1717" w:type="dxa"/>
          </w:tcPr>
          <w:p w14:paraId="5764336E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950</w:t>
            </w:r>
          </w:p>
        </w:tc>
      </w:tr>
      <w:tr w:rsidR="009773B9" w:rsidRPr="00F53990" w14:paraId="4B6E5CFD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76F1F18B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Цветная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блестками</w:t>
            </w:r>
            <w:proofErr w:type="spellEnd"/>
          </w:p>
        </w:tc>
        <w:tc>
          <w:tcPr>
            <w:tcW w:w="1717" w:type="dxa"/>
          </w:tcPr>
          <w:p w14:paraId="3ACC51E4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950</w:t>
            </w:r>
          </w:p>
        </w:tc>
      </w:tr>
      <w:tr w:rsidR="009773B9" w:rsidRPr="00F53990" w14:paraId="3DCD93FA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63F2227C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Металлическая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карабином</w:t>
            </w:r>
            <w:proofErr w:type="spellEnd"/>
          </w:p>
        </w:tc>
        <w:tc>
          <w:tcPr>
            <w:tcW w:w="1717" w:type="dxa"/>
          </w:tcPr>
          <w:p w14:paraId="5B21E150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950</w:t>
            </w:r>
          </w:p>
        </w:tc>
      </w:tr>
      <w:tr w:rsidR="009773B9" w:rsidRPr="00F53990" w14:paraId="656EE750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12B2B677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премиум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АА</w:t>
            </w:r>
          </w:p>
        </w:tc>
        <w:tc>
          <w:tcPr>
            <w:tcW w:w="1717" w:type="dxa"/>
          </w:tcPr>
          <w:p w14:paraId="6D0EA222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800</w:t>
            </w:r>
          </w:p>
        </w:tc>
      </w:tr>
      <w:tr w:rsidR="009773B9" w:rsidRPr="00F53990" w14:paraId="117053DA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6AACD6BB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Термос</w:t>
            </w:r>
            <w:proofErr w:type="spellEnd"/>
          </w:p>
        </w:tc>
        <w:tc>
          <w:tcPr>
            <w:tcW w:w="1717" w:type="dxa"/>
          </w:tcPr>
          <w:p w14:paraId="03B6A8A4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1000</w:t>
            </w:r>
          </w:p>
        </w:tc>
      </w:tr>
      <w:tr w:rsidR="009773B9" w:rsidRPr="00F53990" w14:paraId="0EBFC3DB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1D4D957C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С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крышкой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подставкой</w:t>
            </w:r>
            <w:proofErr w:type="spellEnd"/>
          </w:p>
        </w:tc>
        <w:tc>
          <w:tcPr>
            <w:tcW w:w="1717" w:type="dxa"/>
          </w:tcPr>
          <w:p w14:paraId="446C6DDE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700</w:t>
            </w:r>
          </w:p>
        </w:tc>
      </w:tr>
      <w:tr w:rsidR="009773B9" w:rsidRPr="00F53990" w14:paraId="1F7C2AA6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6DC952BE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фигурной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ручкой</w:t>
            </w:r>
            <w:proofErr w:type="spellEnd"/>
          </w:p>
        </w:tc>
        <w:tc>
          <w:tcPr>
            <w:tcW w:w="1717" w:type="dxa"/>
          </w:tcPr>
          <w:p w14:paraId="5F7826FA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1400</w:t>
            </w:r>
          </w:p>
        </w:tc>
      </w:tr>
      <w:tr w:rsidR="009773B9" w:rsidRPr="00F53990" w14:paraId="2C8AFD6C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797CF65F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Хамелеон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черная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блестками</w:t>
            </w:r>
            <w:proofErr w:type="spellEnd"/>
          </w:p>
        </w:tc>
        <w:tc>
          <w:tcPr>
            <w:tcW w:w="1717" w:type="dxa"/>
          </w:tcPr>
          <w:p w14:paraId="4A049312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850</w:t>
            </w:r>
          </w:p>
        </w:tc>
      </w:tr>
      <w:tr w:rsidR="009773B9" w:rsidRPr="00F53990" w14:paraId="21ECBFBE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6B28D094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Хамелеон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черная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цветная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внутри</w:t>
            </w:r>
            <w:proofErr w:type="spellEnd"/>
          </w:p>
        </w:tc>
        <w:tc>
          <w:tcPr>
            <w:tcW w:w="1717" w:type="dxa"/>
          </w:tcPr>
          <w:p w14:paraId="17D6AE63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800</w:t>
            </w:r>
          </w:p>
        </w:tc>
      </w:tr>
      <w:tr w:rsidR="009773B9" w:rsidRPr="00F53990" w14:paraId="18B1819F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1284A335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Кружка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ручка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мячик</w:t>
            </w:r>
            <w:proofErr w:type="spellEnd"/>
          </w:p>
        </w:tc>
        <w:tc>
          <w:tcPr>
            <w:tcW w:w="1717" w:type="dxa"/>
          </w:tcPr>
          <w:p w14:paraId="0575F12A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900</w:t>
            </w:r>
          </w:p>
        </w:tc>
      </w:tr>
      <w:tr w:rsidR="009773B9" w:rsidRPr="00F53990" w14:paraId="45858B0C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6CC66E6D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Термостакан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пластиковый</w:t>
            </w:r>
            <w:proofErr w:type="spellEnd"/>
          </w:p>
        </w:tc>
        <w:tc>
          <w:tcPr>
            <w:tcW w:w="1717" w:type="dxa"/>
          </w:tcPr>
          <w:p w14:paraId="1387383F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650</w:t>
            </w:r>
          </w:p>
        </w:tc>
      </w:tr>
      <w:tr w:rsidR="009773B9" w:rsidRPr="00F53990" w14:paraId="5E05B928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2F34341C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цветным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ободком</w:t>
            </w:r>
            <w:proofErr w:type="spellEnd"/>
          </w:p>
        </w:tc>
        <w:tc>
          <w:tcPr>
            <w:tcW w:w="1717" w:type="dxa"/>
          </w:tcPr>
          <w:p w14:paraId="00BFED78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750</w:t>
            </w:r>
          </w:p>
        </w:tc>
      </w:tr>
      <w:tr w:rsidR="009773B9" w:rsidRPr="00F53990" w14:paraId="60D3A7D0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1C9D25F3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Пивная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стеклянная</w:t>
            </w:r>
            <w:proofErr w:type="spellEnd"/>
          </w:p>
        </w:tc>
        <w:tc>
          <w:tcPr>
            <w:tcW w:w="1717" w:type="dxa"/>
          </w:tcPr>
          <w:p w14:paraId="53C5A83A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1600</w:t>
            </w:r>
          </w:p>
        </w:tc>
      </w:tr>
      <w:tr w:rsidR="009773B9" w:rsidRPr="00F53990" w14:paraId="1F4B8ABA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32D9C23C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Пивная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стеклянная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матовая</w:t>
            </w:r>
            <w:proofErr w:type="spellEnd"/>
          </w:p>
        </w:tc>
        <w:tc>
          <w:tcPr>
            <w:tcW w:w="1717" w:type="dxa"/>
          </w:tcPr>
          <w:p w14:paraId="66FD524F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900</w:t>
            </w:r>
          </w:p>
        </w:tc>
      </w:tr>
      <w:tr w:rsidR="009773B9" w:rsidRPr="00F53990" w14:paraId="2A841C18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3015B5DF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Пивная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граненый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низ</w:t>
            </w:r>
            <w:proofErr w:type="spellEnd"/>
          </w:p>
        </w:tc>
        <w:tc>
          <w:tcPr>
            <w:tcW w:w="1717" w:type="dxa"/>
          </w:tcPr>
          <w:p w14:paraId="4BEEFD9C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950</w:t>
            </w:r>
          </w:p>
        </w:tc>
      </w:tr>
      <w:tr w:rsidR="009773B9" w:rsidRPr="00F53990" w14:paraId="08F64117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29369711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Пивная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золотой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край</w:t>
            </w:r>
            <w:proofErr w:type="spellEnd"/>
          </w:p>
        </w:tc>
        <w:tc>
          <w:tcPr>
            <w:tcW w:w="1717" w:type="dxa"/>
          </w:tcPr>
          <w:p w14:paraId="2E4E328E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1800</w:t>
            </w:r>
          </w:p>
        </w:tc>
      </w:tr>
      <w:tr w:rsidR="009773B9" w:rsidRPr="00F53990" w14:paraId="6D9DA0BF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6A2BB81D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Кофейная с блюдцем и ложкой</w:t>
            </w:r>
          </w:p>
        </w:tc>
        <w:tc>
          <w:tcPr>
            <w:tcW w:w="1717" w:type="dxa"/>
          </w:tcPr>
          <w:p w14:paraId="2A43298C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1000</w:t>
            </w:r>
          </w:p>
        </w:tc>
      </w:tr>
      <w:tr w:rsidR="009773B9" w:rsidRPr="00F53990" w14:paraId="5B9D4072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532CA4C4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большая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420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мл</w:t>
            </w:r>
            <w:proofErr w:type="spellEnd"/>
          </w:p>
        </w:tc>
        <w:tc>
          <w:tcPr>
            <w:tcW w:w="1717" w:type="dxa"/>
          </w:tcPr>
          <w:p w14:paraId="72B9C3E6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950</w:t>
            </w:r>
          </w:p>
        </w:tc>
      </w:tr>
      <w:tr w:rsidR="009773B9" w:rsidRPr="00F53990" w14:paraId="11BD7EAA" w14:textId="77777777" w:rsidTr="000054D5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  <w:hideMark/>
          </w:tcPr>
          <w:p w14:paraId="3ABE32DA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Белая</w:t>
            </w:r>
            <w:proofErr w:type="spellEnd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39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  <w:t>Латте</w:t>
            </w:r>
            <w:proofErr w:type="spellEnd"/>
          </w:p>
        </w:tc>
        <w:tc>
          <w:tcPr>
            <w:tcW w:w="1717" w:type="dxa"/>
          </w:tcPr>
          <w:p w14:paraId="2DB19C14" w14:textId="77777777" w:rsidR="009773B9" w:rsidRPr="00F53990" w:rsidRDefault="009773B9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F53990">
              <w:rPr>
                <w:rFonts w:asciiTheme="majorBidi" w:hAnsiTheme="majorBidi" w:cstheme="majorBidi"/>
                <w:sz w:val="20"/>
                <w:szCs w:val="20"/>
              </w:rPr>
              <w:t>1100</w:t>
            </w:r>
          </w:p>
        </w:tc>
      </w:tr>
      <w:bookmarkEnd w:id="10"/>
    </w:tbl>
    <w:p w14:paraId="2DB0F99B" w14:textId="77777777" w:rsidR="009773B9" w:rsidRPr="00F53990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  <w:lang w:val="ru-RU"/>
        </w:rPr>
      </w:pPr>
    </w:p>
    <w:p w14:paraId="79646B79" w14:textId="77777777" w:rsidR="009773B9" w:rsidRPr="00F53990" w:rsidRDefault="009773B9" w:rsidP="009773B9">
      <w:pPr>
        <w:tabs>
          <w:tab w:val="left" w:pos="1257"/>
        </w:tabs>
        <w:rPr>
          <w:rFonts w:asciiTheme="majorBidi" w:hAnsiTheme="majorBidi" w:cstheme="majorBidi"/>
          <w:sz w:val="20"/>
          <w:szCs w:val="20"/>
          <w:lang w:val="ru-RU"/>
        </w:rPr>
      </w:pPr>
    </w:p>
    <w:p w14:paraId="7C973AC1" w14:textId="1F3076BE" w:rsidR="00621C35" w:rsidRDefault="00621C35" w:rsidP="009773B9">
      <w:pPr>
        <w:rPr>
          <w:lang w:val="ru-RU"/>
        </w:rPr>
      </w:pPr>
    </w:p>
    <w:p w14:paraId="64AF9EBA" w14:textId="77777777" w:rsidR="00B74FA7" w:rsidRDefault="00B74FA7" w:rsidP="009773B9">
      <w:pPr>
        <w:rPr>
          <w:lang w:val="ru-RU"/>
        </w:rPr>
      </w:pPr>
    </w:p>
    <w:p w14:paraId="1DC6DB39" w14:textId="77777777" w:rsidR="00B74FA7" w:rsidRDefault="00B74FA7" w:rsidP="009773B9">
      <w:pPr>
        <w:rPr>
          <w:lang w:val="ru-RU"/>
        </w:rPr>
      </w:pPr>
    </w:p>
    <w:p w14:paraId="2F183284" w14:textId="77777777" w:rsidR="00B74FA7" w:rsidRDefault="00B74FA7" w:rsidP="009773B9">
      <w:pPr>
        <w:rPr>
          <w:lang w:val="ru-RU"/>
        </w:rPr>
      </w:pPr>
    </w:p>
    <w:tbl>
      <w:tblPr>
        <w:tblpPr w:leftFromText="180" w:rightFromText="180" w:vertAnchor="text" w:horzAnchor="margin" w:tblpY="278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B74FA7" w:rsidRPr="00F53990" w14:paraId="0074643E" w14:textId="77777777" w:rsidTr="000054D5">
        <w:tc>
          <w:tcPr>
            <w:tcW w:w="10318" w:type="dxa"/>
            <w:shd w:val="clear" w:color="auto" w:fill="1F4E78"/>
            <w:vAlign w:val="center"/>
          </w:tcPr>
          <w:p w14:paraId="0535EA91" w14:textId="700E8BDB" w:rsidR="00B74FA7" w:rsidRPr="00F53990" w:rsidRDefault="00B74FA7" w:rsidP="000054D5">
            <w:pPr>
              <w:spacing w:before="80" w:after="80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lastRenderedPageBreak/>
              <w:t>1</w:t>
            </w:r>
            <w:r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1</w:t>
            </w:r>
            <w:r w:rsidRPr="00F53990"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 xml:space="preserve"> / </w:t>
            </w:r>
            <w:r>
              <w:rPr>
                <w:rFonts w:asciiTheme="majorBidi" w:hAnsiTheme="majorBidi" w:cstheme="majorBidi"/>
                <w:color w:val="FFFFFF"/>
                <w:sz w:val="20"/>
                <w:szCs w:val="20"/>
                <w:lang w:val="ru-RU"/>
              </w:rPr>
              <w:t>Таблички, оперативная печать</w:t>
            </w:r>
          </w:p>
        </w:tc>
      </w:tr>
    </w:tbl>
    <w:p w14:paraId="6ED5AA75" w14:textId="77777777" w:rsidR="00B74FA7" w:rsidRDefault="00B74FA7" w:rsidP="009773B9">
      <w:pPr>
        <w:rPr>
          <w:lang w:val="ru-RU"/>
        </w:rPr>
      </w:pPr>
    </w:p>
    <w:p w14:paraId="73B2FDE5" w14:textId="77777777" w:rsidR="00B74FA7" w:rsidRDefault="00B74FA7" w:rsidP="00B74FA7">
      <w:pPr>
        <w:rPr>
          <w:lang w:val="ru-RU"/>
        </w:rPr>
      </w:pPr>
    </w:p>
    <w:tbl>
      <w:tblPr>
        <w:tblW w:w="10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3"/>
        <w:gridCol w:w="1717"/>
      </w:tblGrid>
      <w:tr w:rsidR="00B74FA7" w:rsidRPr="0051402A" w14:paraId="38F566E4" w14:textId="77777777" w:rsidTr="000054D5">
        <w:trPr>
          <w:trHeight w:val="245"/>
        </w:trPr>
        <w:tc>
          <w:tcPr>
            <w:tcW w:w="8473" w:type="dxa"/>
            <w:shd w:val="clear" w:color="auto" w:fill="FFC700"/>
            <w:noWrap/>
            <w:vAlign w:val="center"/>
            <w:hideMark/>
          </w:tcPr>
          <w:p w14:paraId="584E129B" w14:textId="3573D807" w:rsidR="00B74FA7" w:rsidRP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</w:pPr>
            <w:r w:rsidRPr="0051402A">
              <w:rPr>
                <w:rFonts w:asciiTheme="majorBidi" w:eastAsia="Times New Roman" w:hAnsiTheme="majorBidi" w:cstheme="majorBidi"/>
                <w:sz w:val="20"/>
                <w:szCs w:val="20"/>
                <w:lang w:eastAsia="ru-RU"/>
              </w:rPr>
              <w:t> 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ru-RU" w:eastAsia="ru-RU"/>
              </w:rPr>
              <w:t>Размер таблички</w:t>
            </w:r>
          </w:p>
        </w:tc>
        <w:tc>
          <w:tcPr>
            <w:tcW w:w="1717" w:type="dxa"/>
            <w:shd w:val="clear" w:color="auto" w:fill="FFC700"/>
          </w:tcPr>
          <w:p w14:paraId="462C9FA5" w14:textId="77777777" w:rsidR="00B74FA7" w:rsidRPr="0051402A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eastAsia="ru-RU"/>
              </w:rPr>
            </w:pPr>
            <w:proofErr w:type="spellStart"/>
            <w:r w:rsidRPr="0051402A">
              <w:rPr>
                <w:rFonts w:asciiTheme="majorBidi" w:hAnsiTheme="majorBidi" w:cstheme="majorBidi"/>
                <w:sz w:val="20"/>
                <w:szCs w:val="20"/>
              </w:rPr>
              <w:t>Цена</w:t>
            </w:r>
            <w:proofErr w:type="spellEnd"/>
          </w:p>
        </w:tc>
      </w:tr>
      <w:tr w:rsidR="00B74FA7" w:rsidRPr="00F53990" w14:paraId="4AB3891A" w14:textId="77777777" w:rsidTr="00B74FA7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</w:tcPr>
          <w:p w14:paraId="39790C86" w14:textId="7A0984AC" w:rsidR="00B74FA7" w:rsidRP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А6, (105х148 мм)</w:t>
            </w:r>
          </w:p>
        </w:tc>
        <w:tc>
          <w:tcPr>
            <w:tcW w:w="1717" w:type="dxa"/>
          </w:tcPr>
          <w:p w14:paraId="73E24665" w14:textId="2724B7B6" w:rsidR="00B74FA7" w:rsidRP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600</w:t>
            </w:r>
          </w:p>
        </w:tc>
      </w:tr>
      <w:tr w:rsidR="00B74FA7" w:rsidRPr="00F53990" w14:paraId="54E6CCE0" w14:textId="77777777" w:rsidTr="00B74FA7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</w:tcPr>
          <w:p w14:paraId="649F8063" w14:textId="40D7563A" w:rsidR="00B74FA7" w:rsidRP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А5, (148х210 мм)</w:t>
            </w:r>
          </w:p>
        </w:tc>
        <w:tc>
          <w:tcPr>
            <w:tcW w:w="1717" w:type="dxa"/>
          </w:tcPr>
          <w:p w14:paraId="560D3CEA" w14:textId="7E95F49E" w:rsidR="00B74FA7" w:rsidRP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800</w:t>
            </w:r>
          </w:p>
        </w:tc>
      </w:tr>
      <w:tr w:rsidR="00B74FA7" w:rsidRPr="00F53990" w14:paraId="68077173" w14:textId="77777777" w:rsidTr="00B74FA7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</w:tcPr>
          <w:p w14:paraId="354E8E7C" w14:textId="00F9CE27" w:rsidR="00B74FA7" w:rsidRP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А4, (210х297 мм)</w:t>
            </w:r>
          </w:p>
        </w:tc>
        <w:tc>
          <w:tcPr>
            <w:tcW w:w="1717" w:type="dxa"/>
          </w:tcPr>
          <w:p w14:paraId="21BCEE1C" w14:textId="167CA81B" w:rsidR="00B74FA7" w:rsidRP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 xml:space="preserve">1000 </w:t>
            </w:r>
          </w:p>
        </w:tc>
      </w:tr>
      <w:tr w:rsidR="00B74FA7" w:rsidRPr="00F53990" w14:paraId="08644F09" w14:textId="77777777" w:rsidTr="00B74FA7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</w:tcPr>
          <w:p w14:paraId="328D3684" w14:textId="194E6E14" w:rsid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10х30 см</w:t>
            </w:r>
          </w:p>
        </w:tc>
        <w:tc>
          <w:tcPr>
            <w:tcW w:w="1717" w:type="dxa"/>
          </w:tcPr>
          <w:p w14:paraId="6E713753" w14:textId="4423E9D3" w:rsid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800</w:t>
            </w:r>
          </w:p>
        </w:tc>
      </w:tr>
      <w:tr w:rsidR="00B74FA7" w:rsidRPr="00F53990" w14:paraId="4FEEBB92" w14:textId="77777777" w:rsidTr="00B74FA7">
        <w:trPr>
          <w:trHeight w:val="245"/>
        </w:trPr>
        <w:tc>
          <w:tcPr>
            <w:tcW w:w="8473" w:type="dxa"/>
            <w:shd w:val="clear" w:color="auto" w:fill="auto"/>
            <w:noWrap/>
            <w:vAlign w:val="center"/>
          </w:tcPr>
          <w:p w14:paraId="28C6558B" w14:textId="7ACBF967" w:rsid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15х25 см</w:t>
            </w:r>
          </w:p>
        </w:tc>
        <w:tc>
          <w:tcPr>
            <w:tcW w:w="1717" w:type="dxa"/>
          </w:tcPr>
          <w:p w14:paraId="5BCC83F2" w14:textId="4D58431A" w:rsidR="00B74FA7" w:rsidRDefault="00B74FA7" w:rsidP="000054D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ru-RU"/>
              </w:rPr>
              <w:t>1000</w:t>
            </w:r>
          </w:p>
        </w:tc>
      </w:tr>
    </w:tbl>
    <w:p w14:paraId="3F6AB49C" w14:textId="77777777" w:rsidR="00B74FA7" w:rsidRPr="00B74FA7" w:rsidRDefault="00B74FA7" w:rsidP="00B74FA7">
      <w:pPr>
        <w:rPr>
          <w:rFonts w:asciiTheme="majorBidi" w:hAnsiTheme="majorBidi" w:cstheme="majorBidi"/>
          <w:lang w:val="ru-RU"/>
        </w:rPr>
      </w:pPr>
    </w:p>
    <w:p w14:paraId="50D15795" w14:textId="7415D762" w:rsidR="00B74FA7" w:rsidRPr="00B74FA7" w:rsidRDefault="00B74FA7" w:rsidP="00B74FA7">
      <w:pPr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Возможны другие р</w:t>
      </w:r>
      <w:r w:rsidRPr="00B74FA7">
        <w:rPr>
          <w:rFonts w:asciiTheme="majorBidi" w:hAnsiTheme="majorBidi" w:cstheme="majorBidi"/>
          <w:lang w:val="ru-RU"/>
        </w:rPr>
        <w:t>азмеры отли</w:t>
      </w:r>
      <w:r>
        <w:rPr>
          <w:rFonts w:asciiTheme="majorBidi" w:hAnsiTheme="majorBidi" w:cstheme="majorBidi"/>
          <w:lang w:val="ru-RU"/>
        </w:rPr>
        <w:t>чающиеся от табличных.</w:t>
      </w:r>
    </w:p>
    <w:sectPr w:rsidR="00B74FA7" w:rsidRPr="00B74FA7" w:rsidSect="001457E4">
      <w:footerReference w:type="default" r:id="rId8"/>
      <w:pgSz w:w="11906" w:h="16838" w:code="9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F431B" w14:textId="77777777" w:rsidR="00EA69E5" w:rsidRDefault="00EA69E5" w:rsidP="00630EFC">
      <w:pPr>
        <w:spacing w:after="0" w:line="240" w:lineRule="auto"/>
      </w:pPr>
      <w:r>
        <w:separator/>
      </w:r>
    </w:p>
  </w:endnote>
  <w:endnote w:type="continuationSeparator" w:id="0">
    <w:p w14:paraId="6907820E" w14:textId="77777777" w:rsidR="00EA69E5" w:rsidRDefault="00EA69E5" w:rsidP="00630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BFBB1" w14:textId="789A7E30" w:rsidR="00000000" w:rsidRPr="00630EFC" w:rsidRDefault="00000000">
    <w:pPr>
      <w:pStyle w:val="af0"/>
      <w:jc w:val="center"/>
      <w:rPr>
        <w:lang w:val="ru-RU"/>
      </w:rPr>
    </w:pPr>
    <w:r>
      <w:rPr>
        <w:rFonts w:ascii="Arial" w:hAnsi="Arial"/>
        <w:color w:val="667085"/>
        <w:sz w:val="14"/>
      </w:rPr>
      <w:t xml:space="preserve">ФАБРИКА </w:t>
    </w:r>
    <w:proofErr w:type="gramStart"/>
    <w:r>
      <w:rPr>
        <w:rFonts w:ascii="Arial" w:hAnsi="Arial"/>
        <w:color w:val="667085"/>
        <w:sz w:val="14"/>
      </w:rPr>
      <w:t>ПЕЧАТИ  •</w:t>
    </w:r>
    <w:proofErr w:type="gramEnd"/>
    <w:r>
      <w:rPr>
        <w:rFonts w:ascii="Arial" w:hAnsi="Arial"/>
        <w:color w:val="667085"/>
        <w:sz w:val="14"/>
      </w:rPr>
      <w:t xml:space="preserve">  ЕДИНЫЙ ПРАЙС 202</w:t>
    </w:r>
    <w:r w:rsidR="00630EFC">
      <w:rPr>
        <w:rFonts w:ascii="Arial" w:hAnsi="Arial"/>
        <w:color w:val="667085"/>
        <w:sz w:val="14"/>
        <w:lang w:val="ru-RU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F31D" w14:textId="77777777" w:rsidR="00EA69E5" w:rsidRDefault="00EA69E5" w:rsidP="00630EFC">
      <w:pPr>
        <w:spacing w:after="0" w:line="240" w:lineRule="auto"/>
      </w:pPr>
      <w:r>
        <w:separator/>
      </w:r>
    </w:p>
  </w:footnote>
  <w:footnote w:type="continuationSeparator" w:id="0">
    <w:p w14:paraId="72CA0FAE" w14:textId="77777777" w:rsidR="00EA69E5" w:rsidRDefault="00EA69E5" w:rsidP="00630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4336449">
    <w:abstractNumId w:val="8"/>
  </w:num>
  <w:num w:numId="2" w16cid:durableId="2059434872">
    <w:abstractNumId w:val="6"/>
  </w:num>
  <w:num w:numId="3" w16cid:durableId="1298949822">
    <w:abstractNumId w:val="5"/>
  </w:num>
  <w:num w:numId="4" w16cid:durableId="71852755">
    <w:abstractNumId w:val="4"/>
  </w:num>
  <w:num w:numId="5" w16cid:durableId="1204370094">
    <w:abstractNumId w:val="7"/>
  </w:num>
  <w:num w:numId="6" w16cid:durableId="408699592">
    <w:abstractNumId w:val="3"/>
  </w:num>
  <w:num w:numId="7" w16cid:durableId="2043818185">
    <w:abstractNumId w:val="2"/>
  </w:num>
  <w:num w:numId="8" w16cid:durableId="267782578">
    <w:abstractNumId w:val="1"/>
  </w:num>
  <w:num w:numId="9" w16cid:durableId="963586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B9"/>
    <w:rsid w:val="001457E4"/>
    <w:rsid w:val="001E7636"/>
    <w:rsid w:val="002660A7"/>
    <w:rsid w:val="00284007"/>
    <w:rsid w:val="002B1ADF"/>
    <w:rsid w:val="002F61C8"/>
    <w:rsid w:val="00315C5E"/>
    <w:rsid w:val="00361FF3"/>
    <w:rsid w:val="003E65AB"/>
    <w:rsid w:val="00404BDC"/>
    <w:rsid w:val="0051402A"/>
    <w:rsid w:val="00576DD6"/>
    <w:rsid w:val="00577310"/>
    <w:rsid w:val="0058062F"/>
    <w:rsid w:val="00604441"/>
    <w:rsid w:val="00621C35"/>
    <w:rsid w:val="00630EFC"/>
    <w:rsid w:val="006352F5"/>
    <w:rsid w:val="006741DB"/>
    <w:rsid w:val="006B09B5"/>
    <w:rsid w:val="006D7C77"/>
    <w:rsid w:val="007E463B"/>
    <w:rsid w:val="008C04F6"/>
    <w:rsid w:val="008E33AE"/>
    <w:rsid w:val="0092131F"/>
    <w:rsid w:val="00936689"/>
    <w:rsid w:val="0094075D"/>
    <w:rsid w:val="00967785"/>
    <w:rsid w:val="00971725"/>
    <w:rsid w:val="009773B9"/>
    <w:rsid w:val="009A6AA8"/>
    <w:rsid w:val="00A2770A"/>
    <w:rsid w:val="00A3220E"/>
    <w:rsid w:val="00AE4CFB"/>
    <w:rsid w:val="00AF205B"/>
    <w:rsid w:val="00B1047D"/>
    <w:rsid w:val="00B23C44"/>
    <w:rsid w:val="00B47216"/>
    <w:rsid w:val="00B74FA7"/>
    <w:rsid w:val="00BC4044"/>
    <w:rsid w:val="00BD2C2B"/>
    <w:rsid w:val="00BF3669"/>
    <w:rsid w:val="00C07943"/>
    <w:rsid w:val="00C14C61"/>
    <w:rsid w:val="00C15FEB"/>
    <w:rsid w:val="00C20F69"/>
    <w:rsid w:val="00C51F20"/>
    <w:rsid w:val="00C52D41"/>
    <w:rsid w:val="00C575E1"/>
    <w:rsid w:val="00C57D5D"/>
    <w:rsid w:val="00C97834"/>
    <w:rsid w:val="00CB5782"/>
    <w:rsid w:val="00CF197E"/>
    <w:rsid w:val="00D16BBF"/>
    <w:rsid w:val="00DC0C2A"/>
    <w:rsid w:val="00DE4259"/>
    <w:rsid w:val="00E22B53"/>
    <w:rsid w:val="00E7105D"/>
    <w:rsid w:val="00E73DFD"/>
    <w:rsid w:val="00E8122B"/>
    <w:rsid w:val="00E96FF5"/>
    <w:rsid w:val="00EA69E5"/>
    <w:rsid w:val="00EC7D5E"/>
    <w:rsid w:val="00F067E9"/>
    <w:rsid w:val="00F24934"/>
    <w:rsid w:val="00F4245D"/>
    <w:rsid w:val="00F64580"/>
    <w:rsid w:val="00FD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8C167"/>
  <w15:chartTrackingRefBased/>
  <w15:docId w15:val="{C97C3CEE-BD19-469A-B5AC-9584FEDC6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773B9"/>
    <w:pPr>
      <w:spacing w:line="259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977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1">
    <w:name w:val="heading 2"/>
    <w:basedOn w:val="a1"/>
    <w:next w:val="a1"/>
    <w:link w:val="22"/>
    <w:uiPriority w:val="9"/>
    <w:unhideWhenUsed/>
    <w:qFormat/>
    <w:rsid w:val="00977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1">
    <w:name w:val="heading 3"/>
    <w:basedOn w:val="a1"/>
    <w:next w:val="a1"/>
    <w:link w:val="32"/>
    <w:uiPriority w:val="9"/>
    <w:unhideWhenUsed/>
    <w:qFormat/>
    <w:rsid w:val="00977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977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977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77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77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77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77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977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2">
    <w:name w:val="Заголовок 2 Знак"/>
    <w:basedOn w:val="a2"/>
    <w:link w:val="21"/>
    <w:uiPriority w:val="9"/>
    <w:rsid w:val="00977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2">
    <w:name w:val="Заголовок 3 Знак"/>
    <w:basedOn w:val="a2"/>
    <w:link w:val="31"/>
    <w:uiPriority w:val="9"/>
    <w:rsid w:val="00977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9773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9773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9773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9773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9773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9773B9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977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977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977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977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1"/>
    <w:next w:val="a1"/>
    <w:link w:val="24"/>
    <w:uiPriority w:val="29"/>
    <w:qFormat/>
    <w:rsid w:val="00977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2"/>
    <w:link w:val="23"/>
    <w:uiPriority w:val="29"/>
    <w:rsid w:val="009773B9"/>
    <w:rPr>
      <w:i/>
      <w:iCs/>
      <w:color w:val="404040" w:themeColor="text1" w:themeTint="BF"/>
    </w:rPr>
  </w:style>
  <w:style w:type="paragraph" w:styleId="a9">
    <w:name w:val="List Paragraph"/>
    <w:basedOn w:val="a1"/>
    <w:uiPriority w:val="34"/>
    <w:qFormat/>
    <w:rsid w:val="009773B9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9773B9"/>
    <w:rPr>
      <w:i/>
      <w:iCs/>
      <w:color w:val="0F4761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977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9773B9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9773B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1"/>
    <w:link w:val="af"/>
    <w:uiPriority w:val="99"/>
    <w:unhideWhenUsed/>
    <w:rsid w:val="00977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9773B9"/>
    <w:rPr>
      <w:rFonts w:eastAsiaTheme="minorEastAsia"/>
      <w:kern w:val="0"/>
      <w:sz w:val="22"/>
      <w:szCs w:val="22"/>
      <w:lang w:val="en-US"/>
      <w14:ligatures w14:val="none"/>
    </w:rPr>
  </w:style>
  <w:style w:type="paragraph" w:styleId="af0">
    <w:name w:val="footer"/>
    <w:basedOn w:val="a1"/>
    <w:link w:val="af1"/>
    <w:uiPriority w:val="99"/>
    <w:unhideWhenUsed/>
    <w:rsid w:val="00977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9773B9"/>
    <w:rPr>
      <w:rFonts w:eastAsiaTheme="minorEastAsia"/>
      <w:kern w:val="0"/>
      <w:sz w:val="22"/>
      <w:szCs w:val="22"/>
      <w:lang w:val="en-US"/>
      <w14:ligatures w14:val="none"/>
    </w:rPr>
  </w:style>
  <w:style w:type="paragraph" w:styleId="af2">
    <w:name w:val="No Spacing"/>
    <w:uiPriority w:val="1"/>
    <w:qFormat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af3">
    <w:name w:val="Body Text"/>
    <w:basedOn w:val="a1"/>
    <w:link w:val="af4"/>
    <w:uiPriority w:val="99"/>
    <w:unhideWhenUsed/>
    <w:rsid w:val="009773B9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9773B9"/>
    <w:rPr>
      <w:rFonts w:eastAsiaTheme="minorEastAsia"/>
      <w:kern w:val="0"/>
      <w:sz w:val="22"/>
      <w:szCs w:val="22"/>
      <w:lang w:val="en-US"/>
      <w14:ligatures w14:val="none"/>
    </w:rPr>
  </w:style>
  <w:style w:type="paragraph" w:styleId="25">
    <w:name w:val="Body Text 2"/>
    <w:basedOn w:val="a1"/>
    <w:link w:val="26"/>
    <w:uiPriority w:val="99"/>
    <w:unhideWhenUsed/>
    <w:rsid w:val="009773B9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  <w:rsid w:val="009773B9"/>
    <w:rPr>
      <w:rFonts w:eastAsiaTheme="minorEastAsia"/>
      <w:kern w:val="0"/>
      <w:sz w:val="22"/>
      <w:szCs w:val="22"/>
      <w:lang w:val="en-US"/>
      <w14:ligatures w14:val="none"/>
    </w:rPr>
  </w:style>
  <w:style w:type="paragraph" w:styleId="33">
    <w:name w:val="Body Text 3"/>
    <w:basedOn w:val="a1"/>
    <w:link w:val="34"/>
    <w:uiPriority w:val="99"/>
    <w:unhideWhenUsed/>
    <w:rsid w:val="009773B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9773B9"/>
    <w:rPr>
      <w:rFonts w:eastAsiaTheme="minorEastAsia"/>
      <w:kern w:val="0"/>
      <w:sz w:val="16"/>
      <w:szCs w:val="16"/>
      <w:lang w:val="en-US"/>
      <w14:ligatures w14:val="none"/>
    </w:rPr>
  </w:style>
  <w:style w:type="paragraph" w:styleId="af5">
    <w:name w:val="List"/>
    <w:basedOn w:val="a1"/>
    <w:uiPriority w:val="99"/>
    <w:unhideWhenUsed/>
    <w:rsid w:val="009773B9"/>
    <w:pPr>
      <w:ind w:left="360" w:hanging="360"/>
      <w:contextualSpacing/>
    </w:pPr>
  </w:style>
  <w:style w:type="paragraph" w:styleId="27">
    <w:name w:val="List 2"/>
    <w:basedOn w:val="a1"/>
    <w:uiPriority w:val="99"/>
    <w:unhideWhenUsed/>
    <w:rsid w:val="009773B9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9773B9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9773B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9773B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9773B9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9773B9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9773B9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9773B9"/>
    <w:pPr>
      <w:numPr>
        <w:numId w:val="7"/>
      </w:numPr>
      <w:contextualSpacing/>
    </w:pPr>
  </w:style>
  <w:style w:type="paragraph" w:styleId="af6">
    <w:name w:val="List Continue"/>
    <w:basedOn w:val="a1"/>
    <w:uiPriority w:val="99"/>
    <w:unhideWhenUsed/>
    <w:rsid w:val="009773B9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9773B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9773B9"/>
    <w:pPr>
      <w:spacing w:after="120"/>
      <w:ind w:left="1080"/>
      <w:contextualSpacing/>
    </w:pPr>
  </w:style>
  <w:style w:type="paragraph" w:styleId="af7">
    <w:name w:val="macro"/>
    <w:link w:val="af8"/>
    <w:uiPriority w:val="99"/>
    <w:unhideWhenUsed/>
    <w:rsid w:val="009773B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59" w:lineRule="auto"/>
    </w:pPr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customStyle="1" w:styleId="af8">
    <w:name w:val="Текст макроса Знак"/>
    <w:basedOn w:val="a2"/>
    <w:link w:val="af7"/>
    <w:uiPriority w:val="99"/>
    <w:rsid w:val="009773B9"/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paragraph" w:styleId="af9">
    <w:name w:val="caption"/>
    <w:basedOn w:val="a1"/>
    <w:next w:val="a1"/>
    <w:uiPriority w:val="35"/>
    <w:semiHidden/>
    <w:unhideWhenUsed/>
    <w:qFormat/>
    <w:rsid w:val="009773B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fa">
    <w:name w:val="Strong"/>
    <w:basedOn w:val="a2"/>
    <w:uiPriority w:val="22"/>
    <w:qFormat/>
    <w:rsid w:val="009773B9"/>
    <w:rPr>
      <w:b/>
      <w:bCs/>
      <w:color w:val="auto"/>
    </w:rPr>
  </w:style>
  <w:style w:type="character" w:styleId="afb">
    <w:name w:val="Emphasis"/>
    <w:basedOn w:val="a2"/>
    <w:uiPriority w:val="20"/>
    <w:qFormat/>
    <w:rsid w:val="009773B9"/>
    <w:rPr>
      <w:i/>
      <w:iCs/>
      <w:color w:val="auto"/>
    </w:rPr>
  </w:style>
  <w:style w:type="character" w:styleId="afc">
    <w:name w:val="Subtle Emphasis"/>
    <w:basedOn w:val="a2"/>
    <w:uiPriority w:val="19"/>
    <w:qFormat/>
    <w:rsid w:val="009773B9"/>
    <w:rPr>
      <w:i/>
      <w:iCs/>
      <w:color w:val="404040" w:themeColor="text1" w:themeTint="BF"/>
    </w:rPr>
  </w:style>
  <w:style w:type="character" w:styleId="afd">
    <w:name w:val="Subtle Reference"/>
    <w:basedOn w:val="a2"/>
    <w:uiPriority w:val="31"/>
    <w:qFormat/>
    <w:rsid w:val="009773B9"/>
    <w:rPr>
      <w:smallCaps/>
      <w:color w:val="404040" w:themeColor="text1" w:themeTint="BF"/>
    </w:rPr>
  </w:style>
  <w:style w:type="character" w:styleId="afe">
    <w:name w:val="Book Title"/>
    <w:basedOn w:val="a2"/>
    <w:uiPriority w:val="33"/>
    <w:qFormat/>
    <w:rsid w:val="009773B9"/>
    <w:rPr>
      <w:b/>
      <w:bCs/>
      <w:i/>
      <w:iC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9773B9"/>
    <w:pPr>
      <w:spacing w:before="240" w:after="0"/>
      <w:outlineLvl w:val="9"/>
    </w:pPr>
    <w:rPr>
      <w:color w:val="262626" w:themeColor="text1" w:themeTint="D9"/>
      <w:sz w:val="32"/>
      <w:szCs w:val="32"/>
    </w:rPr>
  </w:style>
  <w:style w:type="table" w:styleId="aff0">
    <w:name w:val="Table Grid"/>
    <w:basedOn w:val="a3"/>
    <w:uiPriority w:val="39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9773B9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9773B9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-2">
    <w:name w:val="Light Shading Accent 2"/>
    <w:basedOn w:val="a3"/>
    <w:uiPriority w:val="60"/>
    <w:rsid w:val="009773B9"/>
    <w:pPr>
      <w:spacing w:after="0" w:line="240" w:lineRule="auto"/>
    </w:pPr>
    <w:rPr>
      <w:rFonts w:eastAsiaTheme="minorEastAsia"/>
      <w:color w:val="BF4E14" w:themeColor="accent2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-3">
    <w:name w:val="Light Shading Accent 3"/>
    <w:basedOn w:val="a3"/>
    <w:uiPriority w:val="60"/>
    <w:rsid w:val="009773B9"/>
    <w:pPr>
      <w:spacing w:after="0" w:line="240" w:lineRule="auto"/>
    </w:pPr>
    <w:rPr>
      <w:rFonts w:eastAsiaTheme="minorEastAsia"/>
      <w:color w:val="124F1A" w:themeColor="accent3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-4">
    <w:name w:val="Light Shading Accent 4"/>
    <w:basedOn w:val="a3"/>
    <w:uiPriority w:val="60"/>
    <w:rsid w:val="009773B9"/>
    <w:pPr>
      <w:spacing w:after="0" w:line="240" w:lineRule="auto"/>
    </w:pPr>
    <w:rPr>
      <w:rFonts w:eastAsiaTheme="minorEastAsia"/>
      <w:color w:val="0B769F" w:themeColor="accent4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-5">
    <w:name w:val="Light Shading Accent 5"/>
    <w:basedOn w:val="a3"/>
    <w:uiPriority w:val="60"/>
    <w:rsid w:val="009773B9"/>
    <w:pPr>
      <w:spacing w:after="0" w:line="240" w:lineRule="auto"/>
    </w:pPr>
    <w:rPr>
      <w:rFonts w:eastAsiaTheme="minorEastAsia"/>
      <w:color w:val="77206D" w:themeColor="accent5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-6">
    <w:name w:val="Light Shading Accent 6"/>
    <w:basedOn w:val="a3"/>
    <w:uiPriority w:val="60"/>
    <w:rsid w:val="009773B9"/>
    <w:pPr>
      <w:spacing w:after="0" w:line="240" w:lineRule="auto"/>
    </w:pPr>
    <w:rPr>
      <w:rFonts w:eastAsiaTheme="minorEastAsia"/>
      <w:color w:val="3A7C22" w:themeColor="accent6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aff2">
    <w:name w:val="Light List"/>
    <w:basedOn w:val="a3"/>
    <w:uiPriority w:val="61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-20">
    <w:name w:val="Light List Accent 2"/>
    <w:basedOn w:val="a3"/>
    <w:uiPriority w:val="61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-30">
    <w:name w:val="Light List Accent 3"/>
    <w:basedOn w:val="a3"/>
    <w:uiPriority w:val="61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-40">
    <w:name w:val="Light List Accent 4"/>
    <w:basedOn w:val="a3"/>
    <w:uiPriority w:val="61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-50">
    <w:name w:val="Light List Accent 5"/>
    <w:basedOn w:val="a3"/>
    <w:uiPriority w:val="61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-60">
    <w:name w:val="Light List Accent 6"/>
    <w:basedOn w:val="a3"/>
    <w:uiPriority w:val="61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aff3">
    <w:name w:val="Light Grid"/>
    <w:basedOn w:val="a3"/>
    <w:uiPriority w:val="62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-21">
    <w:name w:val="Light Grid Accent 2"/>
    <w:basedOn w:val="a3"/>
    <w:uiPriority w:val="62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-31">
    <w:name w:val="Light Grid Accent 3"/>
    <w:basedOn w:val="a3"/>
    <w:uiPriority w:val="62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-41">
    <w:name w:val="Light Grid Accent 4"/>
    <w:basedOn w:val="a3"/>
    <w:uiPriority w:val="62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-51">
    <w:name w:val="Light Grid Accent 5"/>
    <w:basedOn w:val="a3"/>
    <w:uiPriority w:val="62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-61">
    <w:name w:val="Light Grid Accent 6"/>
    <w:basedOn w:val="a3"/>
    <w:uiPriority w:val="62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11">
    <w:name w:val="Medium Shading 1"/>
    <w:basedOn w:val="a3"/>
    <w:uiPriority w:val="63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1-20">
    <w:name w:val="Medium List 1 Accent 2"/>
    <w:basedOn w:val="a3"/>
    <w:uiPriority w:val="65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1-30">
    <w:name w:val="Medium List 1 Accent 3"/>
    <w:basedOn w:val="a3"/>
    <w:uiPriority w:val="65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1-40">
    <w:name w:val="Medium List 1 Accent 4"/>
    <w:basedOn w:val="a3"/>
    <w:uiPriority w:val="65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1-50">
    <w:name w:val="Medium List 1 Accent 5"/>
    <w:basedOn w:val="a3"/>
    <w:uiPriority w:val="65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1-60">
    <w:name w:val="Medium List 1 Accent 6"/>
    <w:basedOn w:val="a3"/>
    <w:uiPriority w:val="65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2a">
    <w:name w:val="Medium List 2"/>
    <w:basedOn w:val="a3"/>
    <w:uiPriority w:val="66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-21">
    <w:name w:val="Medium Grid 1 Accent 2"/>
    <w:basedOn w:val="a3"/>
    <w:uiPriority w:val="67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-31">
    <w:name w:val="Medium Grid 1 Accent 3"/>
    <w:basedOn w:val="a3"/>
    <w:uiPriority w:val="67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-41">
    <w:name w:val="Medium Grid 1 Accent 4"/>
    <w:basedOn w:val="a3"/>
    <w:uiPriority w:val="67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-51">
    <w:name w:val="Medium Grid 1 Accent 5"/>
    <w:basedOn w:val="a3"/>
    <w:uiPriority w:val="67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-61">
    <w:name w:val="Medium Grid 1 Accent 6"/>
    <w:basedOn w:val="a3"/>
    <w:uiPriority w:val="67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2b">
    <w:name w:val="Medium Grid 2"/>
    <w:basedOn w:val="a3"/>
    <w:uiPriority w:val="68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9773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3-2">
    <w:name w:val="Medium Grid 3 Accent 2"/>
    <w:basedOn w:val="a3"/>
    <w:uiPriority w:val="69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3-3">
    <w:name w:val="Medium Grid 3 Accent 3"/>
    <w:basedOn w:val="a3"/>
    <w:uiPriority w:val="69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3-4">
    <w:name w:val="Medium Grid 3 Accent 4"/>
    <w:basedOn w:val="a3"/>
    <w:uiPriority w:val="69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3-5">
    <w:name w:val="Medium Grid 3 Accent 5"/>
    <w:basedOn w:val="a3"/>
    <w:uiPriority w:val="69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3-6">
    <w:name w:val="Medium Grid 3 Accent 6"/>
    <w:basedOn w:val="a3"/>
    <w:uiPriority w:val="69"/>
    <w:rsid w:val="009773B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aff4">
    <w:name w:val="Dark List"/>
    <w:basedOn w:val="a3"/>
    <w:uiPriority w:val="70"/>
    <w:rsid w:val="009773B9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9773B9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-22">
    <w:name w:val="Dark List Accent 2"/>
    <w:basedOn w:val="a3"/>
    <w:uiPriority w:val="70"/>
    <w:rsid w:val="009773B9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-32">
    <w:name w:val="Dark List Accent 3"/>
    <w:basedOn w:val="a3"/>
    <w:uiPriority w:val="70"/>
    <w:rsid w:val="009773B9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-42">
    <w:name w:val="Dark List Accent 4"/>
    <w:basedOn w:val="a3"/>
    <w:uiPriority w:val="70"/>
    <w:rsid w:val="009773B9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-52">
    <w:name w:val="Dark List Accent 5"/>
    <w:basedOn w:val="a3"/>
    <w:uiPriority w:val="70"/>
    <w:rsid w:val="009773B9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-62">
    <w:name w:val="Dark List Accent 6"/>
    <w:basedOn w:val="a3"/>
    <w:uiPriority w:val="70"/>
    <w:rsid w:val="009773B9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aff5">
    <w:name w:val="Colorful Shading"/>
    <w:basedOn w:val="a3"/>
    <w:uiPriority w:val="71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3">
    <w:name w:val="Colorful Shading Accent 4"/>
    <w:basedOn w:val="a3"/>
    <w:uiPriority w:val="71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4">
    <w:name w:val="Colorful List Accent 2"/>
    <w:basedOn w:val="a3"/>
    <w:uiPriority w:val="72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34">
    <w:name w:val="Colorful List Accent 3"/>
    <w:basedOn w:val="a3"/>
    <w:uiPriority w:val="72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4">
    <w:name w:val="Colorful List Accent 4"/>
    <w:basedOn w:val="a3"/>
    <w:uiPriority w:val="72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54">
    <w:name w:val="Colorful List Accent 5"/>
    <w:basedOn w:val="a3"/>
    <w:uiPriority w:val="72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4">
    <w:name w:val="Colorful List Accent 6"/>
    <w:basedOn w:val="a3"/>
    <w:uiPriority w:val="72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aff7">
    <w:name w:val="Colorful Grid"/>
    <w:basedOn w:val="a3"/>
    <w:uiPriority w:val="73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-25">
    <w:name w:val="Colorful Grid Accent 2"/>
    <w:basedOn w:val="a3"/>
    <w:uiPriority w:val="73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-35">
    <w:name w:val="Colorful Grid Accent 3"/>
    <w:basedOn w:val="a3"/>
    <w:uiPriority w:val="73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5">
    <w:name w:val="Colorful Grid Accent 4"/>
    <w:basedOn w:val="a3"/>
    <w:uiPriority w:val="73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-55">
    <w:name w:val="Colorful Grid Accent 5"/>
    <w:basedOn w:val="a3"/>
    <w:uiPriority w:val="73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-65">
    <w:name w:val="Colorful Grid Accent 6"/>
    <w:basedOn w:val="a3"/>
    <w:uiPriority w:val="73"/>
    <w:rsid w:val="009773B9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11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Фабрика Печати</dc:creator>
  <cp:keywords/>
  <dc:description/>
  <cp:lastModifiedBy>Фабрика Печати</cp:lastModifiedBy>
  <cp:revision>4</cp:revision>
  <cp:lastPrinted>2026-10-02T11:45:00Z</cp:lastPrinted>
  <dcterms:created xsi:type="dcterms:W3CDTF">2026-10-02T08:43:00Z</dcterms:created>
  <dcterms:modified xsi:type="dcterms:W3CDTF">2026-10-02T11:45:00Z</dcterms:modified>
</cp:coreProperties>
</file>